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7A16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 xml:space="preserve">ДЕТСКА ГРАДИНА № 53 „СЛЪНЧЕВО </w:t>
      </w:r>
      <w:proofErr w:type="gramStart"/>
      <w:r w:rsidRPr="00107E3E">
        <w:rPr>
          <w:b/>
          <w:szCs w:val="20"/>
        </w:rPr>
        <w:t>ЗАЙЧЕ“ –</w:t>
      </w:r>
      <w:proofErr w:type="gramEnd"/>
      <w:r w:rsidRPr="00107E3E">
        <w:rPr>
          <w:b/>
          <w:szCs w:val="20"/>
        </w:rPr>
        <w:t xml:space="preserve"> ГР. ВАРНА</w:t>
      </w:r>
    </w:p>
    <w:p w14:paraId="2429DB1F" w14:textId="77777777" w:rsidR="00107E3E" w:rsidRDefault="00107E3E" w:rsidP="00107E3E">
      <w:pPr>
        <w:spacing w:after="0"/>
        <w:jc w:val="center"/>
        <w:rPr>
          <w:b/>
          <w:szCs w:val="20"/>
          <w:lang w:val="bg-BG"/>
        </w:rPr>
      </w:pPr>
    </w:p>
    <w:p w14:paraId="793338B9" w14:textId="77777777" w:rsidR="00F60816" w:rsidRPr="00F60816" w:rsidRDefault="00F60816" w:rsidP="00107E3E">
      <w:pPr>
        <w:spacing w:after="0"/>
        <w:jc w:val="center"/>
        <w:rPr>
          <w:b/>
          <w:szCs w:val="20"/>
          <w:lang w:val="bg-BG"/>
        </w:rPr>
      </w:pPr>
    </w:p>
    <w:p w14:paraId="16F758B3" w14:textId="79587534" w:rsidR="002A75BC" w:rsidRPr="00F60816" w:rsidRDefault="00000000" w:rsidP="00107E3E">
      <w:pPr>
        <w:spacing w:after="0"/>
        <w:jc w:val="center"/>
        <w:rPr>
          <w:sz w:val="28"/>
          <w:szCs w:val="28"/>
          <w:lang w:val="bg-BG"/>
        </w:rPr>
      </w:pPr>
      <w:r w:rsidRPr="00F60816">
        <w:rPr>
          <w:b/>
          <w:sz w:val="28"/>
          <w:szCs w:val="28"/>
        </w:rPr>
        <w:t>ГОДИШЕН ПЛАН</w:t>
      </w:r>
      <w:r w:rsidR="00107E3E" w:rsidRPr="00F60816">
        <w:rPr>
          <w:b/>
          <w:sz w:val="28"/>
          <w:szCs w:val="28"/>
          <w:lang w:val="bg-BG"/>
        </w:rPr>
        <w:t xml:space="preserve"> ЗА ДЕЙНОСТТА</w:t>
      </w:r>
    </w:p>
    <w:p w14:paraId="22DC68EB" w14:textId="1CB8CCC0" w:rsidR="002A75BC" w:rsidRPr="00F60816" w:rsidRDefault="00107E3E" w:rsidP="00107E3E">
      <w:pPr>
        <w:spacing w:after="0"/>
        <w:jc w:val="center"/>
        <w:rPr>
          <w:b/>
          <w:sz w:val="28"/>
          <w:szCs w:val="28"/>
          <w:lang w:val="bg-BG"/>
        </w:rPr>
      </w:pPr>
      <w:r w:rsidRPr="00F60816">
        <w:rPr>
          <w:b/>
          <w:sz w:val="28"/>
          <w:szCs w:val="28"/>
          <w:lang w:val="bg-BG"/>
        </w:rPr>
        <w:t xml:space="preserve">НА </w:t>
      </w:r>
      <w:r w:rsidRPr="00F60816">
        <w:rPr>
          <w:b/>
          <w:sz w:val="28"/>
          <w:szCs w:val="28"/>
        </w:rPr>
        <w:t>ДГ № 53 „</w:t>
      </w:r>
      <w:proofErr w:type="spellStart"/>
      <w:r w:rsidRPr="00F60816">
        <w:rPr>
          <w:b/>
          <w:sz w:val="28"/>
          <w:szCs w:val="28"/>
        </w:rPr>
        <w:t>Слънчево</w:t>
      </w:r>
      <w:proofErr w:type="spellEnd"/>
      <w:r w:rsidRPr="00F60816">
        <w:rPr>
          <w:b/>
          <w:sz w:val="28"/>
          <w:szCs w:val="28"/>
        </w:rPr>
        <w:t xml:space="preserve"> </w:t>
      </w:r>
      <w:proofErr w:type="spellStart"/>
      <w:r w:rsidRPr="00F60816">
        <w:rPr>
          <w:b/>
          <w:sz w:val="28"/>
          <w:szCs w:val="28"/>
        </w:rPr>
        <w:t>зайче</w:t>
      </w:r>
      <w:proofErr w:type="spellEnd"/>
      <w:r w:rsidRPr="00F60816">
        <w:rPr>
          <w:b/>
          <w:sz w:val="28"/>
          <w:szCs w:val="28"/>
        </w:rPr>
        <w:t xml:space="preserve">“ – </w:t>
      </w:r>
      <w:proofErr w:type="spellStart"/>
      <w:r w:rsidRPr="00F60816">
        <w:rPr>
          <w:b/>
          <w:sz w:val="28"/>
          <w:szCs w:val="28"/>
        </w:rPr>
        <w:t>Варна</w:t>
      </w:r>
      <w:proofErr w:type="spellEnd"/>
    </w:p>
    <w:p w14:paraId="15110966" w14:textId="77777777" w:rsidR="00107E3E" w:rsidRPr="00F60816" w:rsidRDefault="00107E3E" w:rsidP="00107E3E">
      <w:pPr>
        <w:spacing w:after="0"/>
        <w:jc w:val="center"/>
        <w:rPr>
          <w:sz w:val="28"/>
          <w:szCs w:val="28"/>
        </w:rPr>
      </w:pPr>
      <w:r w:rsidRPr="00F60816">
        <w:rPr>
          <w:b/>
          <w:sz w:val="28"/>
          <w:szCs w:val="28"/>
        </w:rPr>
        <w:t>ЗА УЧЕБНАТА 2026/2027 ГОДИНА</w:t>
      </w:r>
    </w:p>
    <w:p w14:paraId="07990993" w14:textId="77777777" w:rsidR="00107E3E" w:rsidRDefault="00107E3E" w:rsidP="00107E3E">
      <w:pPr>
        <w:spacing w:after="0"/>
        <w:jc w:val="center"/>
        <w:rPr>
          <w:szCs w:val="20"/>
          <w:lang w:val="bg-BG"/>
        </w:rPr>
      </w:pPr>
    </w:p>
    <w:p w14:paraId="7970C8E4" w14:textId="77777777" w:rsidR="00F60816" w:rsidRPr="00107E3E" w:rsidRDefault="00F60816" w:rsidP="00107E3E">
      <w:pPr>
        <w:spacing w:after="0"/>
        <w:jc w:val="center"/>
        <w:rPr>
          <w:szCs w:val="20"/>
          <w:lang w:val="bg-BG"/>
        </w:rPr>
      </w:pPr>
    </w:p>
    <w:p w14:paraId="7CB1B218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I. АНАЛИЗ НА СЪСТОЯНИЕТО И ДЕЙНОСТТА</w:t>
      </w:r>
    </w:p>
    <w:p w14:paraId="480A41CC" w14:textId="77777777" w:rsidR="002A75BC" w:rsidRPr="00107E3E" w:rsidRDefault="00000000" w:rsidP="00107E3E">
      <w:pPr>
        <w:spacing w:after="0"/>
        <w:ind w:firstLine="397"/>
        <w:jc w:val="both"/>
        <w:rPr>
          <w:szCs w:val="20"/>
        </w:rPr>
      </w:pPr>
      <w:r w:rsidRPr="00107E3E">
        <w:rPr>
          <w:szCs w:val="20"/>
        </w:rPr>
        <w:t>Годишният комплексен план е разработен като основен организационно-управленски документ за учебната 2026/2027 година. Той отчита резултатите от предходната учебна година, актуалните потребности на децата, екипа и семействата и определя приоритетите, дейностите, сроковете и отговорностите за устойчиво развитие на детската градина.</w:t>
      </w:r>
    </w:p>
    <w:p w14:paraId="4C8B0B58" w14:textId="77777777" w:rsidR="002A75BC" w:rsidRPr="00107E3E" w:rsidRDefault="00000000" w:rsidP="00107E3E">
      <w:pPr>
        <w:spacing w:after="0"/>
        <w:ind w:firstLine="397"/>
        <w:jc w:val="both"/>
        <w:rPr>
          <w:szCs w:val="20"/>
        </w:rPr>
      </w:pPr>
      <w:r w:rsidRPr="00107E3E">
        <w:rPr>
          <w:szCs w:val="20"/>
        </w:rPr>
        <w:t xml:space="preserve">ДГ № 53 „Слънчево </w:t>
      </w:r>
      <w:proofErr w:type="gramStart"/>
      <w:r w:rsidRPr="00107E3E">
        <w:rPr>
          <w:szCs w:val="20"/>
        </w:rPr>
        <w:t>зайче“ организира</w:t>
      </w:r>
      <w:proofErr w:type="gramEnd"/>
      <w:r w:rsidRPr="00107E3E">
        <w:rPr>
          <w:szCs w:val="20"/>
        </w:rPr>
        <w:t xml:space="preserve"> предучилищното образование в седем групи, разположени в централна сграда и филиални помещения. Организацията на работа се съобразява с възрастовите особености на децата, нормативните изисквания, наличната материална база и необходимостта от равен достъп до качествено образование и подкрепа.</w:t>
      </w:r>
    </w:p>
    <w:p w14:paraId="0D3F1FD0" w14:textId="77777777" w:rsidR="002A75BC" w:rsidRPr="00107E3E" w:rsidRDefault="00000000" w:rsidP="00107E3E">
      <w:pPr>
        <w:spacing w:after="0"/>
        <w:ind w:firstLine="397"/>
        <w:jc w:val="both"/>
        <w:rPr>
          <w:szCs w:val="20"/>
        </w:rPr>
      </w:pPr>
      <w:r w:rsidRPr="00107E3E">
        <w:rPr>
          <w:szCs w:val="20"/>
        </w:rPr>
        <w:t>През 2026/2027 година водещ акцент е създаването на спокойна, сигурна, приобщаваща и развиваща среда, в която всяко дете получава възможност за активно участие, развитие на самостоятелност, социални умения, познавателна активност и готовност за училище.</w:t>
      </w:r>
    </w:p>
    <w:p w14:paraId="49B4372B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Силни страни, постижения и ресурси</w:t>
      </w:r>
    </w:p>
    <w:p w14:paraId="21B546D6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устойчива организация на педагогическия процес и работа в екип;</w:t>
      </w:r>
    </w:p>
    <w:p w14:paraId="426B4DE4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квалифицирани педагогически специалисти и натрупан практически опит;</w:t>
      </w:r>
    </w:p>
    <w:p w14:paraId="29980EFA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работа по всички образователни направления и използване на игрови, интерактивни и практически подходи;</w:t>
      </w:r>
    </w:p>
    <w:p w14:paraId="49835CEB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създадени традиции за празници, инициативи, работа с родители и партньорски институции;</w:t>
      </w:r>
    </w:p>
    <w:p w14:paraId="4F9083E1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прилагане на обща и допълнителна подкрепа за личностно развитие според потребностите на децата;</w:t>
      </w:r>
    </w:p>
    <w:p w14:paraId="762026C7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използване на дигитални ресурси и съвременни средства за онагледяване;</w:t>
      </w:r>
    </w:p>
    <w:p w14:paraId="4A7C8A8A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ангажираност към безопасността, здравето и благополучието на децата.</w:t>
      </w:r>
    </w:p>
    <w:p w14:paraId="26DBBFDA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Области за развитие</w:t>
      </w:r>
    </w:p>
    <w:p w14:paraId="575BE15D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по-целенасочено проследяване на индивидуалния напредък и използване на резултатите за планиране;</w:t>
      </w:r>
    </w:p>
    <w:p w14:paraId="7AE19E73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разширяване на практическите и проектно-базирани дейности;</w:t>
      </w:r>
    </w:p>
    <w:p w14:paraId="3C8890AC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обогатяване на средата за работа с деца със специални образователни потребности и други индивидуални потребности;</w:t>
      </w:r>
    </w:p>
    <w:p w14:paraId="5E22E9BA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развитие на дигиталната и медийната култура на екипа и семействата;</w:t>
      </w:r>
    </w:p>
    <w:p w14:paraId="7C6D7D34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lastRenderedPageBreak/>
        <w:t xml:space="preserve">• </w:t>
      </w:r>
      <w:r w:rsidRPr="00107E3E">
        <w:rPr>
          <w:szCs w:val="20"/>
        </w:rPr>
        <w:t>подобряване на координацията между централната сграда и филиалните групи;</w:t>
      </w:r>
    </w:p>
    <w:p w14:paraId="0F691EAB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разширяване на партньорствата и участието в национални и европейски програми и проекти.</w:t>
      </w:r>
    </w:p>
    <w:p w14:paraId="4ECA3374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II. ВИЗИЯ И СТРАТЕГИЧЕСКА РАМКА ЗА РАЗВИТИЕ</w:t>
      </w:r>
    </w:p>
    <w:p w14:paraId="3E24BEDC" w14:textId="77777777" w:rsidR="002A75BC" w:rsidRPr="00107E3E" w:rsidRDefault="00000000" w:rsidP="00107E3E">
      <w:pPr>
        <w:spacing w:after="0"/>
        <w:ind w:firstLine="397"/>
        <w:jc w:val="both"/>
        <w:rPr>
          <w:szCs w:val="20"/>
        </w:rPr>
      </w:pPr>
      <w:r w:rsidRPr="00107E3E">
        <w:rPr>
          <w:szCs w:val="20"/>
        </w:rPr>
        <w:t xml:space="preserve">ДГ № 53 „Слънчево </w:t>
      </w:r>
      <w:proofErr w:type="gramStart"/>
      <w:r w:rsidRPr="00107E3E">
        <w:rPr>
          <w:szCs w:val="20"/>
        </w:rPr>
        <w:t>зайче“ се</w:t>
      </w:r>
      <w:proofErr w:type="gramEnd"/>
      <w:r w:rsidRPr="00107E3E">
        <w:rPr>
          <w:szCs w:val="20"/>
        </w:rPr>
        <w:t xml:space="preserve"> развива като модерна, достъпна и приобщаваща образователна институция, която поставя детето в центъра на педагогическото взаимодействие и изгражда среда на доверие, уважение, сигурност и сътрудничество.</w:t>
      </w:r>
    </w:p>
    <w:p w14:paraId="22BACFF8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Стратегическа цел</w:t>
      </w:r>
    </w:p>
    <w:p w14:paraId="73C932F5" w14:textId="77777777" w:rsidR="002A75BC" w:rsidRPr="00107E3E" w:rsidRDefault="00000000" w:rsidP="00107E3E">
      <w:pPr>
        <w:spacing w:after="0"/>
        <w:ind w:firstLine="397"/>
        <w:jc w:val="both"/>
        <w:rPr>
          <w:szCs w:val="20"/>
        </w:rPr>
      </w:pPr>
      <w:r w:rsidRPr="00107E3E">
        <w:rPr>
          <w:szCs w:val="20"/>
        </w:rPr>
        <w:t>Повишаване качеството на предучилищното образование чрез ефективно управление, подкрепяща и безопасна среда, компетентен екип, активно партньорство със семействата и устойчиво прилагане на съвременни педагогически подходи.</w:t>
      </w:r>
    </w:p>
    <w:p w14:paraId="08B4E75B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Приоритетни области</w:t>
      </w:r>
    </w:p>
    <w:p w14:paraId="1F1C3566" w14:textId="77777777" w:rsidR="002A75BC" w:rsidRPr="00107E3E" w:rsidRDefault="00000000" w:rsidP="00107E3E">
      <w:pPr>
        <w:spacing w:after="0"/>
        <w:jc w:val="both"/>
        <w:rPr>
          <w:szCs w:val="20"/>
        </w:rPr>
      </w:pPr>
      <w:r w:rsidRPr="00107E3E">
        <w:rPr>
          <w:szCs w:val="20"/>
        </w:rPr>
        <w:t>1. Качество на педагогическото взаимодействие и индивидуален напредък на всяко дете.</w:t>
      </w:r>
    </w:p>
    <w:p w14:paraId="18394B65" w14:textId="77777777" w:rsidR="002A75BC" w:rsidRPr="00107E3E" w:rsidRDefault="00000000" w:rsidP="00107E3E">
      <w:pPr>
        <w:spacing w:after="0"/>
        <w:jc w:val="both"/>
        <w:rPr>
          <w:szCs w:val="20"/>
        </w:rPr>
      </w:pPr>
      <w:r w:rsidRPr="00107E3E">
        <w:rPr>
          <w:szCs w:val="20"/>
        </w:rPr>
        <w:t>2. Приобщаващо образование, ранно разпознаване на потребности и ефективна подкрепа.</w:t>
      </w:r>
    </w:p>
    <w:p w14:paraId="690E2427" w14:textId="77777777" w:rsidR="002A75BC" w:rsidRPr="00107E3E" w:rsidRDefault="00000000" w:rsidP="00107E3E">
      <w:pPr>
        <w:spacing w:after="0"/>
        <w:jc w:val="both"/>
        <w:rPr>
          <w:szCs w:val="20"/>
        </w:rPr>
      </w:pPr>
      <w:r w:rsidRPr="00107E3E">
        <w:rPr>
          <w:szCs w:val="20"/>
        </w:rPr>
        <w:t>3. Здраве, безопасност, двигателна активност и благополучие.</w:t>
      </w:r>
    </w:p>
    <w:p w14:paraId="5E8DCA6D" w14:textId="77777777" w:rsidR="002A75BC" w:rsidRPr="00107E3E" w:rsidRDefault="00000000" w:rsidP="00107E3E">
      <w:pPr>
        <w:spacing w:after="0"/>
        <w:jc w:val="both"/>
        <w:rPr>
          <w:szCs w:val="20"/>
        </w:rPr>
      </w:pPr>
      <w:r w:rsidRPr="00107E3E">
        <w:rPr>
          <w:szCs w:val="20"/>
        </w:rPr>
        <w:t>4. Квалификация, екипност, професионално развитие и споделяне на добри практики.</w:t>
      </w:r>
    </w:p>
    <w:p w14:paraId="009BA4C6" w14:textId="77777777" w:rsidR="002A75BC" w:rsidRPr="00107E3E" w:rsidRDefault="00000000" w:rsidP="00107E3E">
      <w:pPr>
        <w:spacing w:after="0"/>
        <w:jc w:val="both"/>
        <w:rPr>
          <w:szCs w:val="20"/>
        </w:rPr>
      </w:pPr>
      <w:r w:rsidRPr="00107E3E">
        <w:rPr>
          <w:szCs w:val="20"/>
        </w:rPr>
        <w:t>5. Партньорство със семейството, институциите и местната общност.</w:t>
      </w:r>
    </w:p>
    <w:p w14:paraId="6E0CE5FE" w14:textId="77777777" w:rsidR="002A75BC" w:rsidRPr="00107E3E" w:rsidRDefault="00000000" w:rsidP="00107E3E">
      <w:pPr>
        <w:spacing w:after="0"/>
        <w:jc w:val="both"/>
        <w:rPr>
          <w:szCs w:val="20"/>
        </w:rPr>
      </w:pPr>
      <w:r w:rsidRPr="00107E3E">
        <w:rPr>
          <w:szCs w:val="20"/>
        </w:rPr>
        <w:t>6. Дигитализация, иновации, национални и европейски програми.</w:t>
      </w:r>
    </w:p>
    <w:p w14:paraId="7FE0259A" w14:textId="77777777" w:rsidR="002A75BC" w:rsidRPr="00107E3E" w:rsidRDefault="00000000" w:rsidP="00107E3E">
      <w:pPr>
        <w:spacing w:after="0"/>
        <w:jc w:val="both"/>
        <w:rPr>
          <w:szCs w:val="20"/>
        </w:rPr>
      </w:pPr>
      <w:r w:rsidRPr="00107E3E">
        <w:rPr>
          <w:szCs w:val="20"/>
        </w:rPr>
        <w:t>7. Поддържане и развитие на материалната среда и екологична култура.</w:t>
      </w:r>
    </w:p>
    <w:p w14:paraId="550F72B7" w14:textId="77777777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III. ОСНОВНИ ЦЕЛИ И ЗАДАЧИ</w:t>
      </w:r>
    </w:p>
    <w:p w14:paraId="4CB0B45D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Осигуряване на качествено предучилищно образование, съобразено с индивидуалните възможности и интереси на децата.</w:t>
      </w:r>
    </w:p>
    <w:p w14:paraId="3204447A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Проследяване на постиженията и своевременно планиране на подкрепящи мерки.</w:t>
      </w:r>
    </w:p>
    <w:p w14:paraId="68C3DD5A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Развитие на ключови компетентности чрез игра, изследване, творчество, движение и практическа дейност.</w:t>
      </w:r>
    </w:p>
    <w:p w14:paraId="3D0FA827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Подкрепа за позитивно поведение, емоционална грамотност и умения за общуване.</w:t>
      </w:r>
    </w:p>
    <w:p w14:paraId="1CB2AD92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Ефективна обща и допълнителна подкрепа за личностно развитие.</w:t>
      </w:r>
    </w:p>
    <w:p w14:paraId="0DB985DF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Поддържане на безопасна, здравословна и естетична образователна среда.</w:t>
      </w:r>
    </w:p>
    <w:p w14:paraId="21516899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Повишаване професионалната компетентност на педагогическите специалисти.</w:t>
      </w:r>
    </w:p>
    <w:p w14:paraId="4B266BFB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Развитие на открита и навременна комуникация с родителите.</w:t>
      </w:r>
    </w:p>
    <w:p w14:paraId="1C095114" w14:textId="77777777" w:rsidR="002A75BC" w:rsidRPr="00107E3E" w:rsidRDefault="00000000" w:rsidP="00107E3E">
      <w:pPr>
        <w:spacing w:after="0"/>
        <w:ind w:left="283" w:hanging="170"/>
        <w:rPr>
          <w:szCs w:val="20"/>
        </w:rPr>
      </w:pPr>
      <w:r w:rsidRPr="00107E3E">
        <w:rPr>
          <w:b/>
          <w:szCs w:val="20"/>
        </w:rPr>
        <w:t xml:space="preserve">• </w:t>
      </w:r>
      <w:r w:rsidRPr="00107E3E">
        <w:rPr>
          <w:szCs w:val="20"/>
        </w:rPr>
        <w:t>Участие в подходящи национални програми, проекти и европейски инициативи.</w:t>
      </w:r>
    </w:p>
    <w:p w14:paraId="50AE254B" w14:textId="77777777" w:rsidR="00107E3E" w:rsidRDefault="00107E3E" w:rsidP="00107E3E">
      <w:pPr>
        <w:spacing w:after="0"/>
        <w:jc w:val="center"/>
        <w:rPr>
          <w:b/>
          <w:szCs w:val="20"/>
          <w:lang w:val="bg-BG"/>
        </w:rPr>
      </w:pPr>
    </w:p>
    <w:p w14:paraId="2C783E63" w14:textId="78939453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IV. ОРГАНИЗАЦИЯ НА ДЕЙНОСТТА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75"/>
        <w:gridCol w:w="4163"/>
        <w:gridCol w:w="1347"/>
        <w:gridCol w:w="1978"/>
        <w:gridCol w:w="1926"/>
      </w:tblGrid>
      <w:tr w:rsidR="002A75BC" w:rsidRPr="00107E3E" w14:paraId="2AA7F946" w14:textId="77777777" w:rsidTr="00927337">
        <w:trPr>
          <w:jc w:val="center"/>
        </w:trPr>
        <w:tc>
          <w:tcPr>
            <w:tcW w:w="346" w:type="dxa"/>
            <w:shd w:val="clear" w:color="auto" w:fill="D9EAD3"/>
            <w:vAlign w:val="center"/>
          </w:tcPr>
          <w:p w14:paraId="1BFE38C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4163" w:type="dxa"/>
            <w:shd w:val="clear" w:color="auto" w:fill="D9EAD3"/>
            <w:vAlign w:val="center"/>
          </w:tcPr>
          <w:p w14:paraId="02D5EC5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Дейност</w:t>
            </w:r>
          </w:p>
        </w:tc>
        <w:tc>
          <w:tcPr>
            <w:tcW w:w="1347" w:type="dxa"/>
            <w:shd w:val="clear" w:color="auto" w:fill="D9EAD3"/>
            <w:vAlign w:val="center"/>
          </w:tcPr>
          <w:p w14:paraId="63D86D3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Срок</w:t>
            </w:r>
          </w:p>
        </w:tc>
        <w:tc>
          <w:tcPr>
            <w:tcW w:w="1978" w:type="dxa"/>
            <w:shd w:val="clear" w:color="auto" w:fill="D9EAD3"/>
            <w:vAlign w:val="center"/>
          </w:tcPr>
          <w:p w14:paraId="00E3C0B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Отговорници</w:t>
            </w:r>
          </w:p>
        </w:tc>
        <w:tc>
          <w:tcPr>
            <w:tcW w:w="1926" w:type="dxa"/>
            <w:shd w:val="clear" w:color="auto" w:fill="D9EAD3"/>
            <w:vAlign w:val="center"/>
          </w:tcPr>
          <w:p w14:paraId="3C65DBA4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Отчитане</w:t>
            </w:r>
          </w:p>
        </w:tc>
      </w:tr>
      <w:tr w:rsidR="002A75BC" w:rsidRPr="00107E3E" w14:paraId="4E9F14E4" w14:textId="77777777" w:rsidTr="00927337">
        <w:trPr>
          <w:jc w:val="center"/>
        </w:trPr>
        <w:tc>
          <w:tcPr>
            <w:tcW w:w="346" w:type="dxa"/>
            <w:vAlign w:val="center"/>
          </w:tcPr>
          <w:p w14:paraId="0912B77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1.</w:t>
            </w:r>
          </w:p>
        </w:tc>
        <w:tc>
          <w:tcPr>
            <w:tcW w:w="4163" w:type="dxa"/>
            <w:vAlign w:val="center"/>
          </w:tcPr>
          <w:p w14:paraId="2E1428B1" w14:textId="6868EB66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Организация</w:t>
            </w:r>
            <w:proofErr w:type="spellEnd"/>
            <w:r w:rsidRPr="00107E3E">
              <w:rPr>
                <w:szCs w:val="20"/>
              </w:rPr>
              <w:t xml:space="preserve"> и </w:t>
            </w:r>
            <w:proofErr w:type="spellStart"/>
            <w:r w:rsidRPr="00107E3E">
              <w:rPr>
                <w:szCs w:val="20"/>
              </w:rPr>
              <w:t>планиране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на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учебната</w:t>
            </w:r>
            <w:proofErr w:type="spellEnd"/>
            <w:r w:rsidRPr="00107E3E">
              <w:rPr>
                <w:szCs w:val="20"/>
              </w:rPr>
              <w:t xml:space="preserve"> 2026/2027 </w:t>
            </w:r>
            <w:proofErr w:type="spellStart"/>
            <w:r w:rsidRPr="00107E3E">
              <w:rPr>
                <w:szCs w:val="20"/>
              </w:rPr>
              <w:t>година</w:t>
            </w:r>
            <w:proofErr w:type="spellEnd"/>
            <w:r w:rsidRPr="00107E3E">
              <w:rPr>
                <w:szCs w:val="20"/>
              </w:rPr>
              <w:t xml:space="preserve">; </w:t>
            </w:r>
            <w:proofErr w:type="spellStart"/>
            <w:r w:rsidRPr="00107E3E">
              <w:rPr>
                <w:szCs w:val="20"/>
              </w:rPr>
              <w:t>актуализиране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на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документ</w:t>
            </w:r>
            <w:r w:rsidR="00927337">
              <w:rPr>
                <w:szCs w:val="20"/>
                <w:lang w:val="bg-BG"/>
              </w:rPr>
              <w:t>ацията</w:t>
            </w:r>
            <w:proofErr w:type="spellEnd"/>
            <w:r w:rsidRPr="00107E3E">
              <w:rPr>
                <w:szCs w:val="20"/>
              </w:rPr>
              <w:t>.</w:t>
            </w:r>
          </w:p>
        </w:tc>
        <w:tc>
          <w:tcPr>
            <w:tcW w:w="1347" w:type="dxa"/>
            <w:vAlign w:val="center"/>
          </w:tcPr>
          <w:p w14:paraId="5669E272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септември 2026</w:t>
            </w:r>
          </w:p>
        </w:tc>
        <w:tc>
          <w:tcPr>
            <w:tcW w:w="1978" w:type="dxa"/>
            <w:vAlign w:val="center"/>
          </w:tcPr>
          <w:p w14:paraId="37210894" w14:textId="38E27AA7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Директор</w:t>
            </w:r>
            <w:proofErr w:type="spellEnd"/>
            <w:r w:rsidRPr="00107E3E">
              <w:rPr>
                <w:szCs w:val="20"/>
              </w:rPr>
              <w:t xml:space="preserve">; </w:t>
            </w:r>
            <w:r w:rsidR="00927337">
              <w:rPr>
                <w:szCs w:val="20"/>
                <w:lang w:val="bg-BG"/>
              </w:rPr>
              <w:t>П</w:t>
            </w:r>
            <w:proofErr w:type="spellStart"/>
            <w:r w:rsidRPr="00107E3E">
              <w:rPr>
                <w:szCs w:val="20"/>
              </w:rPr>
              <w:t>едагогически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съвет</w:t>
            </w:r>
            <w:proofErr w:type="spellEnd"/>
          </w:p>
        </w:tc>
        <w:tc>
          <w:tcPr>
            <w:tcW w:w="1926" w:type="dxa"/>
            <w:vAlign w:val="center"/>
          </w:tcPr>
          <w:p w14:paraId="0952F574" w14:textId="105A598A" w:rsidR="002A75BC" w:rsidRPr="00107E3E" w:rsidRDefault="00927337" w:rsidP="00107E3E">
            <w:pPr>
              <w:rPr>
                <w:szCs w:val="20"/>
              </w:rPr>
            </w:pPr>
            <w:proofErr w:type="spellStart"/>
            <w:r w:rsidRPr="00927337">
              <w:rPr>
                <w:szCs w:val="20"/>
              </w:rPr>
              <w:t>Утвърдени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вътрешни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документи</w:t>
            </w:r>
            <w:proofErr w:type="spellEnd"/>
            <w:r w:rsidRPr="00927337">
              <w:rPr>
                <w:szCs w:val="20"/>
              </w:rPr>
              <w:t xml:space="preserve">, </w:t>
            </w:r>
            <w:proofErr w:type="spellStart"/>
            <w:r w:rsidRPr="00927337">
              <w:rPr>
                <w:szCs w:val="20"/>
              </w:rPr>
              <w:t>протоколи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от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lastRenderedPageBreak/>
              <w:t>Педагогически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съвет</w:t>
            </w:r>
            <w:proofErr w:type="spellEnd"/>
          </w:p>
        </w:tc>
      </w:tr>
      <w:tr w:rsidR="002A75BC" w:rsidRPr="00107E3E" w14:paraId="34F55A20" w14:textId="77777777" w:rsidTr="00927337">
        <w:trPr>
          <w:jc w:val="center"/>
        </w:trPr>
        <w:tc>
          <w:tcPr>
            <w:tcW w:w="346" w:type="dxa"/>
            <w:vAlign w:val="center"/>
          </w:tcPr>
          <w:p w14:paraId="47F1600B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lastRenderedPageBreak/>
              <w:t>2.</w:t>
            </w:r>
          </w:p>
        </w:tc>
        <w:tc>
          <w:tcPr>
            <w:tcW w:w="4163" w:type="dxa"/>
            <w:vAlign w:val="center"/>
          </w:tcPr>
          <w:p w14:paraId="11FE7172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Разпределение на групите, педагогическите екипи и функционалните отговорности.</w:t>
            </w:r>
          </w:p>
        </w:tc>
        <w:tc>
          <w:tcPr>
            <w:tcW w:w="1347" w:type="dxa"/>
            <w:vAlign w:val="center"/>
          </w:tcPr>
          <w:p w14:paraId="6952E805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септември 2026</w:t>
            </w:r>
          </w:p>
        </w:tc>
        <w:tc>
          <w:tcPr>
            <w:tcW w:w="1978" w:type="dxa"/>
            <w:vAlign w:val="center"/>
          </w:tcPr>
          <w:p w14:paraId="2C9BFE34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Директор</w:t>
            </w:r>
          </w:p>
        </w:tc>
        <w:tc>
          <w:tcPr>
            <w:tcW w:w="1926" w:type="dxa"/>
            <w:vAlign w:val="center"/>
          </w:tcPr>
          <w:p w14:paraId="7773EA6D" w14:textId="1F1B14BB" w:rsidR="002A75BC" w:rsidRPr="00107E3E" w:rsidRDefault="00927337" w:rsidP="00107E3E">
            <w:pPr>
              <w:rPr>
                <w:szCs w:val="20"/>
              </w:rPr>
            </w:pPr>
            <w:proofErr w:type="spellStart"/>
            <w:r w:rsidRPr="00927337">
              <w:rPr>
                <w:szCs w:val="20"/>
              </w:rPr>
              <w:t>Утвърдени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вътрешни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документи</w:t>
            </w:r>
            <w:proofErr w:type="spellEnd"/>
            <w:r w:rsidRPr="00927337">
              <w:rPr>
                <w:szCs w:val="20"/>
              </w:rPr>
              <w:t xml:space="preserve">, </w:t>
            </w:r>
            <w:proofErr w:type="spellStart"/>
            <w:r w:rsidRPr="00927337">
              <w:rPr>
                <w:szCs w:val="20"/>
              </w:rPr>
              <w:t>протоколи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от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Педагогически</w:t>
            </w:r>
            <w:proofErr w:type="spellEnd"/>
            <w:r w:rsidRPr="00927337">
              <w:rPr>
                <w:szCs w:val="20"/>
              </w:rPr>
              <w:t xml:space="preserve"> </w:t>
            </w:r>
            <w:proofErr w:type="spellStart"/>
            <w:r w:rsidRPr="00927337">
              <w:rPr>
                <w:szCs w:val="20"/>
              </w:rPr>
              <w:t>съвет</w:t>
            </w:r>
            <w:proofErr w:type="spellEnd"/>
          </w:p>
        </w:tc>
      </w:tr>
      <w:tr w:rsidR="002A75BC" w:rsidRPr="00107E3E" w14:paraId="46DB96CB" w14:textId="77777777" w:rsidTr="00927337">
        <w:trPr>
          <w:jc w:val="center"/>
        </w:trPr>
        <w:tc>
          <w:tcPr>
            <w:tcW w:w="346" w:type="dxa"/>
            <w:vAlign w:val="center"/>
          </w:tcPr>
          <w:p w14:paraId="30BAF505" w14:textId="67C00F70" w:rsidR="002A75BC" w:rsidRPr="00107E3E" w:rsidRDefault="00927337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3</w:t>
            </w:r>
            <w:r w:rsidRPr="00107E3E">
              <w:rPr>
                <w:szCs w:val="20"/>
              </w:rPr>
              <w:t>.</w:t>
            </w:r>
          </w:p>
        </w:tc>
        <w:tc>
          <w:tcPr>
            <w:tcW w:w="4163" w:type="dxa"/>
            <w:vAlign w:val="center"/>
          </w:tcPr>
          <w:p w14:paraId="0F568BD3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Организация на дневния режим, педагогическите ситуации и допълнителните форми.</w:t>
            </w:r>
          </w:p>
        </w:tc>
        <w:tc>
          <w:tcPr>
            <w:tcW w:w="1347" w:type="dxa"/>
            <w:vAlign w:val="center"/>
          </w:tcPr>
          <w:p w14:paraId="063ECA5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1978" w:type="dxa"/>
            <w:vAlign w:val="center"/>
          </w:tcPr>
          <w:p w14:paraId="31E41C6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 по групи</w:t>
            </w:r>
          </w:p>
        </w:tc>
        <w:tc>
          <w:tcPr>
            <w:tcW w:w="1926" w:type="dxa"/>
            <w:vAlign w:val="center"/>
          </w:tcPr>
          <w:p w14:paraId="172378BD" w14:textId="6F76E709" w:rsidR="002A75BC" w:rsidRPr="00927337" w:rsidRDefault="00927337" w:rsidP="00107E3E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Електронен д</w:t>
            </w:r>
            <w:proofErr w:type="spellStart"/>
            <w:r w:rsidRPr="00107E3E">
              <w:rPr>
                <w:szCs w:val="20"/>
              </w:rPr>
              <w:t>невни</w:t>
            </w:r>
            <w:proofErr w:type="spellEnd"/>
            <w:r>
              <w:rPr>
                <w:szCs w:val="20"/>
                <w:lang w:val="bg-BG"/>
              </w:rPr>
              <w:t>к</w:t>
            </w:r>
          </w:p>
        </w:tc>
      </w:tr>
      <w:tr w:rsidR="002A75BC" w:rsidRPr="00107E3E" w14:paraId="794BAABA" w14:textId="77777777" w:rsidTr="00927337">
        <w:trPr>
          <w:jc w:val="center"/>
        </w:trPr>
        <w:tc>
          <w:tcPr>
            <w:tcW w:w="346" w:type="dxa"/>
            <w:vAlign w:val="center"/>
          </w:tcPr>
          <w:p w14:paraId="7134C30F" w14:textId="367D2730" w:rsidR="002A75BC" w:rsidRPr="00107E3E" w:rsidRDefault="00927337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4</w:t>
            </w:r>
            <w:r w:rsidRPr="00107E3E">
              <w:rPr>
                <w:szCs w:val="20"/>
              </w:rPr>
              <w:t>.</w:t>
            </w:r>
          </w:p>
        </w:tc>
        <w:tc>
          <w:tcPr>
            <w:tcW w:w="4163" w:type="dxa"/>
            <w:vAlign w:val="center"/>
          </w:tcPr>
          <w:p w14:paraId="102C0413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Организация на общата и допълнителната подкрепа за личностно развитие.</w:t>
            </w:r>
          </w:p>
        </w:tc>
        <w:tc>
          <w:tcPr>
            <w:tcW w:w="1347" w:type="dxa"/>
            <w:vAlign w:val="center"/>
          </w:tcPr>
          <w:p w14:paraId="03A4F67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1978" w:type="dxa"/>
            <w:vAlign w:val="center"/>
          </w:tcPr>
          <w:p w14:paraId="6A90EBFB" w14:textId="49B638D8" w:rsidR="002A75BC" w:rsidRPr="00927337" w:rsidRDefault="00000000" w:rsidP="00107E3E">
            <w:pPr>
              <w:rPr>
                <w:szCs w:val="20"/>
                <w:lang w:val="bg-BG"/>
              </w:rPr>
            </w:pPr>
            <w:r w:rsidRPr="00107E3E">
              <w:rPr>
                <w:szCs w:val="20"/>
              </w:rPr>
              <w:t xml:space="preserve">Координатор; екипи за подкрепа; </w:t>
            </w:r>
            <w:r w:rsidR="00927337">
              <w:rPr>
                <w:szCs w:val="20"/>
                <w:lang w:val="bg-BG"/>
              </w:rPr>
              <w:t>комисия, учители</w:t>
            </w:r>
          </w:p>
        </w:tc>
        <w:tc>
          <w:tcPr>
            <w:tcW w:w="1926" w:type="dxa"/>
            <w:vAlign w:val="center"/>
          </w:tcPr>
          <w:p w14:paraId="54B9DC77" w14:textId="77777777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Документация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по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подкрепата</w:t>
            </w:r>
            <w:proofErr w:type="spellEnd"/>
          </w:p>
        </w:tc>
      </w:tr>
      <w:tr w:rsidR="002A75BC" w:rsidRPr="00107E3E" w14:paraId="39AC5870" w14:textId="77777777" w:rsidTr="00927337">
        <w:trPr>
          <w:jc w:val="center"/>
        </w:trPr>
        <w:tc>
          <w:tcPr>
            <w:tcW w:w="346" w:type="dxa"/>
            <w:vAlign w:val="center"/>
          </w:tcPr>
          <w:p w14:paraId="66E1982E" w14:textId="5DD3144E" w:rsidR="002A75BC" w:rsidRPr="00107E3E" w:rsidRDefault="00927337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5</w:t>
            </w:r>
            <w:r w:rsidRPr="00107E3E">
              <w:rPr>
                <w:szCs w:val="20"/>
              </w:rPr>
              <w:t>.</w:t>
            </w:r>
          </w:p>
        </w:tc>
        <w:tc>
          <w:tcPr>
            <w:tcW w:w="4163" w:type="dxa"/>
            <w:vAlign w:val="center"/>
          </w:tcPr>
          <w:p w14:paraId="77980B3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Контрол върху задължителната документация и своевременното отразяване на дейностите.</w:t>
            </w:r>
          </w:p>
        </w:tc>
        <w:tc>
          <w:tcPr>
            <w:tcW w:w="1347" w:type="dxa"/>
            <w:vAlign w:val="center"/>
          </w:tcPr>
          <w:p w14:paraId="1EF3AD34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1978" w:type="dxa"/>
            <w:vAlign w:val="center"/>
          </w:tcPr>
          <w:p w14:paraId="0548648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Директор; ЗДУД</w:t>
            </w:r>
          </w:p>
        </w:tc>
        <w:tc>
          <w:tcPr>
            <w:tcW w:w="1926" w:type="dxa"/>
            <w:vAlign w:val="center"/>
          </w:tcPr>
          <w:p w14:paraId="45466C0F" w14:textId="34E729FA" w:rsidR="002A75BC" w:rsidRPr="00927337" w:rsidRDefault="00927337" w:rsidP="00107E3E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К</w:t>
            </w:r>
            <w:proofErr w:type="spellStart"/>
            <w:r w:rsidRPr="00107E3E">
              <w:rPr>
                <w:szCs w:val="20"/>
              </w:rPr>
              <w:t>онстатации</w:t>
            </w:r>
            <w:proofErr w:type="spellEnd"/>
            <w:r>
              <w:rPr>
                <w:szCs w:val="20"/>
                <w:lang w:val="bg-BG"/>
              </w:rPr>
              <w:t>, протоколи</w:t>
            </w:r>
          </w:p>
        </w:tc>
      </w:tr>
      <w:tr w:rsidR="002A75BC" w:rsidRPr="00107E3E" w14:paraId="4BCD02F5" w14:textId="77777777" w:rsidTr="00927337">
        <w:trPr>
          <w:jc w:val="center"/>
        </w:trPr>
        <w:tc>
          <w:tcPr>
            <w:tcW w:w="346" w:type="dxa"/>
            <w:vAlign w:val="center"/>
          </w:tcPr>
          <w:p w14:paraId="23C98420" w14:textId="39CA3757" w:rsidR="002A75BC" w:rsidRPr="00107E3E" w:rsidRDefault="00927337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6</w:t>
            </w:r>
            <w:r w:rsidRPr="00107E3E">
              <w:rPr>
                <w:szCs w:val="20"/>
              </w:rPr>
              <w:t>.</w:t>
            </w:r>
          </w:p>
        </w:tc>
        <w:tc>
          <w:tcPr>
            <w:tcW w:w="4163" w:type="dxa"/>
            <w:vAlign w:val="center"/>
          </w:tcPr>
          <w:p w14:paraId="04DE8563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Координация между централната сграда и филиалните групи.</w:t>
            </w:r>
          </w:p>
        </w:tc>
        <w:tc>
          <w:tcPr>
            <w:tcW w:w="1347" w:type="dxa"/>
            <w:vAlign w:val="center"/>
          </w:tcPr>
          <w:p w14:paraId="67AFDE8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1978" w:type="dxa"/>
            <w:vAlign w:val="center"/>
          </w:tcPr>
          <w:p w14:paraId="60FA0B9C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Директор; отговорни длъжностни лица</w:t>
            </w:r>
          </w:p>
        </w:tc>
        <w:tc>
          <w:tcPr>
            <w:tcW w:w="1926" w:type="dxa"/>
            <w:vAlign w:val="center"/>
          </w:tcPr>
          <w:p w14:paraId="739C3C95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Работни срещи</w:t>
            </w:r>
          </w:p>
        </w:tc>
      </w:tr>
    </w:tbl>
    <w:p w14:paraId="6ECC8958" w14:textId="77777777" w:rsidR="00927337" w:rsidRDefault="00927337" w:rsidP="00107E3E">
      <w:pPr>
        <w:spacing w:after="0"/>
        <w:jc w:val="center"/>
        <w:rPr>
          <w:b/>
          <w:szCs w:val="20"/>
          <w:lang w:val="bg-BG"/>
        </w:rPr>
      </w:pPr>
    </w:p>
    <w:p w14:paraId="79DF4388" w14:textId="77777777" w:rsidR="00927337" w:rsidRDefault="00927337" w:rsidP="00107E3E">
      <w:pPr>
        <w:spacing w:after="0"/>
        <w:jc w:val="center"/>
        <w:rPr>
          <w:b/>
          <w:szCs w:val="20"/>
          <w:lang w:val="bg-BG"/>
        </w:rPr>
      </w:pPr>
    </w:p>
    <w:p w14:paraId="12F76153" w14:textId="69764919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V. ПЕДАГОГИЧЕСКА ДЕЙНОСТ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75"/>
        <w:gridCol w:w="5216"/>
        <w:gridCol w:w="1531"/>
        <w:gridCol w:w="2494"/>
      </w:tblGrid>
      <w:tr w:rsidR="002A75BC" w:rsidRPr="00107E3E" w14:paraId="15E946E9" w14:textId="77777777">
        <w:trPr>
          <w:jc w:val="center"/>
        </w:trPr>
        <w:tc>
          <w:tcPr>
            <w:tcW w:w="397" w:type="dxa"/>
            <w:shd w:val="clear" w:color="auto" w:fill="D9EAD3"/>
            <w:vAlign w:val="center"/>
          </w:tcPr>
          <w:p w14:paraId="375D6B58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5216" w:type="dxa"/>
            <w:shd w:val="clear" w:color="auto" w:fill="D9EAD3"/>
            <w:vAlign w:val="center"/>
          </w:tcPr>
          <w:p w14:paraId="15EBDFAB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Дейност</w:t>
            </w:r>
          </w:p>
        </w:tc>
        <w:tc>
          <w:tcPr>
            <w:tcW w:w="1531" w:type="dxa"/>
            <w:shd w:val="clear" w:color="auto" w:fill="D9EAD3"/>
            <w:vAlign w:val="center"/>
          </w:tcPr>
          <w:p w14:paraId="14F06EA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Срок</w:t>
            </w:r>
          </w:p>
        </w:tc>
        <w:tc>
          <w:tcPr>
            <w:tcW w:w="2494" w:type="dxa"/>
            <w:shd w:val="clear" w:color="auto" w:fill="D9EAD3"/>
            <w:vAlign w:val="center"/>
          </w:tcPr>
          <w:p w14:paraId="66D1B3B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Отговорници</w:t>
            </w:r>
          </w:p>
        </w:tc>
      </w:tr>
      <w:tr w:rsidR="002A75BC" w:rsidRPr="00107E3E" w14:paraId="28885346" w14:textId="77777777">
        <w:trPr>
          <w:jc w:val="center"/>
        </w:trPr>
        <w:tc>
          <w:tcPr>
            <w:tcW w:w="397" w:type="dxa"/>
            <w:vAlign w:val="center"/>
          </w:tcPr>
          <w:p w14:paraId="315205A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1.</w:t>
            </w:r>
          </w:p>
        </w:tc>
        <w:tc>
          <w:tcPr>
            <w:tcW w:w="5216" w:type="dxa"/>
            <w:vAlign w:val="center"/>
          </w:tcPr>
          <w:p w14:paraId="32B09E0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Откриване на учебната година и адаптационни дейности.</w:t>
            </w:r>
          </w:p>
        </w:tc>
        <w:tc>
          <w:tcPr>
            <w:tcW w:w="1531" w:type="dxa"/>
            <w:vAlign w:val="center"/>
          </w:tcPr>
          <w:p w14:paraId="3CAC619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15.09.2026</w:t>
            </w:r>
          </w:p>
        </w:tc>
        <w:tc>
          <w:tcPr>
            <w:tcW w:w="2494" w:type="dxa"/>
            <w:vAlign w:val="center"/>
          </w:tcPr>
          <w:p w14:paraId="3C29BEC5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Екипите по групи</w:t>
            </w:r>
          </w:p>
        </w:tc>
      </w:tr>
      <w:tr w:rsidR="002A75BC" w:rsidRPr="00107E3E" w14:paraId="721EF6ED" w14:textId="77777777">
        <w:trPr>
          <w:jc w:val="center"/>
        </w:trPr>
        <w:tc>
          <w:tcPr>
            <w:tcW w:w="397" w:type="dxa"/>
            <w:vAlign w:val="center"/>
          </w:tcPr>
          <w:p w14:paraId="10EF77C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2.</w:t>
            </w:r>
          </w:p>
        </w:tc>
        <w:tc>
          <w:tcPr>
            <w:tcW w:w="5216" w:type="dxa"/>
            <w:vAlign w:val="center"/>
          </w:tcPr>
          <w:p w14:paraId="4DD1D9F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Входящо проследяване на постиженията и наблюдение на адаптацията.</w:t>
            </w:r>
          </w:p>
        </w:tc>
        <w:tc>
          <w:tcPr>
            <w:tcW w:w="1531" w:type="dxa"/>
            <w:vAlign w:val="center"/>
          </w:tcPr>
          <w:p w14:paraId="06A4A59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септември–октомври</w:t>
            </w:r>
          </w:p>
        </w:tc>
        <w:tc>
          <w:tcPr>
            <w:tcW w:w="2494" w:type="dxa"/>
            <w:vAlign w:val="center"/>
          </w:tcPr>
          <w:p w14:paraId="7570594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 по групи</w:t>
            </w:r>
          </w:p>
        </w:tc>
      </w:tr>
      <w:tr w:rsidR="002A75BC" w:rsidRPr="00107E3E" w14:paraId="7758C735" w14:textId="77777777">
        <w:trPr>
          <w:jc w:val="center"/>
        </w:trPr>
        <w:tc>
          <w:tcPr>
            <w:tcW w:w="397" w:type="dxa"/>
            <w:vAlign w:val="center"/>
          </w:tcPr>
          <w:p w14:paraId="28F3CA06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3.</w:t>
            </w:r>
          </w:p>
        </w:tc>
        <w:tc>
          <w:tcPr>
            <w:tcW w:w="5216" w:type="dxa"/>
            <w:vAlign w:val="center"/>
          </w:tcPr>
          <w:p w14:paraId="2B9A1F9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Планиране на индивидуална и групова работа според установените потребности.</w:t>
            </w:r>
          </w:p>
        </w:tc>
        <w:tc>
          <w:tcPr>
            <w:tcW w:w="1531" w:type="dxa"/>
            <w:vAlign w:val="center"/>
          </w:tcPr>
          <w:p w14:paraId="52BBEFA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2494" w:type="dxa"/>
            <w:vAlign w:val="center"/>
          </w:tcPr>
          <w:p w14:paraId="0EE4B74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Учители; специалисти</w:t>
            </w:r>
          </w:p>
        </w:tc>
      </w:tr>
      <w:tr w:rsidR="002A75BC" w:rsidRPr="00107E3E" w14:paraId="4D1AF851" w14:textId="77777777">
        <w:trPr>
          <w:jc w:val="center"/>
        </w:trPr>
        <w:tc>
          <w:tcPr>
            <w:tcW w:w="397" w:type="dxa"/>
            <w:vAlign w:val="center"/>
          </w:tcPr>
          <w:p w14:paraId="23DF2BF9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4.</w:t>
            </w:r>
          </w:p>
        </w:tc>
        <w:tc>
          <w:tcPr>
            <w:tcW w:w="5216" w:type="dxa"/>
            <w:vAlign w:val="center"/>
          </w:tcPr>
          <w:p w14:paraId="43A6C2B4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Прилагане на игрови, интерактивни, изследователски и проектни подходи.</w:t>
            </w:r>
          </w:p>
        </w:tc>
        <w:tc>
          <w:tcPr>
            <w:tcW w:w="1531" w:type="dxa"/>
            <w:vAlign w:val="center"/>
          </w:tcPr>
          <w:p w14:paraId="6F8845A9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2494" w:type="dxa"/>
            <w:vAlign w:val="center"/>
          </w:tcPr>
          <w:p w14:paraId="59E54F2B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 по групи</w:t>
            </w:r>
          </w:p>
        </w:tc>
      </w:tr>
      <w:tr w:rsidR="002A75BC" w:rsidRPr="00107E3E" w14:paraId="4BAAC1EB" w14:textId="77777777">
        <w:trPr>
          <w:jc w:val="center"/>
        </w:trPr>
        <w:tc>
          <w:tcPr>
            <w:tcW w:w="397" w:type="dxa"/>
            <w:vAlign w:val="center"/>
          </w:tcPr>
          <w:p w14:paraId="1EB51125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5.</w:t>
            </w:r>
          </w:p>
        </w:tc>
        <w:tc>
          <w:tcPr>
            <w:tcW w:w="5216" w:type="dxa"/>
            <w:vAlign w:val="center"/>
          </w:tcPr>
          <w:p w14:paraId="235F8A7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 xml:space="preserve">Дейности за развитие на речта, математическите представи, творчеството, </w:t>
            </w:r>
            <w:r w:rsidRPr="00107E3E">
              <w:rPr>
                <w:szCs w:val="20"/>
              </w:rPr>
              <w:lastRenderedPageBreak/>
              <w:t>двигателната култура и социалните умения.</w:t>
            </w:r>
          </w:p>
        </w:tc>
        <w:tc>
          <w:tcPr>
            <w:tcW w:w="1531" w:type="dxa"/>
            <w:vAlign w:val="center"/>
          </w:tcPr>
          <w:p w14:paraId="2350B348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lastRenderedPageBreak/>
              <w:t>постоянен</w:t>
            </w:r>
          </w:p>
        </w:tc>
        <w:tc>
          <w:tcPr>
            <w:tcW w:w="2494" w:type="dxa"/>
            <w:vAlign w:val="center"/>
          </w:tcPr>
          <w:p w14:paraId="69FA8AC6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 по групи</w:t>
            </w:r>
          </w:p>
        </w:tc>
      </w:tr>
      <w:tr w:rsidR="002A75BC" w:rsidRPr="00107E3E" w14:paraId="5A69FC83" w14:textId="77777777">
        <w:trPr>
          <w:jc w:val="center"/>
        </w:trPr>
        <w:tc>
          <w:tcPr>
            <w:tcW w:w="397" w:type="dxa"/>
            <w:vAlign w:val="center"/>
          </w:tcPr>
          <w:p w14:paraId="70DE351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6.</w:t>
            </w:r>
          </w:p>
        </w:tc>
        <w:tc>
          <w:tcPr>
            <w:tcW w:w="5216" w:type="dxa"/>
            <w:vAlign w:val="center"/>
          </w:tcPr>
          <w:p w14:paraId="17A81365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Практически дейности по БДП, пожарна безопасност, действия при бедствия и безопасно поведение.</w:t>
            </w:r>
          </w:p>
        </w:tc>
        <w:tc>
          <w:tcPr>
            <w:tcW w:w="1531" w:type="dxa"/>
            <w:vAlign w:val="center"/>
          </w:tcPr>
          <w:p w14:paraId="25FCC15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 план</w:t>
            </w:r>
          </w:p>
        </w:tc>
        <w:tc>
          <w:tcPr>
            <w:tcW w:w="2494" w:type="dxa"/>
            <w:vAlign w:val="center"/>
          </w:tcPr>
          <w:p w14:paraId="6C92E50C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Учители; комисии</w:t>
            </w:r>
          </w:p>
        </w:tc>
      </w:tr>
      <w:tr w:rsidR="002A75BC" w:rsidRPr="00107E3E" w14:paraId="609AA1FF" w14:textId="77777777">
        <w:trPr>
          <w:jc w:val="center"/>
        </w:trPr>
        <w:tc>
          <w:tcPr>
            <w:tcW w:w="397" w:type="dxa"/>
            <w:vAlign w:val="center"/>
          </w:tcPr>
          <w:p w14:paraId="2F0910D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7.</w:t>
            </w:r>
          </w:p>
        </w:tc>
        <w:tc>
          <w:tcPr>
            <w:tcW w:w="5216" w:type="dxa"/>
            <w:vAlign w:val="center"/>
          </w:tcPr>
          <w:p w14:paraId="09D9085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Междинно проследяване и обсъждане на напредъка.</w:t>
            </w:r>
          </w:p>
        </w:tc>
        <w:tc>
          <w:tcPr>
            <w:tcW w:w="1531" w:type="dxa"/>
            <w:vAlign w:val="center"/>
          </w:tcPr>
          <w:p w14:paraId="6621B676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януари–февруари 2027</w:t>
            </w:r>
          </w:p>
        </w:tc>
        <w:tc>
          <w:tcPr>
            <w:tcW w:w="2494" w:type="dxa"/>
            <w:vAlign w:val="center"/>
          </w:tcPr>
          <w:p w14:paraId="3661CA4C" w14:textId="0DA168AA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Учители</w:t>
            </w:r>
            <w:proofErr w:type="spellEnd"/>
            <w:r w:rsidRPr="00107E3E">
              <w:rPr>
                <w:szCs w:val="20"/>
              </w:rPr>
              <w:t xml:space="preserve">; </w:t>
            </w:r>
            <w:r w:rsidR="00927337">
              <w:rPr>
                <w:szCs w:val="20"/>
                <w:lang w:val="bg-BG"/>
              </w:rPr>
              <w:t>П</w:t>
            </w:r>
            <w:proofErr w:type="spellStart"/>
            <w:r w:rsidRPr="00107E3E">
              <w:rPr>
                <w:szCs w:val="20"/>
              </w:rPr>
              <w:t>едагогически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съвет</w:t>
            </w:r>
            <w:proofErr w:type="spellEnd"/>
          </w:p>
        </w:tc>
      </w:tr>
      <w:tr w:rsidR="002A75BC" w:rsidRPr="00107E3E" w14:paraId="0A58E94B" w14:textId="77777777">
        <w:trPr>
          <w:jc w:val="center"/>
        </w:trPr>
        <w:tc>
          <w:tcPr>
            <w:tcW w:w="397" w:type="dxa"/>
            <w:vAlign w:val="center"/>
          </w:tcPr>
          <w:p w14:paraId="27458C0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8.</w:t>
            </w:r>
          </w:p>
        </w:tc>
        <w:tc>
          <w:tcPr>
            <w:tcW w:w="5216" w:type="dxa"/>
            <w:vAlign w:val="center"/>
          </w:tcPr>
          <w:p w14:paraId="321AB573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Изходящо проследяване на постиженията и анализ на резултатите.</w:t>
            </w:r>
          </w:p>
        </w:tc>
        <w:tc>
          <w:tcPr>
            <w:tcW w:w="1531" w:type="dxa"/>
            <w:vAlign w:val="center"/>
          </w:tcPr>
          <w:p w14:paraId="45AFD7BE" w14:textId="2C0F7E8A" w:rsidR="002A75BC" w:rsidRPr="00107E3E" w:rsidRDefault="00927337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м</w:t>
            </w:r>
            <w:proofErr w:type="spellStart"/>
            <w:r w:rsidRPr="00107E3E">
              <w:rPr>
                <w:szCs w:val="20"/>
              </w:rPr>
              <w:t>ай</w:t>
            </w:r>
            <w:proofErr w:type="spellEnd"/>
            <w:r>
              <w:rPr>
                <w:szCs w:val="20"/>
                <w:lang w:val="bg-BG"/>
              </w:rPr>
              <w:t xml:space="preserve"> </w:t>
            </w:r>
            <w:r w:rsidRPr="00107E3E">
              <w:rPr>
                <w:szCs w:val="20"/>
              </w:rPr>
              <w:t>2027</w:t>
            </w:r>
          </w:p>
        </w:tc>
        <w:tc>
          <w:tcPr>
            <w:tcW w:w="2494" w:type="dxa"/>
            <w:vAlign w:val="center"/>
          </w:tcPr>
          <w:p w14:paraId="05F45B22" w14:textId="5CE8ACEB" w:rsidR="002A75BC" w:rsidRPr="00927337" w:rsidRDefault="00000000" w:rsidP="00107E3E">
            <w:pPr>
              <w:rPr>
                <w:szCs w:val="20"/>
                <w:lang w:val="bg-BG"/>
              </w:rPr>
            </w:pPr>
            <w:proofErr w:type="spellStart"/>
            <w:r w:rsidRPr="00107E3E">
              <w:rPr>
                <w:szCs w:val="20"/>
              </w:rPr>
              <w:t>Учители</w:t>
            </w:r>
            <w:proofErr w:type="spellEnd"/>
            <w:r w:rsidR="00927337">
              <w:rPr>
                <w:szCs w:val="20"/>
                <w:lang w:val="bg-BG"/>
              </w:rPr>
              <w:t>, Педагогически съвет</w:t>
            </w:r>
          </w:p>
        </w:tc>
      </w:tr>
      <w:tr w:rsidR="002A75BC" w:rsidRPr="00107E3E" w14:paraId="5782AC36" w14:textId="77777777">
        <w:trPr>
          <w:jc w:val="center"/>
        </w:trPr>
        <w:tc>
          <w:tcPr>
            <w:tcW w:w="397" w:type="dxa"/>
            <w:vAlign w:val="center"/>
          </w:tcPr>
          <w:p w14:paraId="0FFA8FBB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9.</w:t>
            </w:r>
          </w:p>
        </w:tc>
        <w:tc>
          <w:tcPr>
            <w:tcW w:w="5216" w:type="dxa"/>
            <w:vAlign w:val="center"/>
          </w:tcPr>
          <w:p w14:paraId="1A68B63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Подготовка за училище на децата от задължителна предучилищна възраст.</w:t>
            </w:r>
          </w:p>
        </w:tc>
        <w:tc>
          <w:tcPr>
            <w:tcW w:w="1531" w:type="dxa"/>
            <w:vAlign w:val="center"/>
          </w:tcPr>
          <w:p w14:paraId="3E2398E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2494" w:type="dxa"/>
            <w:vAlign w:val="center"/>
          </w:tcPr>
          <w:p w14:paraId="76AC9FF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 на IV група</w:t>
            </w:r>
          </w:p>
        </w:tc>
      </w:tr>
    </w:tbl>
    <w:p w14:paraId="6C41EC48" w14:textId="77777777" w:rsidR="00927337" w:rsidRDefault="00927337" w:rsidP="00107E3E">
      <w:pPr>
        <w:spacing w:after="0"/>
        <w:jc w:val="center"/>
        <w:rPr>
          <w:b/>
          <w:szCs w:val="20"/>
          <w:lang w:val="bg-BG"/>
        </w:rPr>
      </w:pPr>
    </w:p>
    <w:p w14:paraId="4B1584D5" w14:textId="32B14AC9" w:rsidR="002A75BC" w:rsidRPr="002B1107" w:rsidRDefault="00000000" w:rsidP="00107E3E">
      <w:pPr>
        <w:spacing w:after="0"/>
        <w:jc w:val="center"/>
        <w:rPr>
          <w:b/>
          <w:szCs w:val="20"/>
          <w:lang w:val="bg-BG"/>
        </w:rPr>
      </w:pPr>
      <w:r w:rsidRPr="00107E3E">
        <w:rPr>
          <w:b/>
          <w:szCs w:val="20"/>
        </w:rPr>
        <w:t>VI. ПЕДАГОГИЧЕСКИ СЪВЕТ</w:t>
      </w:r>
    </w:p>
    <w:p w14:paraId="344EFABE" w14:textId="77777777" w:rsidR="00C50F9B" w:rsidRPr="00C50F9B" w:rsidRDefault="00C50F9B" w:rsidP="00C50F9B">
      <w:pPr>
        <w:spacing w:after="0"/>
        <w:ind w:left="426"/>
        <w:rPr>
          <w:b/>
          <w:bCs/>
          <w:szCs w:val="20"/>
          <w:lang w:val="bg-BG"/>
        </w:rPr>
      </w:pPr>
      <w:r w:rsidRPr="00C50F9B">
        <w:rPr>
          <w:b/>
          <w:bCs/>
          <w:szCs w:val="20"/>
          <w:lang w:val="bg-BG"/>
        </w:rPr>
        <w:t>Цели</w:t>
      </w:r>
    </w:p>
    <w:p w14:paraId="54F623F6" w14:textId="77777777" w:rsidR="00C50F9B" w:rsidRPr="00C50F9B" w:rsidRDefault="00C50F9B" w:rsidP="00C50F9B">
      <w:pPr>
        <w:spacing w:after="0"/>
        <w:ind w:left="426"/>
        <w:rPr>
          <w:szCs w:val="20"/>
          <w:lang w:val="bg-BG"/>
        </w:rPr>
      </w:pPr>
      <w:r w:rsidRPr="00C50F9B">
        <w:rPr>
          <w:szCs w:val="20"/>
          <w:lang w:val="bg-BG"/>
        </w:rPr>
        <w:t>• Осигуряване на качествено предучилищно образование.</w:t>
      </w:r>
    </w:p>
    <w:p w14:paraId="01CE8583" w14:textId="77777777" w:rsidR="00C50F9B" w:rsidRPr="00C50F9B" w:rsidRDefault="00C50F9B" w:rsidP="00C50F9B">
      <w:pPr>
        <w:spacing w:after="0"/>
        <w:ind w:left="426"/>
        <w:rPr>
          <w:szCs w:val="20"/>
          <w:lang w:val="bg-BG"/>
        </w:rPr>
      </w:pPr>
      <w:r w:rsidRPr="00C50F9B">
        <w:rPr>
          <w:szCs w:val="20"/>
          <w:lang w:val="bg-BG"/>
        </w:rPr>
        <w:t>• Повишаване качеството на педагогическата дейност.</w:t>
      </w:r>
    </w:p>
    <w:p w14:paraId="6AE4B0B4" w14:textId="77777777" w:rsidR="00C50F9B" w:rsidRPr="00C50F9B" w:rsidRDefault="00C50F9B" w:rsidP="00C50F9B">
      <w:pPr>
        <w:spacing w:after="0"/>
        <w:ind w:left="426"/>
        <w:rPr>
          <w:szCs w:val="20"/>
          <w:lang w:val="bg-BG"/>
        </w:rPr>
      </w:pPr>
      <w:r w:rsidRPr="00C50F9B">
        <w:rPr>
          <w:szCs w:val="20"/>
          <w:lang w:val="bg-BG"/>
        </w:rPr>
        <w:t>• Приемане на основните документи за организацията на дейността.</w:t>
      </w:r>
    </w:p>
    <w:p w14:paraId="625BD97C" w14:textId="77777777" w:rsidR="00C50F9B" w:rsidRPr="00C50F9B" w:rsidRDefault="00C50F9B" w:rsidP="00C50F9B">
      <w:pPr>
        <w:spacing w:after="0"/>
        <w:ind w:left="426"/>
        <w:rPr>
          <w:szCs w:val="20"/>
          <w:lang w:val="bg-BG"/>
        </w:rPr>
      </w:pPr>
      <w:r w:rsidRPr="00C50F9B">
        <w:rPr>
          <w:szCs w:val="20"/>
          <w:lang w:val="bg-BG"/>
        </w:rPr>
        <w:t>• Анализ и оценка на образователния процес.</w:t>
      </w:r>
    </w:p>
    <w:p w14:paraId="56ACA69E" w14:textId="78B350C5" w:rsidR="00C50F9B" w:rsidRPr="00C50F9B" w:rsidRDefault="00C50F9B" w:rsidP="00C50F9B">
      <w:pPr>
        <w:spacing w:after="0"/>
        <w:ind w:left="426"/>
        <w:rPr>
          <w:szCs w:val="20"/>
          <w:lang w:val="bg-BG"/>
        </w:rPr>
      </w:pPr>
      <w:r w:rsidRPr="00C50F9B">
        <w:rPr>
          <w:szCs w:val="20"/>
          <w:lang w:val="bg-BG"/>
        </w:rPr>
        <w:t>• Проследяване изпълнението на Годишния комплексен план.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75"/>
        <w:gridCol w:w="7087"/>
        <w:gridCol w:w="1984"/>
      </w:tblGrid>
      <w:tr w:rsidR="002A75BC" w:rsidRPr="00107E3E" w14:paraId="01033959" w14:textId="77777777" w:rsidTr="00C50F9B">
        <w:trPr>
          <w:jc w:val="center"/>
        </w:trPr>
        <w:tc>
          <w:tcPr>
            <w:tcW w:w="475" w:type="dxa"/>
            <w:shd w:val="clear" w:color="auto" w:fill="D9EAD3"/>
            <w:vAlign w:val="center"/>
          </w:tcPr>
          <w:p w14:paraId="1395CAD4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7087" w:type="dxa"/>
            <w:shd w:val="clear" w:color="auto" w:fill="D9EAD3"/>
            <w:vAlign w:val="center"/>
          </w:tcPr>
          <w:p w14:paraId="7492EC9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Основна тематика</w:t>
            </w:r>
          </w:p>
        </w:tc>
        <w:tc>
          <w:tcPr>
            <w:tcW w:w="1984" w:type="dxa"/>
            <w:shd w:val="clear" w:color="auto" w:fill="D9EAD3"/>
            <w:vAlign w:val="center"/>
          </w:tcPr>
          <w:p w14:paraId="438C8626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Срок</w:t>
            </w:r>
          </w:p>
        </w:tc>
      </w:tr>
      <w:tr w:rsidR="002A75BC" w:rsidRPr="00107E3E" w14:paraId="2681EFE3" w14:textId="77777777" w:rsidTr="00C50F9B">
        <w:trPr>
          <w:jc w:val="center"/>
        </w:trPr>
        <w:tc>
          <w:tcPr>
            <w:tcW w:w="475" w:type="dxa"/>
            <w:vAlign w:val="center"/>
          </w:tcPr>
          <w:p w14:paraId="73BBC12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1.</w:t>
            </w:r>
          </w:p>
        </w:tc>
        <w:tc>
          <w:tcPr>
            <w:tcW w:w="7087" w:type="dxa"/>
            <w:vAlign w:val="center"/>
          </w:tcPr>
          <w:p w14:paraId="29E96739" w14:textId="77777777" w:rsidR="000B75EB" w:rsidRDefault="00EE1EDF" w:rsidP="00107E3E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И</w:t>
            </w:r>
            <w:proofErr w:type="spellStart"/>
            <w:r w:rsidRPr="00EE1EDF">
              <w:rPr>
                <w:szCs w:val="20"/>
              </w:rPr>
              <w:t>збор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на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секретар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на</w:t>
            </w:r>
            <w:proofErr w:type="spellEnd"/>
            <w:r w:rsidRPr="00EE1EDF">
              <w:rPr>
                <w:szCs w:val="20"/>
              </w:rPr>
              <w:t xml:space="preserve"> ПС</w:t>
            </w:r>
            <w:r>
              <w:rPr>
                <w:szCs w:val="20"/>
                <w:lang w:val="bg-BG"/>
              </w:rPr>
              <w:t xml:space="preserve">. </w:t>
            </w:r>
            <w:proofErr w:type="spellStart"/>
            <w:r w:rsidRPr="00107E3E">
              <w:rPr>
                <w:szCs w:val="20"/>
              </w:rPr>
              <w:t>Организация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на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учебната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година</w:t>
            </w:r>
            <w:proofErr w:type="spellEnd"/>
            <w:r w:rsidRPr="00107E3E">
              <w:rPr>
                <w:szCs w:val="20"/>
              </w:rPr>
              <w:t xml:space="preserve">; </w:t>
            </w:r>
            <w:proofErr w:type="spellStart"/>
            <w:r w:rsidRPr="00107E3E">
              <w:rPr>
                <w:szCs w:val="20"/>
              </w:rPr>
              <w:t>приемане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на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годишни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планове</w:t>
            </w:r>
            <w:proofErr w:type="spellEnd"/>
            <w:r w:rsidRPr="00107E3E">
              <w:rPr>
                <w:szCs w:val="20"/>
              </w:rPr>
              <w:t xml:space="preserve">, </w:t>
            </w:r>
            <w:proofErr w:type="spellStart"/>
            <w:r w:rsidRPr="00107E3E">
              <w:rPr>
                <w:szCs w:val="20"/>
              </w:rPr>
              <w:t>правила</w:t>
            </w:r>
            <w:proofErr w:type="spellEnd"/>
            <w:r w:rsidRPr="00107E3E">
              <w:rPr>
                <w:szCs w:val="20"/>
              </w:rPr>
              <w:t xml:space="preserve">, </w:t>
            </w:r>
            <w:proofErr w:type="spellStart"/>
            <w:r w:rsidRPr="00107E3E">
              <w:rPr>
                <w:szCs w:val="20"/>
              </w:rPr>
              <w:t>комисии</w:t>
            </w:r>
            <w:proofErr w:type="spellEnd"/>
            <w:r w:rsidRPr="00107E3E">
              <w:rPr>
                <w:szCs w:val="20"/>
              </w:rPr>
              <w:t xml:space="preserve"> и </w:t>
            </w:r>
            <w:proofErr w:type="spellStart"/>
            <w:r w:rsidRPr="00107E3E">
              <w:rPr>
                <w:szCs w:val="20"/>
              </w:rPr>
              <w:t>основни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организационни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решения</w:t>
            </w:r>
            <w:proofErr w:type="spellEnd"/>
            <w:r w:rsidRPr="00107E3E">
              <w:rPr>
                <w:szCs w:val="20"/>
              </w:rPr>
              <w:t>.</w:t>
            </w:r>
            <w:r>
              <w:rPr>
                <w:szCs w:val="20"/>
                <w:lang w:val="bg-BG"/>
              </w:rPr>
              <w:t xml:space="preserve"> </w:t>
            </w:r>
          </w:p>
          <w:p w14:paraId="04ECF8DE" w14:textId="34EAAC86" w:rsidR="002A75BC" w:rsidRPr="00107E3E" w:rsidRDefault="00EE1EDF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Приемане на карти за оценяване на резултатите от труда на служителите в детската градина</w:t>
            </w:r>
          </w:p>
        </w:tc>
        <w:tc>
          <w:tcPr>
            <w:tcW w:w="1984" w:type="dxa"/>
            <w:vAlign w:val="center"/>
          </w:tcPr>
          <w:p w14:paraId="12140EA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септември 2026</w:t>
            </w:r>
          </w:p>
        </w:tc>
      </w:tr>
      <w:tr w:rsidR="00EE1EDF" w:rsidRPr="00107E3E" w14:paraId="72F58D08" w14:textId="77777777" w:rsidTr="00C50F9B">
        <w:trPr>
          <w:jc w:val="center"/>
        </w:trPr>
        <w:tc>
          <w:tcPr>
            <w:tcW w:w="475" w:type="dxa"/>
            <w:vAlign w:val="center"/>
          </w:tcPr>
          <w:p w14:paraId="7F3D9366" w14:textId="022F81B6" w:rsidR="00EE1EDF" w:rsidRPr="00EE1EDF" w:rsidRDefault="00EE1EDF" w:rsidP="00EE1EDF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2.</w:t>
            </w:r>
          </w:p>
        </w:tc>
        <w:tc>
          <w:tcPr>
            <w:tcW w:w="7087" w:type="dxa"/>
            <w:vAlign w:val="center"/>
          </w:tcPr>
          <w:p w14:paraId="293DA3EB" w14:textId="221AEADB" w:rsidR="000B75EB" w:rsidRPr="000B75EB" w:rsidRDefault="00EE1EDF" w:rsidP="00EE1EDF">
            <w:pPr>
              <w:rPr>
                <w:szCs w:val="20"/>
                <w:lang w:val="bg-BG"/>
              </w:rPr>
            </w:pPr>
            <w:proofErr w:type="spellStart"/>
            <w:r w:rsidRPr="00EE1EDF">
              <w:rPr>
                <w:szCs w:val="20"/>
              </w:rPr>
              <w:t>Анализ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на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резултатите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от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образователния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процес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през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първото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полугодие</w:t>
            </w:r>
            <w:proofErr w:type="spellEnd"/>
            <w:r w:rsidRPr="00EE1EDF">
              <w:rPr>
                <w:szCs w:val="20"/>
              </w:rPr>
              <w:t xml:space="preserve">; </w:t>
            </w:r>
            <w:proofErr w:type="spellStart"/>
            <w:r w:rsidRPr="00EE1EDF">
              <w:rPr>
                <w:szCs w:val="20"/>
              </w:rPr>
              <w:t>отчет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на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контролната</w:t>
            </w:r>
            <w:proofErr w:type="spellEnd"/>
            <w:r w:rsidRPr="00EE1EDF">
              <w:rPr>
                <w:szCs w:val="20"/>
              </w:rPr>
              <w:t xml:space="preserve"> и </w:t>
            </w:r>
            <w:proofErr w:type="spellStart"/>
            <w:r w:rsidRPr="00EE1EDF">
              <w:rPr>
                <w:szCs w:val="20"/>
              </w:rPr>
              <w:t>квалификационната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дейност</w:t>
            </w:r>
            <w:proofErr w:type="spellEnd"/>
            <w:r w:rsidRPr="00EE1EDF">
              <w:rPr>
                <w:szCs w:val="20"/>
              </w:rPr>
              <w:t xml:space="preserve">; </w:t>
            </w:r>
            <w:r w:rsidR="000B75EB">
              <w:rPr>
                <w:szCs w:val="20"/>
                <w:lang w:val="bg-BG"/>
              </w:rPr>
              <w:t>А</w:t>
            </w:r>
            <w:proofErr w:type="spellStart"/>
            <w:r w:rsidRPr="00EE1EDF">
              <w:rPr>
                <w:szCs w:val="20"/>
              </w:rPr>
              <w:t>нализ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на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приобщаващото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образование</w:t>
            </w:r>
            <w:proofErr w:type="spellEnd"/>
            <w:r w:rsidRPr="00EE1EDF">
              <w:rPr>
                <w:szCs w:val="20"/>
              </w:rPr>
              <w:t xml:space="preserve">, </w:t>
            </w:r>
            <w:proofErr w:type="spellStart"/>
            <w:r w:rsidRPr="00EE1EDF">
              <w:rPr>
                <w:szCs w:val="20"/>
              </w:rPr>
              <w:t>работата</w:t>
            </w:r>
            <w:proofErr w:type="spellEnd"/>
            <w:r w:rsidRPr="00EE1EDF">
              <w:rPr>
                <w:szCs w:val="20"/>
              </w:rPr>
              <w:t xml:space="preserve"> с </w:t>
            </w:r>
            <w:proofErr w:type="spellStart"/>
            <w:r w:rsidRPr="00EE1EDF">
              <w:rPr>
                <w:szCs w:val="20"/>
              </w:rPr>
              <w:t>родителите</w:t>
            </w:r>
            <w:proofErr w:type="spellEnd"/>
            <w:r w:rsidRPr="00EE1EDF">
              <w:rPr>
                <w:szCs w:val="20"/>
              </w:rPr>
              <w:t xml:space="preserve"> и </w:t>
            </w:r>
            <w:proofErr w:type="spellStart"/>
            <w:r w:rsidRPr="00EE1EDF">
              <w:rPr>
                <w:szCs w:val="20"/>
              </w:rPr>
              <w:t>посещаемостта</w:t>
            </w:r>
            <w:proofErr w:type="spellEnd"/>
            <w:r w:rsidR="000B75EB">
              <w:rPr>
                <w:szCs w:val="20"/>
                <w:lang w:val="bg-BG"/>
              </w:rPr>
              <w:t>.</w:t>
            </w:r>
          </w:p>
          <w:p w14:paraId="784C9B6C" w14:textId="7DB0A6A7" w:rsidR="00EE1EDF" w:rsidRPr="000B75EB" w:rsidRDefault="000B75EB" w:rsidP="00EE1EDF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П</w:t>
            </w:r>
            <w:proofErr w:type="spellStart"/>
            <w:r w:rsidR="00EE1EDF" w:rsidRPr="00EE1EDF">
              <w:rPr>
                <w:szCs w:val="20"/>
              </w:rPr>
              <w:t>редставяне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на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добри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педагогически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практики</w:t>
            </w:r>
            <w:proofErr w:type="spellEnd"/>
            <w:r w:rsidR="00EE1EDF" w:rsidRPr="00EE1EDF">
              <w:rPr>
                <w:szCs w:val="20"/>
              </w:rPr>
              <w:t>.</w:t>
            </w:r>
            <w:r w:rsidRPr="00107E3E">
              <w:rPr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DF389AD" w14:textId="3D4DB080" w:rsidR="00EE1EDF" w:rsidRPr="00107E3E" w:rsidRDefault="00EE1EDF" w:rsidP="00EE1EDF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януари</w:t>
            </w:r>
            <w:proofErr w:type="spellEnd"/>
            <w:r w:rsidRPr="00107E3E">
              <w:rPr>
                <w:szCs w:val="20"/>
              </w:rPr>
              <w:t xml:space="preserve"> 2027</w:t>
            </w:r>
          </w:p>
        </w:tc>
      </w:tr>
      <w:tr w:rsidR="00EE1EDF" w:rsidRPr="00107E3E" w14:paraId="204BE0A2" w14:textId="77777777" w:rsidTr="00C50F9B">
        <w:trPr>
          <w:jc w:val="center"/>
        </w:trPr>
        <w:tc>
          <w:tcPr>
            <w:tcW w:w="475" w:type="dxa"/>
            <w:vAlign w:val="center"/>
          </w:tcPr>
          <w:p w14:paraId="2BA819B6" w14:textId="7376F039" w:rsidR="00EE1EDF" w:rsidRPr="00107E3E" w:rsidRDefault="000B75EB" w:rsidP="00EE1EDF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3</w:t>
            </w:r>
            <w:r w:rsidR="00EE1EDF" w:rsidRPr="00107E3E">
              <w:rPr>
                <w:szCs w:val="20"/>
              </w:rPr>
              <w:t>.</w:t>
            </w:r>
          </w:p>
        </w:tc>
        <w:tc>
          <w:tcPr>
            <w:tcW w:w="7087" w:type="dxa"/>
            <w:vAlign w:val="center"/>
          </w:tcPr>
          <w:p w14:paraId="0DE9C5CE" w14:textId="5B11CCEF" w:rsidR="000B75EB" w:rsidRPr="000B75EB" w:rsidRDefault="00EE1EDF" w:rsidP="00EE1EDF">
            <w:pPr>
              <w:rPr>
                <w:szCs w:val="20"/>
                <w:lang w:val="bg-BG"/>
              </w:rPr>
            </w:pPr>
            <w:proofErr w:type="spellStart"/>
            <w:r w:rsidRPr="00EE1EDF">
              <w:rPr>
                <w:szCs w:val="20"/>
              </w:rPr>
              <w:t>Анализ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на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готовността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за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училище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на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децата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от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четвърта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възрастова</w:t>
            </w:r>
            <w:proofErr w:type="spellEnd"/>
            <w:r w:rsidRPr="00EE1EDF">
              <w:rPr>
                <w:szCs w:val="20"/>
              </w:rPr>
              <w:t xml:space="preserve"> </w:t>
            </w:r>
            <w:proofErr w:type="spellStart"/>
            <w:r w:rsidRPr="00EE1EDF">
              <w:rPr>
                <w:szCs w:val="20"/>
              </w:rPr>
              <w:t>група</w:t>
            </w:r>
            <w:proofErr w:type="spellEnd"/>
            <w:r w:rsidR="000B75EB">
              <w:rPr>
                <w:szCs w:val="20"/>
                <w:lang w:val="bg-BG"/>
              </w:rPr>
              <w:t>.</w:t>
            </w:r>
          </w:p>
          <w:p w14:paraId="0D54BD0E" w14:textId="25670301" w:rsidR="000B75EB" w:rsidRPr="000B75EB" w:rsidRDefault="000B75EB" w:rsidP="00EE1EDF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И</w:t>
            </w:r>
            <w:proofErr w:type="spellStart"/>
            <w:r w:rsidR="00EE1EDF" w:rsidRPr="00EE1EDF">
              <w:rPr>
                <w:szCs w:val="20"/>
              </w:rPr>
              <w:t>зпълнение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на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национални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програми</w:t>
            </w:r>
            <w:proofErr w:type="spellEnd"/>
            <w:r w:rsidR="00EE1EDF" w:rsidRPr="00EE1EDF">
              <w:rPr>
                <w:szCs w:val="20"/>
              </w:rPr>
              <w:t xml:space="preserve"> и </w:t>
            </w:r>
            <w:proofErr w:type="spellStart"/>
            <w:r w:rsidR="00EE1EDF" w:rsidRPr="00EE1EDF">
              <w:rPr>
                <w:szCs w:val="20"/>
              </w:rPr>
              <w:t>проекти</w:t>
            </w:r>
            <w:proofErr w:type="spellEnd"/>
            <w:r>
              <w:rPr>
                <w:szCs w:val="20"/>
                <w:lang w:val="bg-BG"/>
              </w:rPr>
              <w:t>.</w:t>
            </w:r>
          </w:p>
          <w:p w14:paraId="7F9AA489" w14:textId="77777777" w:rsidR="000B75EB" w:rsidRDefault="000B75EB" w:rsidP="00EE1EDF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А</w:t>
            </w:r>
            <w:proofErr w:type="spellStart"/>
            <w:r w:rsidR="00EE1EDF" w:rsidRPr="00EE1EDF">
              <w:rPr>
                <w:szCs w:val="20"/>
              </w:rPr>
              <w:t>нализ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на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дейностите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по</w:t>
            </w:r>
            <w:proofErr w:type="spellEnd"/>
            <w:r w:rsidR="00EE1EDF" w:rsidRPr="00EE1EDF">
              <w:rPr>
                <w:szCs w:val="20"/>
              </w:rPr>
              <w:t xml:space="preserve"> БДП; </w:t>
            </w:r>
          </w:p>
          <w:p w14:paraId="6AEF218C" w14:textId="0F4347F5" w:rsidR="00EE1EDF" w:rsidRPr="00EE1EDF" w:rsidRDefault="000B75EB" w:rsidP="00EE1EDF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П</w:t>
            </w:r>
            <w:proofErr w:type="spellStart"/>
            <w:r w:rsidR="00EE1EDF" w:rsidRPr="00EE1EDF">
              <w:rPr>
                <w:szCs w:val="20"/>
              </w:rPr>
              <w:t>одготовка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на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организацията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за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летния</w:t>
            </w:r>
            <w:proofErr w:type="spellEnd"/>
            <w:r w:rsidR="00EE1EDF" w:rsidRPr="00EE1EDF">
              <w:rPr>
                <w:szCs w:val="20"/>
              </w:rPr>
              <w:t xml:space="preserve"> </w:t>
            </w:r>
            <w:proofErr w:type="spellStart"/>
            <w:r w:rsidR="00EE1EDF" w:rsidRPr="00EE1EDF">
              <w:rPr>
                <w:szCs w:val="20"/>
              </w:rPr>
              <w:t>период</w:t>
            </w:r>
            <w:proofErr w:type="spellEnd"/>
            <w:r w:rsidR="00EE1EDF" w:rsidRPr="00EE1EDF">
              <w:rPr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72E6EE2B" w14:textId="1948D3A2" w:rsidR="00EE1EDF" w:rsidRPr="00107E3E" w:rsidRDefault="000B75EB" w:rsidP="00EE1EDF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а</w:t>
            </w:r>
            <w:proofErr w:type="spellStart"/>
            <w:r w:rsidR="00EE1EDF" w:rsidRPr="00107E3E">
              <w:rPr>
                <w:szCs w:val="20"/>
              </w:rPr>
              <w:t>прил</w:t>
            </w:r>
            <w:proofErr w:type="spellEnd"/>
            <w:r w:rsidR="00EE1EDF">
              <w:rPr>
                <w:szCs w:val="20"/>
                <w:lang w:val="bg-BG"/>
              </w:rPr>
              <w:t xml:space="preserve"> </w:t>
            </w:r>
            <w:r w:rsidR="00EE1EDF" w:rsidRPr="00107E3E">
              <w:rPr>
                <w:szCs w:val="20"/>
              </w:rPr>
              <w:t>2027</w:t>
            </w:r>
          </w:p>
        </w:tc>
      </w:tr>
      <w:tr w:rsidR="00EE1EDF" w:rsidRPr="00107E3E" w14:paraId="3B6E03D0" w14:textId="77777777" w:rsidTr="00C50F9B">
        <w:trPr>
          <w:jc w:val="center"/>
        </w:trPr>
        <w:tc>
          <w:tcPr>
            <w:tcW w:w="475" w:type="dxa"/>
            <w:vAlign w:val="center"/>
          </w:tcPr>
          <w:p w14:paraId="19F567D1" w14:textId="3873ACA5" w:rsidR="00EE1EDF" w:rsidRPr="00107E3E" w:rsidRDefault="000B75EB" w:rsidP="00EE1EDF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4</w:t>
            </w:r>
            <w:r w:rsidR="00EE1EDF" w:rsidRPr="00107E3E">
              <w:rPr>
                <w:szCs w:val="20"/>
              </w:rPr>
              <w:t>.</w:t>
            </w:r>
          </w:p>
        </w:tc>
        <w:tc>
          <w:tcPr>
            <w:tcW w:w="7087" w:type="dxa"/>
            <w:vAlign w:val="center"/>
          </w:tcPr>
          <w:p w14:paraId="64241E1A" w14:textId="77777777" w:rsidR="000B75EB" w:rsidRDefault="000B75EB" w:rsidP="00EE1EDF">
            <w:pPr>
              <w:rPr>
                <w:szCs w:val="20"/>
                <w:lang w:val="bg-BG"/>
              </w:rPr>
            </w:pPr>
            <w:proofErr w:type="spellStart"/>
            <w:r w:rsidRPr="000B75EB">
              <w:rPr>
                <w:szCs w:val="20"/>
              </w:rPr>
              <w:t>Годишен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анализ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на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дейността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на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детската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градина</w:t>
            </w:r>
            <w:proofErr w:type="spellEnd"/>
            <w:r w:rsidRPr="000B75EB">
              <w:rPr>
                <w:szCs w:val="20"/>
              </w:rPr>
              <w:t xml:space="preserve">; </w:t>
            </w:r>
            <w:proofErr w:type="spellStart"/>
            <w:r w:rsidRPr="000B75EB">
              <w:rPr>
                <w:szCs w:val="20"/>
              </w:rPr>
              <w:t>отчет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за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изпълнението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на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Годишния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комплексен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план</w:t>
            </w:r>
            <w:proofErr w:type="spellEnd"/>
            <w:r w:rsidRPr="000B75EB">
              <w:rPr>
                <w:szCs w:val="20"/>
              </w:rPr>
              <w:t xml:space="preserve"> и </w:t>
            </w:r>
            <w:proofErr w:type="spellStart"/>
            <w:r w:rsidRPr="000B75EB">
              <w:rPr>
                <w:szCs w:val="20"/>
              </w:rPr>
              <w:t>решенията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на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lastRenderedPageBreak/>
              <w:t>Педагогическия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съвет</w:t>
            </w:r>
            <w:proofErr w:type="spellEnd"/>
            <w:r>
              <w:rPr>
                <w:szCs w:val="20"/>
                <w:lang w:val="bg-BG"/>
              </w:rPr>
              <w:t>.</w:t>
            </w:r>
          </w:p>
          <w:p w14:paraId="24440DFC" w14:textId="77777777" w:rsidR="000B75EB" w:rsidRDefault="000B75EB" w:rsidP="00EE1EDF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О</w:t>
            </w:r>
            <w:proofErr w:type="spellStart"/>
            <w:r w:rsidRPr="000B75EB">
              <w:rPr>
                <w:szCs w:val="20"/>
              </w:rPr>
              <w:t>тчет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на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квалификационната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дейност</w:t>
            </w:r>
            <w:proofErr w:type="spellEnd"/>
            <w:r w:rsidRPr="000B75EB">
              <w:rPr>
                <w:szCs w:val="20"/>
              </w:rPr>
              <w:t xml:space="preserve">, </w:t>
            </w:r>
            <w:proofErr w:type="spellStart"/>
            <w:r w:rsidRPr="000B75EB">
              <w:rPr>
                <w:szCs w:val="20"/>
              </w:rPr>
              <w:t>работата</w:t>
            </w:r>
            <w:proofErr w:type="spellEnd"/>
            <w:r w:rsidRPr="000B75EB">
              <w:rPr>
                <w:szCs w:val="20"/>
              </w:rPr>
              <w:t xml:space="preserve"> с </w:t>
            </w:r>
            <w:proofErr w:type="spellStart"/>
            <w:r w:rsidRPr="000B75EB">
              <w:rPr>
                <w:szCs w:val="20"/>
              </w:rPr>
              <w:t>родителите</w:t>
            </w:r>
            <w:proofErr w:type="spellEnd"/>
            <w:r w:rsidRPr="000B75EB">
              <w:rPr>
                <w:szCs w:val="20"/>
              </w:rPr>
              <w:t xml:space="preserve"> и </w:t>
            </w:r>
            <w:proofErr w:type="spellStart"/>
            <w:r w:rsidRPr="000B75EB">
              <w:rPr>
                <w:szCs w:val="20"/>
              </w:rPr>
              <w:t>националните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програми</w:t>
            </w:r>
            <w:proofErr w:type="spellEnd"/>
            <w:r w:rsidRPr="000B75EB">
              <w:rPr>
                <w:szCs w:val="20"/>
              </w:rPr>
              <w:t xml:space="preserve"> и </w:t>
            </w:r>
            <w:proofErr w:type="spellStart"/>
            <w:r w:rsidRPr="000B75EB">
              <w:rPr>
                <w:szCs w:val="20"/>
              </w:rPr>
              <w:t>проекти</w:t>
            </w:r>
            <w:proofErr w:type="spellEnd"/>
            <w:r>
              <w:rPr>
                <w:szCs w:val="20"/>
                <w:lang w:val="bg-BG"/>
              </w:rPr>
              <w:t>.</w:t>
            </w:r>
          </w:p>
          <w:p w14:paraId="769C82E8" w14:textId="672AA449" w:rsidR="00EE1EDF" w:rsidRPr="00107E3E" w:rsidRDefault="000B75EB" w:rsidP="00EE1EDF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П</w:t>
            </w:r>
            <w:proofErr w:type="spellStart"/>
            <w:r w:rsidRPr="000B75EB">
              <w:rPr>
                <w:szCs w:val="20"/>
              </w:rPr>
              <w:t>риемане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на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организацията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за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летния</w:t>
            </w:r>
            <w:proofErr w:type="spellEnd"/>
            <w:r w:rsidRPr="000B75EB">
              <w:rPr>
                <w:szCs w:val="20"/>
              </w:rPr>
              <w:t xml:space="preserve"> </w:t>
            </w:r>
            <w:proofErr w:type="spellStart"/>
            <w:r w:rsidRPr="000B75EB">
              <w:rPr>
                <w:szCs w:val="20"/>
              </w:rPr>
              <w:t>период</w:t>
            </w:r>
            <w:proofErr w:type="spellEnd"/>
            <w:r w:rsidRPr="000B75EB">
              <w:rPr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6D56F125" w14:textId="77777777" w:rsidR="00EE1EDF" w:rsidRPr="00107E3E" w:rsidRDefault="00EE1EDF" w:rsidP="00EE1EDF">
            <w:pPr>
              <w:rPr>
                <w:szCs w:val="20"/>
              </w:rPr>
            </w:pPr>
            <w:r w:rsidRPr="00107E3E">
              <w:rPr>
                <w:szCs w:val="20"/>
              </w:rPr>
              <w:lastRenderedPageBreak/>
              <w:t>юни 2027</w:t>
            </w:r>
          </w:p>
        </w:tc>
      </w:tr>
    </w:tbl>
    <w:p w14:paraId="54DC037A" w14:textId="77777777" w:rsidR="000B75EB" w:rsidRDefault="000B75EB" w:rsidP="00107E3E">
      <w:pPr>
        <w:spacing w:after="0"/>
        <w:jc w:val="center"/>
        <w:rPr>
          <w:b/>
          <w:szCs w:val="20"/>
          <w:lang w:val="bg-BG"/>
        </w:rPr>
      </w:pPr>
    </w:p>
    <w:p w14:paraId="414C99B3" w14:textId="77777777" w:rsidR="002B1107" w:rsidRDefault="002B1107" w:rsidP="00107E3E">
      <w:pPr>
        <w:spacing w:after="0"/>
        <w:jc w:val="center"/>
        <w:rPr>
          <w:b/>
          <w:szCs w:val="20"/>
          <w:lang w:val="bg-BG"/>
        </w:rPr>
      </w:pPr>
    </w:p>
    <w:p w14:paraId="73E00A39" w14:textId="77777777" w:rsidR="002B1107" w:rsidRPr="00107E3E" w:rsidRDefault="00000000" w:rsidP="002B1107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 xml:space="preserve">VII. </w:t>
      </w:r>
      <w:r w:rsidR="002B1107" w:rsidRPr="00107E3E">
        <w:rPr>
          <w:b/>
          <w:szCs w:val="20"/>
        </w:rPr>
        <w:t>ОБЩИ СЪБРАНИЯ</w:t>
      </w:r>
    </w:p>
    <w:tbl>
      <w:tblPr>
        <w:tblStyle w:val="aff2"/>
        <w:tblW w:w="9744" w:type="dxa"/>
        <w:jc w:val="center"/>
        <w:tblLook w:val="04A0" w:firstRow="1" w:lastRow="0" w:firstColumn="1" w:lastColumn="0" w:noHBand="0" w:noVBand="1"/>
      </w:tblPr>
      <w:tblGrid>
        <w:gridCol w:w="475"/>
        <w:gridCol w:w="5360"/>
        <w:gridCol w:w="1878"/>
        <w:gridCol w:w="2031"/>
      </w:tblGrid>
      <w:tr w:rsidR="002B1107" w:rsidRPr="00107E3E" w14:paraId="475803F2" w14:textId="77777777" w:rsidTr="002B1107">
        <w:trPr>
          <w:jc w:val="center"/>
        </w:trPr>
        <w:tc>
          <w:tcPr>
            <w:tcW w:w="362" w:type="dxa"/>
            <w:shd w:val="clear" w:color="auto" w:fill="CDE1B5"/>
          </w:tcPr>
          <w:p w14:paraId="74F51D79" w14:textId="77777777" w:rsidR="002B1107" w:rsidRPr="00107E3E" w:rsidRDefault="002B1107" w:rsidP="0094649B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5455" w:type="dxa"/>
            <w:shd w:val="clear" w:color="auto" w:fill="CDE1B5"/>
          </w:tcPr>
          <w:p w14:paraId="7A789307" w14:textId="77777777" w:rsidR="002B1107" w:rsidRPr="00107E3E" w:rsidRDefault="002B1107" w:rsidP="0094649B">
            <w:pPr>
              <w:rPr>
                <w:szCs w:val="20"/>
              </w:rPr>
            </w:pPr>
            <w:proofErr w:type="spellStart"/>
            <w:r w:rsidRPr="00107E3E">
              <w:rPr>
                <w:b/>
                <w:szCs w:val="20"/>
              </w:rPr>
              <w:t>Дейност</w:t>
            </w:r>
            <w:proofErr w:type="spellEnd"/>
          </w:p>
        </w:tc>
        <w:tc>
          <w:tcPr>
            <w:tcW w:w="1886" w:type="dxa"/>
            <w:shd w:val="clear" w:color="auto" w:fill="CDE1B5"/>
          </w:tcPr>
          <w:p w14:paraId="7EAD7F48" w14:textId="77777777" w:rsidR="002B1107" w:rsidRPr="00107E3E" w:rsidRDefault="002B1107" w:rsidP="0094649B">
            <w:pPr>
              <w:rPr>
                <w:szCs w:val="20"/>
              </w:rPr>
            </w:pPr>
            <w:proofErr w:type="spellStart"/>
            <w:r w:rsidRPr="00107E3E">
              <w:rPr>
                <w:b/>
                <w:szCs w:val="20"/>
              </w:rPr>
              <w:t>Отговорник</w:t>
            </w:r>
            <w:proofErr w:type="spellEnd"/>
          </w:p>
        </w:tc>
        <w:tc>
          <w:tcPr>
            <w:tcW w:w="2041" w:type="dxa"/>
            <w:shd w:val="clear" w:color="auto" w:fill="CDE1B5"/>
          </w:tcPr>
          <w:p w14:paraId="60F8E437" w14:textId="77777777" w:rsidR="002B1107" w:rsidRPr="00107E3E" w:rsidRDefault="002B1107" w:rsidP="0094649B">
            <w:pPr>
              <w:rPr>
                <w:szCs w:val="20"/>
              </w:rPr>
            </w:pPr>
            <w:proofErr w:type="spellStart"/>
            <w:r w:rsidRPr="00107E3E">
              <w:rPr>
                <w:b/>
                <w:szCs w:val="20"/>
              </w:rPr>
              <w:t>Срок</w:t>
            </w:r>
            <w:proofErr w:type="spellEnd"/>
          </w:p>
        </w:tc>
      </w:tr>
      <w:tr w:rsidR="002B1107" w:rsidRPr="00107E3E" w14:paraId="264BBD4C" w14:textId="77777777" w:rsidTr="0094649B">
        <w:trPr>
          <w:jc w:val="center"/>
        </w:trPr>
        <w:tc>
          <w:tcPr>
            <w:tcW w:w="362" w:type="dxa"/>
          </w:tcPr>
          <w:p w14:paraId="169C3F52" w14:textId="77777777" w:rsidR="002B1107" w:rsidRPr="005630F6" w:rsidRDefault="002B1107" w:rsidP="0094649B">
            <w:pPr>
              <w:pStyle w:val="ae"/>
              <w:ind w:left="284" w:hanging="234"/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1</w:t>
            </w:r>
          </w:p>
        </w:tc>
        <w:tc>
          <w:tcPr>
            <w:tcW w:w="5455" w:type="dxa"/>
          </w:tcPr>
          <w:p w14:paraId="0335EF8E" w14:textId="77777777" w:rsidR="002B1107" w:rsidRPr="00EB0A01" w:rsidRDefault="002B1107" w:rsidP="0094649B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Касов отчет за изпълнение на бюджета</w:t>
            </w:r>
            <w:r w:rsidRPr="00107E3E">
              <w:rPr>
                <w:szCs w:val="20"/>
              </w:rPr>
              <w:t xml:space="preserve"> и </w:t>
            </w:r>
            <w:proofErr w:type="spellStart"/>
            <w:r w:rsidRPr="00107E3E">
              <w:rPr>
                <w:szCs w:val="20"/>
              </w:rPr>
              <w:t>организационни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въпроси</w:t>
            </w:r>
            <w:proofErr w:type="spellEnd"/>
            <w:r w:rsidRPr="00107E3E">
              <w:rPr>
                <w:szCs w:val="20"/>
              </w:rPr>
              <w:t xml:space="preserve">, </w:t>
            </w:r>
            <w:proofErr w:type="spellStart"/>
            <w:r w:rsidRPr="00107E3E">
              <w:rPr>
                <w:szCs w:val="20"/>
              </w:rPr>
              <w:t>свързани</w:t>
            </w:r>
            <w:proofErr w:type="spellEnd"/>
            <w:r w:rsidRPr="00107E3E">
              <w:rPr>
                <w:szCs w:val="20"/>
              </w:rPr>
              <w:t xml:space="preserve"> с </w:t>
            </w:r>
            <w:proofErr w:type="spellStart"/>
            <w:r w:rsidRPr="00107E3E">
              <w:rPr>
                <w:szCs w:val="20"/>
              </w:rPr>
              <w:t>дейността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на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детската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градина</w:t>
            </w:r>
            <w:proofErr w:type="spellEnd"/>
            <w:r>
              <w:rPr>
                <w:szCs w:val="20"/>
                <w:lang w:val="bg-BG"/>
              </w:rPr>
              <w:t>.</w:t>
            </w:r>
          </w:p>
        </w:tc>
        <w:tc>
          <w:tcPr>
            <w:tcW w:w="1886" w:type="dxa"/>
          </w:tcPr>
          <w:p w14:paraId="4733C7FE" w14:textId="77777777" w:rsidR="002B1107" w:rsidRPr="00EB0A01" w:rsidRDefault="002B1107" w:rsidP="0094649B">
            <w:pPr>
              <w:rPr>
                <w:szCs w:val="20"/>
                <w:lang w:val="bg-BG"/>
              </w:rPr>
            </w:pPr>
            <w:proofErr w:type="spellStart"/>
            <w:r w:rsidRPr="00107E3E">
              <w:rPr>
                <w:szCs w:val="20"/>
              </w:rPr>
              <w:t>Директор</w:t>
            </w:r>
            <w:proofErr w:type="spellEnd"/>
          </w:p>
        </w:tc>
        <w:tc>
          <w:tcPr>
            <w:tcW w:w="2041" w:type="dxa"/>
          </w:tcPr>
          <w:p w14:paraId="288C37F7" w14:textId="77777777" w:rsidR="002B1107" w:rsidRPr="00107E3E" w:rsidRDefault="002B1107" w:rsidP="0094649B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тримесечие</w:t>
            </w:r>
            <w:r w:rsidRPr="00107E3E">
              <w:rPr>
                <w:szCs w:val="20"/>
              </w:rPr>
              <w:t>/</w:t>
            </w:r>
            <w:r>
              <w:rPr>
                <w:szCs w:val="20"/>
                <w:lang w:val="bg-BG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при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необходимост</w:t>
            </w:r>
            <w:proofErr w:type="spellEnd"/>
          </w:p>
        </w:tc>
      </w:tr>
    </w:tbl>
    <w:p w14:paraId="7CD78A42" w14:textId="42A9D9C9" w:rsidR="002B1107" w:rsidRDefault="002B1107" w:rsidP="00107E3E">
      <w:pPr>
        <w:spacing w:after="0"/>
        <w:jc w:val="center"/>
        <w:rPr>
          <w:b/>
          <w:szCs w:val="20"/>
          <w:lang w:val="bg-BG"/>
        </w:rPr>
      </w:pPr>
    </w:p>
    <w:p w14:paraId="598CFE58" w14:textId="77777777" w:rsidR="000B75EB" w:rsidRDefault="000B75EB" w:rsidP="00107E3E">
      <w:pPr>
        <w:spacing w:after="0"/>
        <w:jc w:val="center"/>
        <w:rPr>
          <w:b/>
          <w:szCs w:val="20"/>
          <w:lang w:val="bg-BG"/>
        </w:rPr>
      </w:pPr>
    </w:p>
    <w:p w14:paraId="537932FE" w14:textId="77777777" w:rsidR="002B1107" w:rsidRDefault="002B1107" w:rsidP="00107E3E">
      <w:pPr>
        <w:spacing w:after="0"/>
        <w:jc w:val="center"/>
        <w:rPr>
          <w:b/>
          <w:szCs w:val="20"/>
          <w:lang w:val="bg-BG"/>
        </w:rPr>
      </w:pPr>
    </w:p>
    <w:p w14:paraId="626D0C4E" w14:textId="28814A5A" w:rsidR="002A75BC" w:rsidRPr="002B1107" w:rsidRDefault="00000000" w:rsidP="002B1107">
      <w:pPr>
        <w:spacing w:after="0"/>
        <w:jc w:val="center"/>
        <w:rPr>
          <w:szCs w:val="20"/>
          <w:lang w:val="bg-BG"/>
        </w:rPr>
      </w:pPr>
      <w:r w:rsidRPr="00107E3E">
        <w:rPr>
          <w:b/>
          <w:szCs w:val="20"/>
        </w:rPr>
        <w:t>VIII. ПРИОБЩАВАЩО ОБРАЗОВАНИЕ И ПОДКРЕПА</w:t>
      </w:r>
    </w:p>
    <w:tbl>
      <w:tblPr>
        <w:tblW w:w="0" w:type="auto"/>
        <w:tblCellSpacing w:w="15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4922"/>
        <w:gridCol w:w="1801"/>
        <w:gridCol w:w="3053"/>
      </w:tblGrid>
      <w:tr w:rsidR="005014BA" w:rsidRPr="005014BA" w14:paraId="2062738A" w14:textId="77777777" w:rsidTr="002B1107">
        <w:trPr>
          <w:tblHeader/>
          <w:tblCellSpacing w:w="15" w:type="dxa"/>
        </w:trPr>
        <w:tc>
          <w:tcPr>
            <w:tcW w:w="292" w:type="dxa"/>
            <w:shd w:val="clear" w:color="auto" w:fill="CDE1B5"/>
            <w:vAlign w:val="center"/>
            <w:hideMark/>
          </w:tcPr>
          <w:p w14:paraId="1B99E646" w14:textId="77777777" w:rsidR="005014BA" w:rsidRPr="005014BA" w:rsidRDefault="005014BA" w:rsidP="005014BA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№</w:t>
            </w:r>
          </w:p>
        </w:tc>
        <w:tc>
          <w:tcPr>
            <w:tcW w:w="0" w:type="auto"/>
            <w:shd w:val="clear" w:color="auto" w:fill="CDE1B5"/>
            <w:vAlign w:val="center"/>
            <w:hideMark/>
          </w:tcPr>
          <w:p w14:paraId="7A23D5FB" w14:textId="77777777" w:rsidR="005014BA" w:rsidRPr="005014BA" w:rsidRDefault="005014BA" w:rsidP="005014BA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Дейност</w:t>
            </w:r>
          </w:p>
        </w:tc>
        <w:tc>
          <w:tcPr>
            <w:tcW w:w="0" w:type="auto"/>
            <w:shd w:val="clear" w:color="auto" w:fill="CDE1B5"/>
            <w:vAlign w:val="center"/>
            <w:hideMark/>
          </w:tcPr>
          <w:p w14:paraId="4BD4F41F" w14:textId="77777777" w:rsidR="005014BA" w:rsidRPr="005014BA" w:rsidRDefault="005014BA" w:rsidP="005014BA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Срок</w:t>
            </w:r>
          </w:p>
        </w:tc>
        <w:tc>
          <w:tcPr>
            <w:tcW w:w="3008" w:type="dxa"/>
            <w:shd w:val="clear" w:color="auto" w:fill="CDE1B5"/>
            <w:vAlign w:val="center"/>
            <w:hideMark/>
          </w:tcPr>
          <w:p w14:paraId="43A61F81" w14:textId="77777777" w:rsidR="005014BA" w:rsidRPr="005014BA" w:rsidRDefault="005014BA" w:rsidP="005014BA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Отговорник</w:t>
            </w:r>
          </w:p>
        </w:tc>
      </w:tr>
      <w:tr w:rsidR="005014BA" w:rsidRPr="005014BA" w14:paraId="731001AE" w14:textId="77777777" w:rsidTr="005014BA">
        <w:trPr>
          <w:tblCellSpacing w:w="15" w:type="dxa"/>
        </w:trPr>
        <w:tc>
          <w:tcPr>
            <w:tcW w:w="292" w:type="dxa"/>
            <w:vAlign w:val="center"/>
            <w:hideMark/>
          </w:tcPr>
          <w:p w14:paraId="7BF7315F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52E0B36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Ранно установяване на обучителни, комуникативни, поведенчески, социално-емоционални и други индивидуални потребности на децата.</w:t>
            </w:r>
          </w:p>
        </w:tc>
        <w:tc>
          <w:tcPr>
            <w:tcW w:w="0" w:type="auto"/>
            <w:vAlign w:val="center"/>
            <w:hideMark/>
          </w:tcPr>
          <w:p w14:paraId="627100A4" w14:textId="3D9511F9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през годината</w:t>
            </w:r>
          </w:p>
        </w:tc>
        <w:tc>
          <w:tcPr>
            <w:tcW w:w="3008" w:type="dxa"/>
            <w:vAlign w:val="center"/>
            <w:hideMark/>
          </w:tcPr>
          <w:p w14:paraId="24326E3E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Учители по групи; Лиляна Василева – ресурсен учител и координатор по приобщаващото образование</w:t>
            </w:r>
          </w:p>
        </w:tc>
      </w:tr>
      <w:tr w:rsidR="005014BA" w:rsidRPr="005014BA" w14:paraId="4FE593DD" w14:textId="77777777" w:rsidTr="005014BA">
        <w:trPr>
          <w:tblCellSpacing w:w="15" w:type="dxa"/>
        </w:trPr>
        <w:tc>
          <w:tcPr>
            <w:tcW w:w="292" w:type="dxa"/>
            <w:vAlign w:val="center"/>
            <w:hideMark/>
          </w:tcPr>
          <w:p w14:paraId="481D68EC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B4EF130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Осигуряване на обща подкрепа за личностно развитие чрез индивидуализиране на образователния процес, допълнителна работа, консултиране и дейности по интереси.</w:t>
            </w:r>
          </w:p>
        </w:tc>
        <w:tc>
          <w:tcPr>
            <w:tcW w:w="0" w:type="auto"/>
            <w:vAlign w:val="center"/>
            <w:hideMark/>
          </w:tcPr>
          <w:p w14:paraId="0E8794E8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през учебната година</w:t>
            </w:r>
          </w:p>
        </w:tc>
        <w:tc>
          <w:tcPr>
            <w:tcW w:w="3008" w:type="dxa"/>
            <w:vAlign w:val="center"/>
            <w:hideMark/>
          </w:tcPr>
          <w:p w14:paraId="0268534A" w14:textId="696135AA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Учители; специалисти</w:t>
            </w:r>
          </w:p>
        </w:tc>
      </w:tr>
      <w:tr w:rsidR="005014BA" w:rsidRPr="005014BA" w14:paraId="5D0A223A" w14:textId="77777777" w:rsidTr="005014BA">
        <w:trPr>
          <w:tblCellSpacing w:w="15" w:type="dxa"/>
        </w:trPr>
        <w:tc>
          <w:tcPr>
            <w:tcW w:w="292" w:type="dxa"/>
            <w:vAlign w:val="center"/>
            <w:hideMark/>
          </w:tcPr>
          <w:p w14:paraId="35666D10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572C83E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Организиране на оценка на индивидуалните потребности и предоставяне на допълнителна подкрепа при наличие на основания.</w:t>
            </w:r>
          </w:p>
        </w:tc>
        <w:tc>
          <w:tcPr>
            <w:tcW w:w="0" w:type="auto"/>
            <w:vAlign w:val="center"/>
            <w:hideMark/>
          </w:tcPr>
          <w:p w14:paraId="0F78CCAA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при необходимост</w:t>
            </w:r>
          </w:p>
        </w:tc>
        <w:tc>
          <w:tcPr>
            <w:tcW w:w="3008" w:type="dxa"/>
            <w:vAlign w:val="center"/>
            <w:hideMark/>
          </w:tcPr>
          <w:p w14:paraId="28505CF1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Директор; Лиляна Василева – координатор; ЕПЛР</w:t>
            </w:r>
          </w:p>
        </w:tc>
      </w:tr>
      <w:tr w:rsidR="005014BA" w:rsidRPr="005014BA" w14:paraId="479F87FD" w14:textId="77777777" w:rsidTr="005014BA">
        <w:trPr>
          <w:tblCellSpacing w:w="15" w:type="dxa"/>
        </w:trPr>
        <w:tc>
          <w:tcPr>
            <w:tcW w:w="292" w:type="dxa"/>
            <w:vAlign w:val="center"/>
            <w:hideMark/>
          </w:tcPr>
          <w:p w14:paraId="68CFEF19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C147EBB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Изготвяне, изпълнение и проследяване на плановете за подкрепа на децата, за които е определена допълнителна подкрепа.</w:t>
            </w:r>
          </w:p>
        </w:tc>
        <w:tc>
          <w:tcPr>
            <w:tcW w:w="0" w:type="auto"/>
            <w:vAlign w:val="center"/>
            <w:hideMark/>
          </w:tcPr>
          <w:p w14:paraId="094E8DF3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съгласно определените срокове</w:t>
            </w:r>
          </w:p>
        </w:tc>
        <w:tc>
          <w:tcPr>
            <w:tcW w:w="3008" w:type="dxa"/>
            <w:vAlign w:val="center"/>
            <w:hideMark/>
          </w:tcPr>
          <w:p w14:paraId="25A857BB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ЕПЛР; Лиляна Василева – ресурсен учител и координатор</w:t>
            </w:r>
          </w:p>
        </w:tc>
      </w:tr>
      <w:tr w:rsidR="005014BA" w:rsidRPr="005014BA" w14:paraId="6AF296EA" w14:textId="77777777" w:rsidTr="005014BA">
        <w:trPr>
          <w:tblCellSpacing w:w="15" w:type="dxa"/>
        </w:trPr>
        <w:tc>
          <w:tcPr>
            <w:tcW w:w="292" w:type="dxa"/>
            <w:vAlign w:val="center"/>
            <w:hideMark/>
          </w:tcPr>
          <w:p w14:paraId="4E30C801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4075B910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Осъществяване на ресурсно подпомагане и координиране на работата между учителите, ЕПЛР и другите специалисти.</w:t>
            </w:r>
          </w:p>
        </w:tc>
        <w:tc>
          <w:tcPr>
            <w:tcW w:w="0" w:type="auto"/>
            <w:vAlign w:val="center"/>
            <w:hideMark/>
          </w:tcPr>
          <w:p w14:paraId="7F496776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през учебната година</w:t>
            </w:r>
          </w:p>
        </w:tc>
        <w:tc>
          <w:tcPr>
            <w:tcW w:w="3008" w:type="dxa"/>
            <w:vAlign w:val="center"/>
            <w:hideMark/>
          </w:tcPr>
          <w:p w14:paraId="3E13131A" w14:textId="09015D3C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Лиляна Василева – ресурсен учител и координатор</w:t>
            </w:r>
          </w:p>
        </w:tc>
      </w:tr>
      <w:tr w:rsidR="005014BA" w:rsidRPr="005014BA" w14:paraId="2B68E5DB" w14:textId="77777777" w:rsidTr="005014BA">
        <w:trPr>
          <w:tblCellSpacing w:w="15" w:type="dxa"/>
        </w:trPr>
        <w:tc>
          <w:tcPr>
            <w:tcW w:w="292" w:type="dxa"/>
            <w:vAlign w:val="center"/>
            <w:hideMark/>
          </w:tcPr>
          <w:p w14:paraId="77947F06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lastRenderedPageBreak/>
              <w:t>6.</w:t>
            </w:r>
          </w:p>
        </w:tc>
        <w:tc>
          <w:tcPr>
            <w:tcW w:w="0" w:type="auto"/>
            <w:vAlign w:val="center"/>
            <w:hideMark/>
          </w:tcPr>
          <w:p w14:paraId="16D9F84D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Партньорство със семейството и периодична обратна връзка за развитието и напредъка на детето.</w:t>
            </w:r>
          </w:p>
        </w:tc>
        <w:tc>
          <w:tcPr>
            <w:tcW w:w="0" w:type="auto"/>
            <w:vAlign w:val="center"/>
            <w:hideMark/>
          </w:tcPr>
          <w:p w14:paraId="431763D6" w14:textId="34D23B60" w:rsidR="005014BA" w:rsidRPr="005014BA" w:rsidRDefault="00354F38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през учебната година</w:t>
            </w:r>
          </w:p>
        </w:tc>
        <w:tc>
          <w:tcPr>
            <w:tcW w:w="3008" w:type="dxa"/>
            <w:vAlign w:val="center"/>
            <w:hideMark/>
          </w:tcPr>
          <w:p w14:paraId="735DD59E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Учители; Лиляна Василева; специалисти</w:t>
            </w:r>
          </w:p>
        </w:tc>
      </w:tr>
      <w:tr w:rsidR="00354F38" w:rsidRPr="005014BA" w14:paraId="0D2933DC" w14:textId="77777777" w:rsidTr="005014BA">
        <w:trPr>
          <w:tblCellSpacing w:w="15" w:type="dxa"/>
        </w:trPr>
        <w:tc>
          <w:tcPr>
            <w:tcW w:w="292" w:type="dxa"/>
            <w:vAlign w:val="center"/>
          </w:tcPr>
          <w:p w14:paraId="0F6491A3" w14:textId="6F827A6A" w:rsidR="00354F38" w:rsidRPr="005014BA" w:rsidRDefault="00354F38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>
              <w:rPr>
                <w:rFonts w:eastAsia="Times New Roman" w:cs="Times New Roman"/>
                <w:szCs w:val="20"/>
                <w:lang w:val="bg-BG" w:eastAsia="bg-BG"/>
              </w:rPr>
              <w:t>7.</w:t>
            </w:r>
          </w:p>
        </w:tc>
        <w:tc>
          <w:tcPr>
            <w:tcW w:w="0" w:type="auto"/>
            <w:vAlign w:val="center"/>
          </w:tcPr>
          <w:p w14:paraId="2033DDE1" w14:textId="03199FC9" w:rsidR="00354F38" w:rsidRPr="00354F38" w:rsidRDefault="00354F38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Работа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на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Комисията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по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управление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на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качеството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и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приобщаващото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образование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за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проследяване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,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анализ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и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подобряване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на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дейностите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за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подкрепа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на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личностното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развитие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и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приобщаването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на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децата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>.</w:t>
            </w:r>
          </w:p>
        </w:tc>
        <w:tc>
          <w:tcPr>
            <w:tcW w:w="0" w:type="auto"/>
            <w:vAlign w:val="center"/>
          </w:tcPr>
          <w:p w14:paraId="00D3B50B" w14:textId="003C9A8F" w:rsidR="00354F38" w:rsidRPr="005014BA" w:rsidRDefault="00354F38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през учебната година</w:t>
            </w:r>
          </w:p>
        </w:tc>
        <w:tc>
          <w:tcPr>
            <w:tcW w:w="3008" w:type="dxa"/>
            <w:vAlign w:val="center"/>
          </w:tcPr>
          <w:p w14:paraId="54D5123B" w14:textId="002D66E1" w:rsidR="00354F38" w:rsidRPr="005014BA" w:rsidRDefault="00354F38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proofErr w:type="spellStart"/>
            <w:r w:rsidRPr="00EB0A01">
              <w:rPr>
                <w:rFonts w:eastAsia="Times New Roman" w:cs="Times New Roman"/>
                <w:szCs w:val="20"/>
                <w:lang w:eastAsia="bg-BG"/>
              </w:rPr>
              <w:t>Комисия</w:t>
            </w:r>
            <w:proofErr w:type="spellEnd"/>
            <w:r w:rsidRPr="00EB0A01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EB0A01">
              <w:rPr>
                <w:rFonts w:eastAsia="Times New Roman" w:cs="Times New Roman"/>
                <w:szCs w:val="20"/>
                <w:lang w:eastAsia="bg-BG"/>
              </w:rPr>
              <w:t>по</w:t>
            </w:r>
            <w:proofErr w:type="spellEnd"/>
            <w:r w:rsidRPr="00EB0A01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EB0A01">
              <w:rPr>
                <w:rFonts w:eastAsia="Times New Roman" w:cs="Times New Roman"/>
                <w:szCs w:val="20"/>
                <w:lang w:eastAsia="bg-BG"/>
              </w:rPr>
              <w:t>управление</w:t>
            </w:r>
            <w:proofErr w:type="spellEnd"/>
            <w:r w:rsidRPr="00EB0A01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EB0A01">
              <w:rPr>
                <w:rFonts w:eastAsia="Times New Roman" w:cs="Times New Roman"/>
                <w:szCs w:val="20"/>
                <w:lang w:eastAsia="bg-BG"/>
              </w:rPr>
              <w:t>на</w:t>
            </w:r>
            <w:proofErr w:type="spellEnd"/>
            <w:r w:rsidRPr="00EB0A01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EB0A01">
              <w:rPr>
                <w:rFonts w:eastAsia="Times New Roman" w:cs="Times New Roman"/>
                <w:szCs w:val="20"/>
                <w:lang w:eastAsia="bg-BG"/>
              </w:rPr>
              <w:t>качеството</w:t>
            </w:r>
            <w:proofErr w:type="spellEnd"/>
            <w:r w:rsidRPr="00EB0A01">
              <w:rPr>
                <w:rFonts w:eastAsia="Times New Roman" w:cs="Times New Roman"/>
                <w:szCs w:val="20"/>
                <w:lang w:eastAsia="bg-BG"/>
              </w:rPr>
              <w:t xml:space="preserve"> и </w:t>
            </w:r>
            <w:proofErr w:type="spellStart"/>
            <w:r w:rsidRPr="00EB0A01">
              <w:rPr>
                <w:rFonts w:eastAsia="Times New Roman" w:cs="Times New Roman"/>
                <w:szCs w:val="20"/>
                <w:lang w:eastAsia="bg-BG"/>
              </w:rPr>
              <w:t>приобщаващото</w:t>
            </w:r>
            <w:proofErr w:type="spellEnd"/>
            <w:r w:rsidRPr="00EB0A01">
              <w:rPr>
                <w:rFonts w:eastAsia="Times New Roman" w:cs="Times New Roman"/>
                <w:szCs w:val="20"/>
                <w:lang w:eastAsia="bg-BG"/>
              </w:rPr>
              <w:t xml:space="preserve"> </w:t>
            </w:r>
            <w:proofErr w:type="spellStart"/>
            <w:r w:rsidRPr="00EB0A01">
              <w:rPr>
                <w:rFonts w:eastAsia="Times New Roman" w:cs="Times New Roman"/>
                <w:szCs w:val="20"/>
                <w:lang w:eastAsia="bg-BG"/>
              </w:rPr>
              <w:t>образование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;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директор</w:t>
            </w:r>
            <w:proofErr w:type="spellEnd"/>
            <w:r w:rsidRPr="00354F38">
              <w:rPr>
                <w:rFonts w:eastAsia="Times New Roman" w:cs="Times New Roman"/>
                <w:szCs w:val="20"/>
                <w:lang w:eastAsia="bg-BG"/>
              </w:rPr>
              <w:t xml:space="preserve">; </w:t>
            </w:r>
            <w:proofErr w:type="spellStart"/>
            <w:r w:rsidRPr="00354F38">
              <w:rPr>
                <w:rFonts w:eastAsia="Times New Roman" w:cs="Times New Roman"/>
                <w:szCs w:val="20"/>
                <w:lang w:eastAsia="bg-BG"/>
              </w:rPr>
              <w:t>координатор</w:t>
            </w:r>
            <w:proofErr w:type="spellEnd"/>
          </w:p>
        </w:tc>
      </w:tr>
      <w:tr w:rsidR="005014BA" w:rsidRPr="005014BA" w14:paraId="50CA73E9" w14:textId="77777777" w:rsidTr="005014BA">
        <w:trPr>
          <w:tblCellSpacing w:w="15" w:type="dxa"/>
        </w:trPr>
        <w:tc>
          <w:tcPr>
            <w:tcW w:w="292" w:type="dxa"/>
            <w:vAlign w:val="center"/>
            <w:hideMark/>
          </w:tcPr>
          <w:p w14:paraId="7246BD60" w14:textId="3D728902" w:rsidR="005014BA" w:rsidRPr="005014BA" w:rsidRDefault="00354F38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>
              <w:rPr>
                <w:rFonts w:eastAsia="Times New Roman" w:cs="Times New Roman"/>
                <w:szCs w:val="20"/>
                <w:lang w:val="bg-BG" w:eastAsia="bg-BG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1EDBFC45" w14:textId="77777777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Проследяване на ефективността на предоставяната подкрепа и предприемане на последващи мерки при необходимост.</w:t>
            </w:r>
          </w:p>
        </w:tc>
        <w:tc>
          <w:tcPr>
            <w:tcW w:w="0" w:type="auto"/>
            <w:vAlign w:val="center"/>
            <w:hideMark/>
          </w:tcPr>
          <w:p w14:paraId="7869A839" w14:textId="3DFF632B" w:rsidR="005014BA" w:rsidRPr="005014BA" w:rsidRDefault="002B1107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П</w:t>
            </w:r>
            <w:r w:rsidR="005014BA" w:rsidRPr="005014BA">
              <w:rPr>
                <w:rFonts w:eastAsia="Times New Roman" w:cs="Times New Roman"/>
                <w:szCs w:val="20"/>
                <w:lang w:val="bg-BG" w:eastAsia="bg-BG"/>
              </w:rPr>
              <w:t>ериодично</w:t>
            </w:r>
          </w:p>
        </w:tc>
        <w:tc>
          <w:tcPr>
            <w:tcW w:w="3008" w:type="dxa"/>
            <w:vAlign w:val="center"/>
            <w:hideMark/>
          </w:tcPr>
          <w:p w14:paraId="086785A7" w14:textId="76C209D1" w:rsidR="005014BA" w:rsidRPr="005014BA" w:rsidRDefault="005014BA" w:rsidP="00354F38">
            <w:pPr>
              <w:spacing w:after="0"/>
              <w:rPr>
                <w:rFonts w:eastAsia="Times New Roman" w:cs="Times New Roman"/>
                <w:szCs w:val="20"/>
                <w:lang w:val="bg-BG" w:eastAsia="bg-BG"/>
              </w:rPr>
            </w:pPr>
            <w:r w:rsidRPr="005014BA">
              <w:rPr>
                <w:rFonts w:eastAsia="Times New Roman" w:cs="Times New Roman"/>
                <w:szCs w:val="20"/>
                <w:lang w:val="bg-BG" w:eastAsia="bg-BG"/>
              </w:rPr>
              <w:t>Директор; Лиляна Василева – координатор; ЕПЛР</w:t>
            </w:r>
            <w:r w:rsidR="00354F38">
              <w:rPr>
                <w:rFonts w:eastAsia="Times New Roman" w:cs="Times New Roman"/>
                <w:szCs w:val="20"/>
                <w:lang w:val="bg-BG" w:eastAsia="bg-BG"/>
              </w:rPr>
              <w:t>, комисия</w:t>
            </w:r>
          </w:p>
        </w:tc>
      </w:tr>
    </w:tbl>
    <w:p w14:paraId="225AF889" w14:textId="77777777" w:rsidR="005014BA" w:rsidRDefault="005014BA" w:rsidP="00107E3E">
      <w:pPr>
        <w:spacing w:after="0"/>
        <w:ind w:left="283" w:hanging="170"/>
        <w:rPr>
          <w:szCs w:val="20"/>
          <w:lang w:val="bg-BG"/>
        </w:rPr>
      </w:pPr>
    </w:p>
    <w:p w14:paraId="716E1DFC" w14:textId="77777777" w:rsidR="002B1107" w:rsidRPr="005014BA" w:rsidRDefault="002B1107" w:rsidP="00107E3E">
      <w:pPr>
        <w:spacing w:after="0"/>
        <w:ind w:left="283" w:hanging="170"/>
        <w:rPr>
          <w:szCs w:val="20"/>
          <w:lang w:val="bg-BG"/>
        </w:rPr>
      </w:pPr>
    </w:p>
    <w:p w14:paraId="45DBE3BB" w14:textId="1D234A84" w:rsidR="00107E3E" w:rsidRPr="002B1107" w:rsidRDefault="00000000" w:rsidP="002B1107">
      <w:pPr>
        <w:spacing w:after="0"/>
        <w:jc w:val="center"/>
        <w:rPr>
          <w:b/>
          <w:szCs w:val="20"/>
          <w:lang w:val="bg-BG"/>
        </w:rPr>
      </w:pPr>
      <w:r w:rsidRPr="00107E3E">
        <w:rPr>
          <w:b/>
          <w:szCs w:val="20"/>
        </w:rPr>
        <w:t>IX. РАБОТА С РОДИТЕЛИ И ОБЩЕСТВЕНОСТ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75"/>
        <w:gridCol w:w="5102"/>
        <w:gridCol w:w="1531"/>
        <w:gridCol w:w="2665"/>
      </w:tblGrid>
      <w:tr w:rsidR="002A75BC" w:rsidRPr="00107E3E" w14:paraId="6251BA3E" w14:textId="77777777" w:rsidTr="00354F38">
        <w:trPr>
          <w:jc w:val="center"/>
        </w:trPr>
        <w:tc>
          <w:tcPr>
            <w:tcW w:w="475" w:type="dxa"/>
            <w:shd w:val="clear" w:color="auto" w:fill="D9EAD3"/>
            <w:vAlign w:val="center"/>
          </w:tcPr>
          <w:p w14:paraId="5971EA4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5102" w:type="dxa"/>
            <w:shd w:val="clear" w:color="auto" w:fill="D9EAD3"/>
            <w:vAlign w:val="center"/>
          </w:tcPr>
          <w:p w14:paraId="0235F37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Дейност</w:t>
            </w:r>
          </w:p>
        </w:tc>
        <w:tc>
          <w:tcPr>
            <w:tcW w:w="1531" w:type="dxa"/>
            <w:shd w:val="clear" w:color="auto" w:fill="D9EAD3"/>
            <w:vAlign w:val="center"/>
          </w:tcPr>
          <w:p w14:paraId="6ACA3395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Срок</w:t>
            </w:r>
          </w:p>
        </w:tc>
        <w:tc>
          <w:tcPr>
            <w:tcW w:w="2665" w:type="dxa"/>
            <w:shd w:val="clear" w:color="auto" w:fill="D9EAD3"/>
            <w:vAlign w:val="center"/>
          </w:tcPr>
          <w:p w14:paraId="6A29D809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Отговорници</w:t>
            </w:r>
          </w:p>
        </w:tc>
      </w:tr>
      <w:tr w:rsidR="002A75BC" w:rsidRPr="00107E3E" w14:paraId="549F22EB" w14:textId="77777777" w:rsidTr="00354F38">
        <w:trPr>
          <w:jc w:val="center"/>
        </w:trPr>
        <w:tc>
          <w:tcPr>
            <w:tcW w:w="475" w:type="dxa"/>
            <w:vAlign w:val="center"/>
          </w:tcPr>
          <w:p w14:paraId="7462C8B8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1.</w:t>
            </w:r>
          </w:p>
        </w:tc>
        <w:tc>
          <w:tcPr>
            <w:tcW w:w="5102" w:type="dxa"/>
            <w:vAlign w:val="center"/>
          </w:tcPr>
          <w:p w14:paraId="0CBB1FC7" w14:textId="1FF9EE32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Родителски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срещи</w:t>
            </w:r>
            <w:proofErr w:type="spellEnd"/>
            <w:r w:rsidRPr="00107E3E">
              <w:rPr>
                <w:szCs w:val="20"/>
              </w:rPr>
              <w:t xml:space="preserve"> в </w:t>
            </w:r>
            <w:proofErr w:type="spellStart"/>
            <w:r w:rsidRPr="00107E3E">
              <w:rPr>
                <w:szCs w:val="20"/>
              </w:rPr>
              <w:t>началото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на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учебната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година</w:t>
            </w:r>
            <w:proofErr w:type="spellEnd"/>
            <w:r w:rsidRPr="00107E3E">
              <w:rPr>
                <w:szCs w:val="20"/>
              </w:rPr>
              <w:t xml:space="preserve"> – </w:t>
            </w:r>
            <w:proofErr w:type="spellStart"/>
            <w:r w:rsidRPr="00107E3E">
              <w:rPr>
                <w:szCs w:val="20"/>
              </w:rPr>
              <w:t>организация</w:t>
            </w:r>
            <w:proofErr w:type="spellEnd"/>
            <w:r w:rsidRPr="00107E3E">
              <w:rPr>
                <w:szCs w:val="20"/>
              </w:rPr>
              <w:t xml:space="preserve">, </w:t>
            </w:r>
            <w:proofErr w:type="spellStart"/>
            <w:r w:rsidRPr="00107E3E">
              <w:rPr>
                <w:szCs w:val="20"/>
              </w:rPr>
              <w:t>правила</w:t>
            </w:r>
            <w:proofErr w:type="spellEnd"/>
            <w:r w:rsidR="00354F38">
              <w:rPr>
                <w:szCs w:val="20"/>
                <w:lang w:val="bg-BG"/>
              </w:rPr>
              <w:t xml:space="preserve"> </w:t>
            </w:r>
            <w:r w:rsidRPr="00107E3E">
              <w:rPr>
                <w:szCs w:val="20"/>
              </w:rPr>
              <w:t xml:space="preserve">и </w:t>
            </w:r>
            <w:proofErr w:type="spellStart"/>
            <w:r w:rsidRPr="00107E3E">
              <w:rPr>
                <w:szCs w:val="20"/>
              </w:rPr>
              <w:t>партньорство</w:t>
            </w:r>
            <w:proofErr w:type="spellEnd"/>
            <w:r w:rsidRPr="00107E3E">
              <w:rPr>
                <w:szCs w:val="20"/>
              </w:rPr>
              <w:t>.</w:t>
            </w:r>
          </w:p>
        </w:tc>
        <w:tc>
          <w:tcPr>
            <w:tcW w:w="1531" w:type="dxa"/>
            <w:vAlign w:val="center"/>
          </w:tcPr>
          <w:p w14:paraId="01BEBC2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септември–октомври</w:t>
            </w:r>
          </w:p>
        </w:tc>
        <w:tc>
          <w:tcPr>
            <w:tcW w:w="2665" w:type="dxa"/>
            <w:vAlign w:val="center"/>
          </w:tcPr>
          <w:p w14:paraId="0D4614F8" w14:textId="7CE825D2" w:rsidR="002A75BC" w:rsidRPr="00107E3E" w:rsidRDefault="00354F38" w:rsidP="00107E3E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>Директор, комисия, у</w:t>
            </w:r>
            <w:proofErr w:type="spellStart"/>
            <w:r w:rsidRPr="00107E3E">
              <w:rPr>
                <w:szCs w:val="20"/>
              </w:rPr>
              <w:t>чители</w:t>
            </w:r>
            <w:proofErr w:type="spellEnd"/>
            <w:r w:rsidRPr="00107E3E">
              <w:rPr>
                <w:szCs w:val="20"/>
              </w:rPr>
              <w:t xml:space="preserve"> </w:t>
            </w:r>
          </w:p>
        </w:tc>
      </w:tr>
      <w:tr w:rsidR="002A75BC" w:rsidRPr="00107E3E" w14:paraId="0923366D" w14:textId="77777777" w:rsidTr="00354F38">
        <w:trPr>
          <w:jc w:val="center"/>
        </w:trPr>
        <w:tc>
          <w:tcPr>
            <w:tcW w:w="475" w:type="dxa"/>
            <w:vAlign w:val="center"/>
          </w:tcPr>
          <w:p w14:paraId="780B846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2.</w:t>
            </w:r>
          </w:p>
        </w:tc>
        <w:tc>
          <w:tcPr>
            <w:tcW w:w="5102" w:type="dxa"/>
            <w:vAlign w:val="center"/>
          </w:tcPr>
          <w:p w14:paraId="6CE240D2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Индивидуални консултации и обратна връзка за развитието на детето.</w:t>
            </w:r>
          </w:p>
        </w:tc>
        <w:tc>
          <w:tcPr>
            <w:tcW w:w="1531" w:type="dxa"/>
            <w:vAlign w:val="center"/>
          </w:tcPr>
          <w:p w14:paraId="3EDDB27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2665" w:type="dxa"/>
            <w:vAlign w:val="center"/>
          </w:tcPr>
          <w:p w14:paraId="5A1595D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Учители; специалисти</w:t>
            </w:r>
          </w:p>
        </w:tc>
      </w:tr>
      <w:tr w:rsidR="002A75BC" w:rsidRPr="00107E3E" w14:paraId="613DE80C" w14:textId="77777777" w:rsidTr="00354F38">
        <w:trPr>
          <w:jc w:val="center"/>
        </w:trPr>
        <w:tc>
          <w:tcPr>
            <w:tcW w:w="475" w:type="dxa"/>
            <w:vAlign w:val="center"/>
          </w:tcPr>
          <w:p w14:paraId="26EB9FBB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3.</w:t>
            </w:r>
          </w:p>
        </w:tc>
        <w:tc>
          <w:tcPr>
            <w:tcW w:w="5102" w:type="dxa"/>
            <w:vAlign w:val="center"/>
          </w:tcPr>
          <w:p w14:paraId="385BA24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Отворени педагогически практики, работилници и инициативи с участие на семейства.</w:t>
            </w:r>
          </w:p>
        </w:tc>
        <w:tc>
          <w:tcPr>
            <w:tcW w:w="1531" w:type="dxa"/>
            <w:vAlign w:val="center"/>
          </w:tcPr>
          <w:p w14:paraId="2E6C3882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 календар</w:t>
            </w:r>
          </w:p>
        </w:tc>
        <w:tc>
          <w:tcPr>
            <w:tcW w:w="2665" w:type="dxa"/>
            <w:vAlign w:val="center"/>
          </w:tcPr>
          <w:p w14:paraId="08C0A31B" w14:textId="24207EEF" w:rsidR="002A75BC" w:rsidRPr="00107E3E" w:rsidRDefault="00107E3E" w:rsidP="00107E3E">
            <w:pPr>
              <w:rPr>
                <w:szCs w:val="20"/>
                <w:lang w:val="bg-BG"/>
              </w:rPr>
            </w:pPr>
            <w:r w:rsidRPr="00107E3E">
              <w:rPr>
                <w:szCs w:val="20"/>
                <w:lang w:val="bg-BG"/>
              </w:rPr>
              <w:t>ЗДУД, комисия, у</w:t>
            </w:r>
            <w:proofErr w:type="spellStart"/>
            <w:r w:rsidRPr="00107E3E">
              <w:rPr>
                <w:szCs w:val="20"/>
              </w:rPr>
              <w:t>чители</w:t>
            </w:r>
            <w:proofErr w:type="spellEnd"/>
            <w:r w:rsidRPr="00107E3E">
              <w:rPr>
                <w:szCs w:val="20"/>
              </w:rPr>
              <w:t xml:space="preserve"> </w:t>
            </w:r>
          </w:p>
        </w:tc>
      </w:tr>
      <w:tr w:rsidR="002A75BC" w:rsidRPr="00107E3E" w14:paraId="62108A9C" w14:textId="77777777" w:rsidTr="00354F38">
        <w:trPr>
          <w:jc w:val="center"/>
        </w:trPr>
        <w:tc>
          <w:tcPr>
            <w:tcW w:w="475" w:type="dxa"/>
            <w:vAlign w:val="center"/>
          </w:tcPr>
          <w:p w14:paraId="4981C807" w14:textId="358C34EB" w:rsidR="002A75BC" w:rsidRPr="00107E3E" w:rsidRDefault="00354F38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4</w:t>
            </w:r>
            <w:r w:rsidRPr="00107E3E">
              <w:rPr>
                <w:szCs w:val="20"/>
              </w:rPr>
              <w:t>.</w:t>
            </w:r>
          </w:p>
        </w:tc>
        <w:tc>
          <w:tcPr>
            <w:tcW w:w="5102" w:type="dxa"/>
            <w:vAlign w:val="center"/>
          </w:tcPr>
          <w:p w14:paraId="12E39102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Анкетиране и събиране на предложения от родители за подобряване на средата и организацията.</w:t>
            </w:r>
          </w:p>
        </w:tc>
        <w:tc>
          <w:tcPr>
            <w:tcW w:w="1531" w:type="dxa"/>
            <w:vAlign w:val="center"/>
          </w:tcPr>
          <w:p w14:paraId="3F3EB2BF" w14:textId="6509AEF3" w:rsidR="002A75BC" w:rsidRPr="00354F38" w:rsidRDefault="00000000" w:rsidP="00107E3E">
            <w:pPr>
              <w:rPr>
                <w:szCs w:val="20"/>
                <w:lang w:val="bg-BG"/>
              </w:rPr>
            </w:pPr>
            <w:r w:rsidRPr="00107E3E">
              <w:rPr>
                <w:szCs w:val="20"/>
              </w:rPr>
              <w:t xml:space="preserve">II </w:t>
            </w:r>
            <w:r w:rsidR="00354F38">
              <w:rPr>
                <w:szCs w:val="20"/>
                <w:lang w:val="bg-BG"/>
              </w:rPr>
              <w:t>полугодие</w:t>
            </w:r>
          </w:p>
        </w:tc>
        <w:tc>
          <w:tcPr>
            <w:tcW w:w="2665" w:type="dxa"/>
            <w:vAlign w:val="center"/>
          </w:tcPr>
          <w:p w14:paraId="635C2BFE" w14:textId="6ED16181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Директор</w:t>
            </w:r>
            <w:proofErr w:type="spellEnd"/>
            <w:r w:rsidR="00107E3E" w:rsidRPr="00107E3E">
              <w:rPr>
                <w:szCs w:val="20"/>
                <w:lang w:val="bg-BG"/>
              </w:rPr>
              <w:t>, комисия,</w:t>
            </w:r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учители</w:t>
            </w:r>
            <w:proofErr w:type="spellEnd"/>
          </w:p>
        </w:tc>
      </w:tr>
      <w:tr w:rsidR="002A75BC" w:rsidRPr="00107E3E" w14:paraId="020F6AFC" w14:textId="77777777" w:rsidTr="00354F38">
        <w:trPr>
          <w:jc w:val="center"/>
        </w:trPr>
        <w:tc>
          <w:tcPr>
            <w:tcW w:w="475" w:type="dxa"/>
            <w:vAlign w:val="center"/>
          </w:tcPr>
          <w:p w14:paraId="2FA26C9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6.</w:t>
            </w:r>
          </w:p>
        </w:tc>
        <w:tc>
          <w:tcPr>
            <w:tcW w:w="5102" w:type="dxa"/>
            <w:vAlign w:val="center"/>
          </w:tcPr>
          <w:p w14:paraId="052DE376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Взаимодействие с Обществения съвет и партньорски институции.</w:t>
            </w:r>
          </w:p>
        </w:tc>
        <w:tc>
          <w:tcPr>
            <w:tcW w:w="1531" w:type="dxa"/>
            <w:vAlign w:val="center"/>
          </w:tcPr>
          <w:p w14:paraId="4C7BD539" w14:textId="1CF86AB4" w:rsidR="002A75BC" w:rsidRPr="00107E3E" w:rsidRDefault="00354F38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Постоянен</w:t>
            </w:r>
            <w:proofErr w:type="spellEnd"/>
          </w:p>
        </w:tc>
        <w:tc>
          <w:tcPr>
            <w:tcW w:w="2665" w:type="dxa"/>
            <w:vAlign w:val="center"/>
          </w:tcPr>
          <w:p w14:paraId="45AFBDC1" w14:textId="1B5AF587" w:rsidR="002A75BC" w:rsidRPr="00107E3E" w:rsidRDefault="00000000" w:rsidP="00107E3E">
            <w:pPr>
              <w:rPr>
                <w:szCs w:val="20"/>
                <w:lang w:val="bg-BG"/>
              </w:rPr>
            </w:pPr>
            <w:proofErr w:type="spellStart"/>
            <w:r w:rsidRPr="00107E3E">
              <w:rPr>
                <w:szCs w:val="20"/>
              </w:rPr>
              <w:t>Директор</w:t>
            </w:r>
            <w:proofErr w:type="spellEnd"/>
          </w:p>
        </w:tc>
      </w:tr>
    </w:tbl>
    <w:p w14:paraId="23478ADD" w14:textId="77777777" w:rsidR="00107E3E" w:rsidRDefault="00107E3E" w:rsidP="00354F38">
      <w:pPr>
        <w:spacing w:after="0"/>
        <w:rPr>
          <w:b/>
          <w:szCs w:val="20"/>
          <w:lang w:val="bg-BG"/>
        </w:rPr>
      </w:pPr>
    </w:p>
    <w:p w14:paraId="452FC218" w14:textId="77777777" w:rsidR="00EB0A01" w:rsidRDefault="00EB0A01" w:rsidP="00354F38">
      <w:pPr>
        <w:spacing w:after="0"/>
        <w:rPr>
          <w:b/>
          <w:szCs w:val="20"/>
          <w:lang w:val="bg-BG"/>
        </w:rPr>
      </w:pPr>
    </w:p>
    <w:p w14:paraId="3B9E147E" w14:textId="77777777" w:rsidR="009A53EE" w:rsidRPr="00107E3E" w:rsidRDefault="009A53EE" w:rsidP="00354F38">
      <w:pPr>
        <w:spacing w:after="0"/>
        <w:rPr>
          <w:b/>
          <w:szCs w:val="20"/>
          <w:lang w:val="bg-BG"/>
        </w:rPr>
      </w:pPr>
    </w:p>
    <w:p w14:paraId="2487FF2B" w14:textId="641A3A94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X. ЗДРАВЕ, БЕЗОПАСНОСТ И ПРЕВЕНЦИЯ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75"/>
        <w:gridCol w:w="4989"/>
        <w:gridCol w:w="1701"/>
        <w:gridCol w:w="2608"/>
      </w:tblGrid>
      <w:tr w:rsidR="002A75BC" w:rsidRPr="00107E3E" w14:paraId="77778422" w14:textId="77777777">
        <w:trPr>
          <w:jc w:val="center"/>
        </w:trPr>
        <w:tc>
          <w:tcPr>
            <w:tcW w:w="397" w:type="dxa"/>
            <w:shd w:val="clear" w:color="auto" w:fill="D9EAD3"/>
            <w:vAlign w:val="center"/>
          </w:tcPr>
          <w:p w14:paraId="1054E24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4989" w:type="dxa"/>
            <w:shd w:val="clear" w:color="auto" w:fill="D9EAD3"/>
            <w:vAlign w:val="center"/>
          </w:tcPr>
          <w:p w14:paraId="237882A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Дейност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6137F1A4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Срок</w:t>
            </w:r>
          </w:p>
        </w:tc>
        <w:tc>
          <w:tcPr>
            <w:tcW w:w="2608" w:type="dxa"/>
            <w:shd w:val="clear" w:color="auto" w:fill="D9EAD3"/>
            <w:vAlign w:val="center"/>
          </w:tcPr>
          <w:p w14:paraId="3A3DFF4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Отговорници</w:t>
            </w:r>
          </w:p>
        </w:tc>
      </w:tr>
      <w:tr w:rsidR="002A75BC" w:rsidRPr="00107E3E" w14:paraId="5BCBD723" w14:textId="77777777">
        <w:trPr>
          <w:jc w:val="center"/>
        </w:trPr>
        <w:tc>
          <w:tcPr>
            <w:tcW w:w="397" w:type="dxa"/>
            <w:vAlign w:val="center"/>
          </w:tcPr>
          <w:p w14:paraId="3F150CC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1.</w:t>
            </w:r>
          </w:p>
        </w:tc>
        <w:tc>
          <w:tcPr>
            <w:tcW w:w="4989" w:type="dxa"/>
            <w:vAlign w:val="center"/>
          </w:tcPr>
          <w:p w14:paraId="25981506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Ежедневен контрол на здравословното състояние и хигиенните условия.</w:t>
            </w:r>
          </w:p>
        </w:tc>
        <w:tc>
          <w:tcPr>
            <w:tcW w:w="1701" w:type="dxa"/>
            <w:vAlign w:val="center"/>
          </w:tcPr>
          <w:p w14:paraId="566B3BC7" w14:textId="1AC565C9" w:rsidR="002A75BC" w:rsidRPr="00107E3E" w:rsidRDefault="00354F38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Ежедневно</w:t>
            </w:r>
            <w:proofErr w:type="spellEnd"/>
          </w:p>
        </w:tc>
        <w:tc>
          <w:tcPr>
            <w:tcW w:w="2608" w:type="dxa"/>
            <w:vAlign w:val="center"/>
          </w:tcPr>
          <w:p w14:paraId="6AE12EC3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Медицински специалисти; персонал</w:t>
            </w:r>
          </w:p>
        </w:tc>
      </w:tr>
      <w:tr w:rsidR="002A75BC" w:rsidRPr="00107E3E" w14:paraId="29C0F709" w14:textId="77777777">
        <w:trPr>
          <w:jc w:val="center"/>
        </w:trPr>
        <w:tc>
          <w:tcPr>
            <w:tcW w:w="397" w:type="dxa"/>
            <w:vAlign w:val="center"/>
          </w:tcPr>
          <w:p w14:paraId="360953EC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lastRenderedPageBreak/>
              <w:t>2.</w:t>
            </w:r>
          </w:p>
        </w:tc>
        <w:tc>
          <w:tcPr>
            <w:tcW w:w="4989" w:type="dxa"/>
            <w:vAlign w:val="center"/>
          </w:tcPr>
          <w:p w14:paraId="1EE56864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Контрол на храненето, менюто и спазването на здравните изисквания.</w:t>
            </w:r>
          </w:p>
        </w:tc>
        <w:tc>
          <w:tcPr>
            <w:tcW w:w="1701" w:type="dxa"/>
            <w:vAlign w:val="center"/>
          </w:tcPr>
          <w:p w14:paraId="61E28E21" w14:textId="7044FDDC" w:rsidR="002A75BC" w:rsidRPr="00107E3E" w:rsidRDefault="00354F38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Постоянен</w:t>
            </w:r>
            <w:proofErr w:type="spellEnd"/>
          </w:p>
        </w:tc>
        <w:tc>
          <w:tcPr>
            <w:tcW w:w="2608" w:type="dxa"/>
            <w:vAlign w:val="center"/>
          </w:tcPr>
          <w:p w14:paraId="4B7384F8" w14:textId="5A865A19" w:rsidR="002A75BC" w:rsidRPr="00107E3E" w:rsidRDefault="00000000" w:rsidP="00107E3E">
            <w:pPr>
              <w:rPr>
                <w:szCs w:val="20"/>
              </w:rPr>
            </w:pPr>
            <w:proofErr w:type="spellStart"/>
            <w:proofErr w:type="gramStart"/>
            <w:r w:rsidRPr="00107E3E">
              <w:rPr>
                <w:szCs w:val="20"/>
              </w:rPr>
              <w:t>Директор;медицински</w:t>
            </w:r>
            <w:proofErr w:type="spellEnd"/>
            <w:proofErr w:type="gram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специалисти</w:t>
            </w:r>
            <w:proofErr w:type="spellEnd"/>
          </w:p>
        </w:tc>
      </w:tr>
      <w:tr w:rsidR="002A75BC" w:rsidRPr="00107E3E" w14:paraId="78024847" w14:textId="77777777">
        <w:trPr>
          <w:jc w:val="center"/>
        </w:trPr>
        <w:tc>
          <w:tcPr>
            <w:tcW w:w="397" w:type="dxa"/>
            <w:vAlign w:val="center"/>
          </w:tcPr>
          <w:p w14:paraId="6AD1DF0C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3.</w:t>
            </w:r>
          </w:p>
        </w:tc>
        <w:tc>
          <w:tcPr>
            <w:tcW w:w="4989" w:type="dxa"/>
            <w:vAlign w:val="center"/>
          </w:tcPr>
          <w:p w14:paraId="1066B3D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Инструктажи на персонала по безопасност и здраве при работа.</w:t>
            </w:r>
          </w:p>
        </w:tc>
        <w:tc>
          <w:tcPr>
            <w:tcW w:w="1701" w:type="dxa"/>
            <w:vAlign w:val="center"/>
          </w:tcPr>
          <w:p w14:paraId="4F0E08E9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 график</w:t>
            </w:r>
          </w:p>
        </w:tc>
        <w:tc>
          <w:tcPr>
            <w:tcW w:w="2608" w:type="dxa"/>
            <w:vAlign w:val="center"/>
          </w:tcPr>
          <w:p w14:paraId="6878A942" w14:textId="0FB20FBC" w:rsidR="002A75BC" w:rsidRPr="00107E3E" w:rsidRDefault="009A53EE" w:rsidP="00107E3E">
            <w:pPr>
              <w:rPr>
                <w:szCs w:val="20"/>
              </w:rPr>
            </w:pPr>
            <w:r>
              <w:rPr>
                <w:szCs w:val="20"/>
                <w:lang w:val="bg-BG"/>
              </w:rPr>
              <w:t>О</w:t>
            </w:r>
            <w:proofErr w:type="spellStart"/>
            <w:r w:rsidRPr="00107E3E">
              <w:rPr>
                <w:szCs w:val="20"/>
              </w:rPr>
              <w:t>пределени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длъжностни</w:t>
            </w:r>
            <w:proofErr w:type="spellEnd"/>
            <w:r w:rsidRPr="00107E3E">
              <w:rPr>
                <w:szCs w:val="20"/>
              </w:rPr>
              <w:t xml:space="preserve"> </w:t>
            </w:r>
            <w:proofErr w:type="spellStart"/>
            <w:r w:rsidRPr="00107E3E">
              <w:rPr>
                <w:szCs w:val="20"/>
              </w:rPr>
              <w:t>лица</w:t>
            </w:r>
            <w:proofErr w:type="spellEnd"/>
          </w:p>
        </w:tc>
      </w:tr>
      <w:tr w:rsidR="002A75BC" w:rsidRPr="00107E3E" w14:paraId="3248FA1F" w14:textId="77777777">
        <w:trPr>
          <w:jc w:val="center"/>
        </w:trPr>
        <w:tc>
          <w:tcPr>
            <w:tcW w:w="397" w:type="dxa"/>
            <w:vAlign w:val="center"/>
          </w:tcPr>
          <w:p w14:paraId="0A9BBCF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4.</w:t>
            </w:r>
          </w:p>
        </w:tc>
        <w:tc>
          <w:tcPr>
            <w:tcW w:w="4989" w:type="dxa"/>
            <w:vAlign w:val="center"/>
          </w:tcPr>
          <w:p w14:paraId="13AC0175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Провеждане на учебни евакуации и действия при бедствия, аварии и пожари.</w:t>
            </w:r>
          </w:p>
        </w:tc>
        <w:tc>
          <w:tcPr>
            <w:tcW w:w="1701" w:type="dxa"/>
            <w:vAlign w:val="center"/>
          </w:tcPr>
          <w:p w14:paraId="48C096C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 утвърден график</w:t>
            </w:r>
          </w:p>
        </w:tc>
        <w:tc>
          <w:tcPr>
            <w:tcW w:w="2608" w:type="dxa"/>
            <w:vAlign w:val="center"/>
          </w:tcPr>
          <w:p w14:paraId="1F664A9C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Комисия/отговорни длъжностни лица</w:t>
            </w:r>
          </w:p>
        </w:tc>
      </w:tr>
      <w:tr w:rsidR="002A75BC" w:rsidRPr="00107E3E" w14:paraId="70AB9839" w14:textId="77777777">
        <w:trPr>
          <w:jc w:val="center"/>
        </w:trPr>
        <w:tc>
          <w:tcPr>
            <w:tcW w:w="397" w:type="dxa"/>
            <w:vAlign w:val="center"/>
          </w:tcPr>
          <w:p w14:paraId="34B03AA0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5.</w:t>
            </w:r>
          </w:p>
        </w:tc>
        <w:tc>
          <w:tcPr>
            <w:tcW w:w="4989" w:type="dxa"/>
            <w:vAlign w:val="center"/>
          </w:tcPr>
          <w:p w14:paraId="67C5CAE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Дейности по безопасност на движението по пътищата.</w:t>
            </w:r>
          </w:p>
        </w:tc>
        <w:tc>
          <w:tcPr>
            <w:tcW w:w="1701" w:type="dxa"/>
            <w:vAlign w:val="center"/>
          </w:tcPr>
          <w:p w14:paraId="2A06551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 годишния план по БДП</w:t>
            </w:r>
          </w:p>
        </w:tc>
        <w:tc>
          <w:tcPr>
            <w:tcW w:w="2608" w:type="dxa"/>
            <w:vAlign w:val="center"/>
          </w:tcPr>
          <w:p w14:paraId="4FFB244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Комисия по БДП; учители</w:t>
            </w:r>
          </w:p>
        </w:tc>
      </w:tr>
      <w:tr w:rsidR="002A75BC" w:rsidRPr="00107E3E" w14:paraId="3672D874" w14:textId="77777777">
        <w:trPr>
          <w:jc w:val="center"/>
        </w:trPr>
        <w:tc>
          <w:tcPr>
            <w:tcW w:w="397" w:type="dxa"/>
            <w:vAlign w:val="center"/>
          </w:tcPr>
          <w:p w14:paraId="01FBBA26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6.</w:t>
            </w:r>
          </w:p>
        </w:tc>
        <w:tc>
          <w:tcPr>
            <w:tcW w:w="4989" w:type="dxa"/>
            <w:vAlign w:val="center"/>
          </w:tcPr>
          <w:p w14:paraId="3120E599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Превенция на насилието, тормоза и рисковото поведение; своевременна реакция при сигнал.</w:t>
            </w:r>
          </w:p>
        </w:tc>
        <w:tc>
          <w:tcPr>
            <w:tcW w:w="1701" w:type="dxa"/>
            <w:vAlign w:val="center"/>
          </w:tcPr>
          <w:p w14:paraId="5614F55A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2608" w:type="dxa"/>
            <w:vAlign w:val="center"/>
          </w:tcPr>
          <w:p w14:paraId="7D155535" w14:textId="23E8F0F0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szCs w:val="20"/>
              </w:rPr>
              <w:t>Дирек</w:t>
            </w:r>
            <w:proofErr w:type="spellEnd"/>
            <w:r w:rsidR="009A53EE">
              <w:rPr>
                <w:szCs w:val="20"/>
                <w:lang w:val="bg-BG"/>
              </w:rPr>
              <w:t xml:space="preserve">тор, </w:t>
            </w:r>
            <w:proofErr w:type="spellStart"/>
            <w:r w:rsidR="009A53EE">
              <w:rPr>
                <w:szCs w:val="20"/>
                <w:lang w:val="bg-BG"/>
              </w:rPr>
              <w:t>здуд</w:t>
            </w:r>
            <w:proofErr w:type="spellEnd"/>
            <w:r w:rsidR="009A53EE">
              <w:rPr>
                <w:szCs w:val="20"/>
                <w:lang w:val="bg-BG"/>
              </w:rPr>
              <w:t>,</w:t>
            </w:r>
            <w:r w:rsidRPr="00107E3E">
              <w:rPr>
                <w:szCs w:val="20"/>
              </w:rPr>
              <w:t xml:space="preserve"> педагогически специалисти</w:t>
            </w:r>
          </w:p>
        </w:tc>
      </w:tr>
      <w:tr w:rsidR="002A75BC" w:rsidRPr="00107E3E" w14:paraId="5BDF4AFC" w14:textId="77777777">
        <w:trPr>
          <w:jc w:val="center"/>
        </w:trPr>
        <w:tc>
          <w:tcPr>
            <w:tcW w:w="397" w:type="dxa"/>
            <w:vAlign w:val="center"/>
          </w:tcPr>
          <w:p w14:paraId="6EE699E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7.</w:t>
            </w:r>
          </w:p>
        </w:tc>
        <w:tc>
          <w:tcPr>
            <w:tcW w:w="4989" w:type="dxa"/>
            <w:vAlign w:val="center"/>
          </w:tcPr>
          <w:p w14:paraId="1FAB22D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Поддържане на безопасни дворове, площадки, помещения и съоръжения.</w:t>
            </w:r>
          </w:p>
        </w:tc>
        <w:tc>
          <w:tcPr>
            <w:tcW w:w="1701" w:type="dxa"/>
            <w:vAlign w:val="center"/>
          </w:tcPr>
          <w:p w14:paraId="03653A2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постоянен</w:t>
            </w:r>
          </w:p>
        </w:tc>
        <w:tc>
          <w:tcPr>
            <w:tcW w:w="2608" w:type="dxa"/>
            <w:vAlign w:val="center"/>
          </w:tcPr>
          <w:p w14:paraId="5D7490AE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Директор; отговорни длъжностни лица</w:t>
            </w:r>
          </w:p>
        </w:tc>
      </w:tr>
    </w:tbl>
    <w:p w14:paraId="70697A53" w14:textId="77777777" w:rsidR="009A53EE" w:rsidRDefault="009A53EE" w:rsidP="00107E3E">
      <w:pPr>
        <w:spacing w:after="0"/>
        <w:jc w:val="center"/>
        <w:rPr>
          <w:b/>
          <w:szCs w:val="20"/>
          <w:lang w:val="bg-BG"/>
        </w:rPr>
      </w:pPr>
    </w:p>
    <w:p w14:paraId="5E76D5DC" w14:textId="77777777" w:rsidR="009A53EE" w:rsidRDefault="009A53EE" w:rsidP="00107E3E">
      <w:pPr>
        <w:spacing w:after="0"/>
        <w:jc w:val="center"/>
        <w:rPr>
          <w:b/>
          <w:szCs w:val="20"/>
          <w:lang w:val="bg-BG"/>
        </w:rPr>
      </w:pPr>
    </w:p>
    <w:p w14:paraId="204C9558" w14:textId="1986ABBB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XI. КОНТРОЛНА ДЕЙНОСТ НА ДИРЕКТОРА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75"/>
        <w:gridCol w:w="7370"/>
        <w:gridCol w:w="1701"/>
      </w:tblGrid>
      <w:tr w:rsidR="002A75BC" w:rsidRPr="00107E3E" w14:paraId="41FFA2A3" w14:textId="77777777">
        <w:trPr>
          <w:jc w:val="center"/>
        </w:trPr>
        <w:tc>
          <w:tcPr>
            <w:tcW w:w="397" w:type="dxa"/>
            <w:shd w:val="clear" w:color="auto" w:fill="D9EAD3"/>
            <w:vAlign w:val="center"/>
          </w:tcPr>
          <w:p w14:paraId="350A04B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7370" w:type="dxa"/>
            <w:shd w:val="clear" w:color="auto" w:fill="D9EAD3"/>
            <w:vAlign w:val="center"/>
          </w:tcPr>
          <w:p w14:paraId="5C64DA9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Обект на контрол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2421DBF2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Срок</w:t>
            </w:r>
          </w:p>
        </w:tc>
      </w:tr>
      <w:tr w:rsidR="002A75BC" w:rsidRPr="009A53EE" w14:paraId="72606C86" w14:textId="77777777">
        <w:trPr>
          <w:jc w:val="center"/>
        </w:trPr>
        <w:tc>
          <w:tcPr>
            <w:tcW w:w="397" w:type="dxa"/>
            <w:vAlign w:val="center"/>
          </w:tcPr>
          <w:p w14:paraId="070F2B3F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1.</w:t>
            </w:r>
          </w:p>
        </w:tc>
        <w:tc>
          <w:tcPr>
            <w:tcW w:w="7370" w:type="dxa"/>
            <w:vAlign w:val="center"/>
          </w:tcPr>
          <w:p w14:paraId="6BFAD62B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Тематичен и текущ контрол на педагогическата дейност и организацията на образователния процес.</w:t>
            </w:r>
          </w:p>
        </w:tc>
        <w:tc>
          <w:tcPr>
            <w:tcW w:w="1701" w:type="dxa"/>
            <w:vAlign w:val="center"/>
          </w:tcPr>
          <w:p w14:paraId="10F71800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постоянен</w:t>
            </w:r>
          </w:p>
        </w:tc>
      </w:tr>
      <w:tr w:rsidR="002A75BC" w:rsidRPr="009A53EE" w14:paraId="4558CA69" w14:textId="77777777">
        <w:trPr>
          <w:jc w:val="center"/>
        </w:trPr>
        <w:tc>
          <w:tcPr>
            <w:tcW w:w="397" w:type="dxa"/>
            <w:vAlign w:val="center"/>
          </w:tcPr>
          <w:p w14:paraId="7830372E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2.</w:t>
            </w:r>
          </w:p>
        </w:tc>
        <w:tc>
          <w:tcPr>
            <w:tcW w:w="7370" w:type="dxa"/>
            <w:vAlign w:val="center"/>
          </w:tcPr>
          <w:p w14:paraId="6CC1CC21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Контрол на документацията, планирането, проследяването на постиженията и работата по подкрепа.</w:t>
            </w:r>
          </w:p>
        </w:tc>
        <w:tc>
          <w:tcPr>
            <w:tcW w:w="1701" w:type="dxa"/>
            <w:vAlign w:val="center"/>
          </w:tcPr>
          <w:p w14:paraId="61C107E5" w14:textId="53C5E853" w:rsidR="002A75BC" w:rsidRPr="009A53EE" w:rsidRDefault="00000000" w:rsidP="009A53EE">
            <w:pPr>
              <w:rPr>
                <w:szCs w:val="20"/>
              </w:rPr>
            </w:pPr>
            <w:proofErr w:type="spellStart"/>
            <w:r w:rsidRPr="009A53EE">
              <w:rPr>
                <w:szCs w:val="20"/>
              </w:rPr>
              <w:t>график</w:t>
            </w:r>
            <w:proofErr w:type="spellEnd"/>
          </w:p>
        </w:tc>
      </w:tr>
      <w:tr w:rsidR="002A75BC" w:rsidRPr="009A53EE" w14:paraId="7EE5D777" w14:textId="77777777">
        <w:trPr>
          <w:jc w:val="center"/>
        </w:trPr>
        <w:tc>
          <w:tcPr>
            <w:tcW w:w="397" w:type="dxa"/>
            <w:vAlign w:val="center"/>
          </w:tcPr>
          <w:p w14:paraId="7A59FF66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3.</w:t>
            </w:r>
          </w:p>
        </w:tc>
        <w:tc>
          <w:tcPr>
            <w:tcW w:w="7370" w:type="dxa"/>
            <w:vAlign w:val="center"/>
          </w:tcPr>
          <w:p w14:paraId="69A7E36A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Контрол по спазване на трудовата дисциплина, вътрешните правила и длъжностните задължения.</w:t>
            </w:r>
          </w:p>
        </w:tc>
        <w:tc>
          <w:tcPr>
            <w:tcW w:w="1701" w:type="dxa"/>
            <w:vAlign w:val="center"/>
          </w:tcPr>
          <w:p w14:paraId="68CC40FB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постоянен</w:t>
            </w:r>
          </w:p>
        </w:tc>
      </w:tr>
      <w:tr w:rsidR="002A75BC" w:rsidRPr="009A53EE" w14:paraId="3E94D543" w14:textId="77777777">
        <w:trPr>
          <w:jc w:val="center"/>
        </w:trPr>
        <w:tc>
          <w:tcPr>
            <w:tcW w:w="397" w:type="dxa"/>
            <w:vAlign w:val="center"/>
          </w:tcPr>
          <w:p w14:paraId="5287DADA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4.</w:t>
            </w:r>
          </w:p>
        </w:tc>
        <w:tc>
          <w:tcPr>
            <w:tcW w:w="7370" w:type="dxa"/>
            <w:vAlign w:val="center"/>
          </w:tcPr>
          <w:p w14:paraId="40E3C951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Контрол на безопасността, здравните изисквания, храненето и материалната база.</w:t>
            </w:r>
          </w:p>
        </w:tc>
        <w:tc>
          <w:tcPr>
            <w:tcW w:w="1701" w:type="dxa"/>
            <w:vAlign w:val="center"/>
          </w:tcPr>
          <w:p w14:paraId="7DAF0662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постоянен</w:t>
            </w:r>
          </w:p>
        </w:tc>
      </w:tr>
      <w:tr w:rsidR="002A75BC" w:rsidRPr="009A53EE" w14:paraId="1D87AE04" w14:textId="77777777">
        <w:trPr>
          <w:jc w:val="center"/>
        </w:trPr>
        <w:tc>
          <w:tcPr>
            <w:tcW w:w="397" w:type="dxa"/>
            <w:vAlign w:val="center"/>
          </w:tcPr>
          <w:p w14:paraId="6EC64853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5.</w:t>
            </w:r>
          </w:p>
        </w:tc>
        <w:tc>
          <w:tcPr>
            <w:tcW w:w="7370" w:type="dxa"/>
            <w:vAlign w:val="center"/>
          </w:tcPr>
          <w:p w14:paraId="47D181F3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Проследяване изпълнението на решенията на педагогическия съвет и заповедите на директора.</w:t>
            </w:r>
          </w:p>
        </w:tc>
        <w:tc>
          <w:tcPr>
            <w:tcW w:w="1701" w:type="dxa"/>
            <w:vAlign w:val="center"/>
          </w:tcPr>
          <w:p w14:paraId="4B733366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постоянен</w:t>
            </w:r>
          </w:p>
        </w:tc>
      </w:tr>
      <w:tr w:rsidR="002A75BC" w:rsidRPr="009A53EE" w14:paraId="651F6AF3" w14:textId="77777777">
        <w:trPr>
          <w:jc w:val="center"/>
        </w:trPr>
        <w:tc>
          <w:tcPr>
            <w:tcW w:w="397" w:type="dxa"/>
            <w:vAlign w:val="center"/>
          </w:tcPr>
          <w:p w14:paraId="792BA0BF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6.</w:t>
            </w:r>
          </w:p>
        </w:tc>
        <w:tc>
          <w:tcPr>
            <w:tcW w:w="7370" w:type="dxa"/>
            <w:vAlign w:val="center"/>
          </w:tcPr>
          <w:p w14:paraId="19C2C2AA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Анализ на резултатите от контролната дейност и предприемане на коригиращи мерки.</w:t>
            </w:r>
          </w:p>
        </w:tc>
        <w:tc>
          <w:tcPr>
            <w:tcW w:w="1701" w:type="dxa"/>
            <w:vAlign w:val="center"/>
          </w:tcPr>
          <w:p w14:paraId="5FB2B039" w14:textId="77777777" w:rsidR="002A75BC" w:rsidRPr="009A53EE" w:rsidRDefault="00000000" w:rsidP="009A53EE">
            <w:pPr>
              <w:rPr>
                <w:szCs w:val="20"/>
              </w:rPr>
            </w:pPr>
            <w:r w:rsidRPr="009A53EE">
              <w:rPr>
                <w:szCs w:val="20"/>
              </w:rPr>
              <w:t>периодично</w:t>
            </w:r>
          </w:p>
        </w:tc>
      </w:tr>
    </w:tbl>
    <w:p w14:paraId="1CE6EC09" w14:textId="77777777" w:rsidR="009A53EE" w:rsidRPr="009A53EE" w:rsidRDefault="009A53EE" w:rsidP="009A53EE">
      <w:pPr>
        <w:spacing w:after="0"/>
        <w:jc w:val="center"/>
        <w:rPr>
          <w:b/>
          <w:szCs w:val="20"/>
          <w:lang w:val="bg-BG"/>
        </w:rPr>
      </w:pPr>
    </w:p>
    <w:p w14:paraId="48B0A0E0" w14:textId="77777777" w:rsidR="009A53EE" w:rsidRDefault="009A53EE" w:rsidP="009A53EE">
      <w:pPr>
        <w:spacing w:after="0"/>
        <w:jc w:val="center"/>
        <w:rPr>
          <w:b/>
          <w:szCs w:val="20"/>
        </w:rPr>
      </w:pPr>
    </w:p>
    <w:p w14:paraId="2E5C6639" w14:textId="77777777" w:rsidR="008A0D57" w:rsidRDefault="008A0D57" w:rsidP="009A53EE">
      <w:pPr>
        <w:spacing w:after="0"/>
        <w:jc w:val="center"/>
        <w:rPr>
          <w:b/>
          <w:szCs w:val="20"/>
        </w:rPr>
      </w:pPr>
    </w:p>
    <w:p w14:paraId="5288A559" w14:textId="77777777" w:rsidR="008A0D57" w:rsidRDefault="008A0D57" w:rsidP="009A53EE">
      <w:pPr>
        <w:spacing w:after="0"/>
        <w:jc w:val="center"/>
        <w:rPr>
          <w:b/>
          <w:szCs w:val="20"/>
        </w:rPr>
      </w:pPr>
    </w:p>
    <w:p w14:paraId="20196EEF" w14:textId="77777777" w:rsidR="008A0D57" w:rsidRDefault="008A0D57" w:rsidP="009A53EE">
      <w:pPr>
        <w:spacing w:after="0"/>
        <w:jc w:val="center"/>
        <w:rPr>
          <w:b/>
          <w:szCs w:val="20"/>
        </w:rPr>
      </w:pPr>
    </w:p>
    <w:p w14:paraId="4074347C" w14:textId="77777777" w:rsidR="008A0D57" w:rsidRDefault="008A0D57" w:rsidP="009A53EE">
      <w:pPr>
        <w:spacing w:after="0"/>
        <w:jc w:val="center"/>
        <w:rPr>
          <w:b/>
          <w:szCs w:val="20"/>
        </w:rPr>
      </w:pPr>
    </w:p>
    <w:p w14:paraId="4EBA40BA" w14:textId="77777777" w:rsidR="008A0D57" w:rsidRPr="008A0D57" w:rsidRDefault="008A0D57" w:rsidP="009A53EE">
      <w:pPr>
        <w:spacing w:after="0"/>
        <w:jc w:val="center"/>
        <w:rPr>
          <w:b/>
          <w:szCs w:val="20"/>
        </w:rPr>
      </w:pPr>
    </w:p>
    <w:p w14:paraId="27584EB3" w14:textId="77777777" w:rsidR="002B1107" w:rsidRDefault="002B1107" w:rsidP="009A53EE">
      <w:pPr>
        <w:spacing w:after="0"/>
        <w:jc w:val="center"/>
        <w:rPr>
          <w:b/>
          <w:szCs w:val="20"/>
          <w:lang w:val="bg-BG"/>
        </w:rPr>
      </w:pPr>
    </w:p>
    <w:p w14:paraId="213C30A7" w14:textId="77777777" w:rsidR="002B1107" w:rsidRPr="009A53EE" w:rsidRDefault="002B1107" w:rsidP="009A53EE">
      <w:pPr>
        <w:spacing w:after="0"/>
        <w:jc w:val="center"/>
        <w:rPr>
          <w:b/>
          <w:szCs w:val="20"/>
          <w:lang w:val="bg-BG"/>
        </w:rPr>
      </w:pPr>
    </w:p>
    <w:p w14:paraId="0156C9DE" w14:textId="61F9D6C1" w:rsidR="002A75BC" w:rsidRPr="009A53EE" w:rsidRDefault="00000000" w:rsidP="009A53EE">
      <w:pPr>
        <w:spacing w:after="0"/>
        <w:jc w:val="center"/>
        <w:rPr>
          <w:szCs w:val="20"/>
        </w:rPr>
      </w:pPr>
      <w:r w:rsidRPr="009A53EE">
        <w:rPr>
          <w:b/>
          <w:szCs w:val="20"/>
        </w:rPr>
        <w:lastRenderedPageBreak/>
        <w:t>XII. КУЛТУРЕН И ИНСТИТУЦИОНАЛЕН КАЛЕНДАР</w:t>
      </w:r>
    </w:p>
    <w:tbl>
      <w:tblPr>
        <w:tblStyle w:val="aff2"/>
        <w:tblW w:w="10243" w:type="dxa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2697"/>
        <w:gridCol w:w="1871"/>
        <w:gridCol w:w="6"/>
      </w:tblGrid>
      <w:tr w:rsidR="00E17BAF" w:rsidRPr="00E17BAF" w14:paraId="17C3681C" w14:textId="77777777" w:rsidTr="002B1107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E1B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869FF29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ДЕЙНОСТ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E1B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56E9FEF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ОТГОВОРНИК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E1B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FA7E13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СРОК</w:t>
            </w:r>
          </w:p>
        </w:tc>
      </w:tr>
      <w:tr w:rsidR="00E17BAF" w:rsidRPr="00E17BAF" w14:paraId="7924CC53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7DBF68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СЕПТЕМВРИ</w:t>
            </w:r>
          </w:p>
        </w:tc>
      </w:tr>
      <w:tr w:rsidR="00E17BAF" w:rsidRPr="00E17BAF" w14:paraId="1348644C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BF7A4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безопасността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движението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пътищата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3C3900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ЗДУД,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79FF69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14–18.09.2026 г.</w:t>
            </w:r>
          </w:p>
        </w:tc>
      </w:tr>
      <w:tr w:rsidR="00E17BAF" w:rsidRPr="00E17BAF" w14:paraId="252ACBEB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B3C628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Откриване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учебната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година</w:t>
            </w:r>
            <w:proofErr w:type="spellEnd"/>
            <w:r w:rsidRPr="00E17BAF">
              <w:rPr>
                <w:bCs/>
                <w:szCs w:val="20"/>
              </w:rPr>
              <w:t xml:space="preserve">. </w:t>
            </w:r>
            <w:proofErr w:type="spellStart"/>
            <w:r w:rsidRPr="00E17BAF">
              <w:rPr>
                <w:bCs/>
                <w:szCs w:val="20"/>
              </w:rPr>
              <w:t>Театрална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постановка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9D4B6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ЗДУД,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B62B79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15.09.2026 г.</w:t>
            </w:r>
          </w:p>
        </w:tc>
      </w:tr>
      <w:tr w:rsidR="00E17BAF" w:rsidRPr="00E17BAF" w14:paraId="1EF5BEFB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5DDAD97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Международен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мира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597509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6EBCBC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21.09.2026 г.</w:t>
            </w:r>
          </w:p>
        </w:tc>
      </w:tr>
      <w:tr w:rsidR="00E17BAF" w:rsidRPr="00E17BAF" w14:paraId="4318D970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AC584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независимостта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България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2C4A03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43762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22.09.2026 г.</w:t>
            </w:r>
          </w:p>
        </w:tc>
      </w:tr>
      <w:tr w:rsidR="00E17BAF" w:rsidRPr="00E17BAF" w14:paraId="0B1A92B8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4FB68A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ОКТОМВРИ</w:t>
            </w:r>
          </w:p>
        </w:tc>
      </w:tr>
      <w:tr w:rsidR="00E17BAF" w:rsidRPr="00E17BAF" w14:paraId="5604C826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57B545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Международен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музиката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760647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7FB7D5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01.10.2026 г.</w:t>
            </w:r>
          </w:p>
        </w:tc>
      </w:tr>
      <w:tr w:rsidR="00E17BAF" w:rsidRPr="00E17BAF" w14:paraId="4B258C0E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07F4D92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Световен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усмивката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ECFA5D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F1B0897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02.10.2026 г.</w:t>
            </w:r>
          </w:p>
        </w:tc>
      </w:tr>
      <w:tr w:rsidR="00E17BAF" w:rsidRPr="00E17BAF" w14:paraId="31F1F3A6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7AD105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Световен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учителя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B1A826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E8C930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05.10.2026 г.</w:t>
            </w:r>
          </w:p>
        </w:tc>
      </w:tr>
      <w:tr w:rsidR="00E17BAF" w:rsidRPr="00E17BAF" w14:paraId="7DE1B981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1CFB4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БДП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4E18434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A998074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12–16.10.2026 г.</w:t>
            </w:r>
          </w:p>
        </w:tc>
      </w:tr>
      <w:tr w:rsidR="00E17BAF" w:rsidRPr="00E17BAF" w14:paraId="50AB6A54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796821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четенето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40ACDA2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7F88A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19–23.10.2026 г.</w:t>
            </w:r>
          </w:p>
        </w:tc>
      </w:tr>
      <w:tr w:rsidR="00E17BAF" w:rsidRPr="00E17BAF" w14:paraId="35F845E7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1B00BD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НОЕМВРИ</w:t>
            </w:r>
          </w:p>
        </w:tc>
      </w:tr>
      <w:tr w:rsidR="00E17BAF" w:rsidRPr="00E17BAF" w14:paraId="20D5554A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09E7055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народните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будители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948364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584ED6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01.11.2026 г.</w:t>
            </w:r>
          </w:p>
        </w:tc>
      </w:tr>
      <w:tr w:rsidR="00E17BAF" w:rsidRPr="00E17BAF" w14:paraId="002F0E64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335C0C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Световен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добротата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031D51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2C950D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13.11.2026 г.</w:t>
            </w:r>
          </w:p>
        </w:tc>
      </w:tr>
      <w:tr w:rsidR="00E17BAF" w:rsidRPr="00E17BAF" w14:paraId="18FD4AAD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847D45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християнското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семейство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6A9FF6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B87215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16–20.11.2026 г.</w:t>
            </w:r>
          </w:p>
        </w:tc>
      </w:tr>
      <w:tr w:rsidR="00E17BAF" w:rsidRPr="00E17BAF" w14:paraId="0925F309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26876B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ДЕКЕМВРИ</w:t>
            </w:r>
          </w:p>
        </w:tc>
      </w:tr>
      <w:tr w:rsidR="00E17BAF" w:rsidRPr="00E17BAF" w14:paraId="534B557B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E9479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Никулден</w:t>
            </w:r>
            <w:proofErr w:type="spellEnd"/>
            <w:r w:rsidRPr="00E17BAF">
              <w:rPr>
                <w:bCs/>
                <w:szCs w:val="20"/>
              </w:rPr>
              <w:t xml:space="preserve"> – </w:t>
            </w:r>
            <w:proofErr w:type="spellStart"/>
            <w:r w:rsidRPr="00E17BAF">
              <w:rPr>
                <w:bCs/>
                <w:szCs w:val="20"/>
              </w:rPr>
              <w:t>тематични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дейности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36CED0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4CD4E8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01–04.12.2026 г.</w:t>
            </w:r>
          </w:p>
        </w:tc>
      </w:tr>
      <w:tr w:rsidR="00E17BAF" w:rsidRPr="00E17BAF" w14:paraId="1F808F89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1B3CD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Среща</w:t>
            </w:r>
            <w:proofErr w:type="spellEnd"/>
            <w:r w:rsidRPr="00E17BAF">
              <w:rPr>
                <w:bCs/>
                <w:szCs w:val="20"/>
              </w:rPr>
              <w:t xml:space="preserve"> с </w:t>
            </w:r>
            <w:proofErr w:type="spellStart"/>
            <w:r w:rsidRPr="00E17BAF">
              <w:rPr>
                <w:bCs/>
                <w:szCs w:val="20"/>
              </w:rPr>
              <w:t>представители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пожарната</w:t>
            </w:r>
            <w:proofErr w:type="spellEnd"/>
            <w:r w:rsidRPr="00E17BAF">
              <w:rPr>
                <w:bCs/>
                <w:szCs w:val="20"/>
              </w:rPr>
              <w:t>/ОДМВР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FA69F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ЗДУД,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0C0CCE1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07–11.12.2026 г.</w:t>
            </w:r>
          </w:p>
        </w:tc>
      </w:tr>
      <w:tr w:rsidR="00E17BAF" w:rsidRPr="00E17BAF" w14:paraId="18C73590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0F2C4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Коледни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работилници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B233BE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BE9E2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07–11.12.2026 г.</w:t>
            </w:r>
          </w:p>
        </w:tc>
      </w:tr>
      <w:tr w:rsidR="00E17BAF" w:rsidRPr="00E17BAF" w14:paraId="6B5CD992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D5E898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lastRenderedPageBreak/>
              <w:t>Коледен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благотворителен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базар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CF3DC4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81386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14–23.12.2026 г.</w:t>
            </w:r>
          </w:p>
        </w:tc>
      </w:tr>
      <w:tr w:rsidR="00E17BAF" w:rsidRPr="00E17BAF" w14:paraId="5ACAE719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413AB4D" w14:textId="77777777" w:rsidR="00E17BAF" w:rsidRPr="00E17BAF" w:rsidRDefault="00E17BAF" w:rsidP="00E17BAF">
            <w:pPr>
              <w:jc w:val="center"/>
              <w:rPr>
                <w:bCs/>
                <w:szCs w:val="20"/>
                <w:lang w:val="bg-BG"/>
              </w:rPr>
            </w:pPr>
            <w:r w:rsidRPr="00E17BAF">
              <w:rPr>
                <w:bCs/>
                <w:szCs w:val="20"/>
                <w:lang w:val="bg-BG"/>
              </w:rPr>
              <w:t>К</w:t>
            </w:r>
            <w:proofErr w:type="spellStart"/>
            <w:r w:rsidRPr="00E17BAF">
              <w:rPr>
                <w:bCs/>
                <w:szCs w:val="20"/>
              </w:rPr>
              <w:t>оледни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тържества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  <w:r w:rsidRPr="00E17BAF">
              <w:rPr>
                <w:bCs/>
                <w:szCs w:val="20"/>
                <w:lang w:val="bg-BG"/>
              </w:rPr>
              <w:t>/общо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19F8D26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0F6E56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14–23.12.2026 г.</w:t>
            </w:r>
          </w:p>
        </w:tc>
      </w:tr>
      <w:tr w:rsidR="00E17BAF" w:rsidRPr="00E17BAF" w14:paraId="55E3E36E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1085A5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ЯНУАРИ</w:t>
            </w:r>
          </w:p>
        </w:tc>
      </w:tr>
      <w:tr w:rsidR="00E17BAF" w:rsidRPr="00E17BAF" w14:paraId="361F6957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98E0A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бащата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DEF63D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D74FD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18–22.01.2027 г.</w:t>
            </w:r>
          </w:p>
        </w:tc>
      </w:tr>
      <w:tr w:rsidR="00E17BAF" w:rsidRPr="00E17BAF" w14:paraId="4D695CFF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18EDD8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ФЕВРУАРИ</w:t>
            </w:r>
          </w:p>
        </w:tc>
      </w:tr>
      <w:tr w:rsidR="00E17BAF" w:rsidRPr="00E17BAF" w14:paraId="79B606F5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E218145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добрите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дела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691DB7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9A5D3A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08–12.02.2027 г.</w:t>
            </w:r>
          </w:p>
        </w:tc>
      </w:tr>
      <w:tr w:rsidR="00E17BAF" w:rsidRPr="00E17BAF" w14:paraId="614AAE62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735DBE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приятелството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8428409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AD039E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14.02.2027 г.</w:t>
            </w:r>
          </w:p>
        </w:tc>
      </w:tr>
      <w:tr w:rsidR="00E17BAF" w:rsidRPr="00E17BAF" w14:paraId="5A145371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910C06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„</w:t>
            </w:r>
            <w:proofErr w:type="spellStart"/>
            <w:r w:rsidRPr="00E17BAF">
              <w:rPr>
                <w:bCs/>
                <w:szCs w:val="20"/>
              </w:rPr>
              <w:t>Поклон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пред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gramStart"/>
            <w:r w:rsidRPr="00E17BAF">
              <w:rPr>
                <w:bCs/>
                <w:szCs w:val="20"/>
              </w:rPr>
              <w:t>Апостола“</w:t>
            </w:r>
            <w:proofErr w:type="gram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2B2820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533AA2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18.02.2027 г.</w:t>
            </w:r>
          </w:p>
        </w:tc>
      </w:tr>
      <w:tr w:rsidR="00E17BAF" w:rsidRPr="00E17BAF" w14:paraId="67FBD8E0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8D200D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здравето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767247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A0AB62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22–26.02.2027 г.</w:t>
            </w:r>
          </w:p>
        </w:tc>
      </w:tr>
      <w:tr w:rsidR="00E17BAF" w:rsidRPr="00E17BAF" w14:paraId="1F218BF1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BC053B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МАРТ</w:t>
            </w:r>
          </w:p>
        </w:tc>
      </w:tr>
      <w:tr w:rsidR="00E17BAF" w:rsidRPr="00E17BAF" w14:paraId="58E65A72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502586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Баба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Марта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06DFB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C1E11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01.03.2027 г.</w:t>
            </w:r>
          </w:p>
        </w:tc>
      </w:tr>
      <w:tr w:rsidR="00E17BAF" w:rsidRPr="00E17BAF" w14:paraId="532E8E71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28AEB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Национален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празник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Република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България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BC47501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AC99A3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03.03.2027 г.</w:t>
            </w:r>
          </w:p>
        </w:tc>
      </w:tr>
      <w:tr w:rsidR="00E17BAF" w:rsidRPr="00E17BAF" w14:paraId="397B3479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1B6A21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„</w:t>
            </w:r>
            <w:proofErr w:type="spellStart"/>
            <w:r w:rsidRPr="00E17BAF">
              <w:rPr>
                <w:bCs/>
                <w:szCs w:val="20"/>
              </w:rPr>
              <w:t>Празник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за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proofErr w:type="gramStart"/>
            <w:r w:rsidRPr="00E17BAF">
              <w:rPr>
                <w:bCs/>
                <w:szCs w:val="20"/>
              </w:rPr>
              <w:t>мама</w:t>
            </w:r>
            <w:proofErr w:type="spellEnd"/>
            <w:r w:rsidRPr="00E17BAF">
              <w:rPr>
                <w:bCs/>
                <w:szCs w:val="20"/>
              </w:rPr>
              <w:t>“ –</w:t>
            </w:r>
            <w:proofErr w:type="gram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тържества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2C34F1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BE6D7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08.03.2027 г.</w:t>
            </w:r>
          </w:p>
        </w:tc>
      </w:tr>
      <w:tr w:rsidR="00E17BAF" w:rsidRPr="00E17BAF" w14:paraId="202AD2FA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98CB31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Посрещане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пролетта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EB7EA5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0A6201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19–23.03.2027 г.</w:t>
            </w:r>
          </w:p>
        </w:tc>
      </w:tr>
      <w:tr w:rsidR="00E17BAF" w:rsidRPr="00E17BAF" w14:paraId="4EF56A06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5EC7D84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Световен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водата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97E95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AE0D91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22.03.2027 г.</w:t>
            </w:r>
          </w:p>
        </w:tc>
      </w:tr>
      <w:tr w:rsidR="00E17BAF" w:rsidRPr="00E17BAF" w14:paraId="540D9162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7F14F35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Международен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театъра</w:t>
            </w:r>
            <w:proofErr w:type="spellEnd"/>
            <w:r w:rsidRPr="00E17BAF">
              <w:rPr>
                <w:bCs/>
                <w:szCs w:val="20"/>
              </w:rPr>
              <w:t xml:space="preserve"> – </w:t>
            </w:r>
            <w:proofErr w:type="spellStart"/>
            <w:r w:rsidRPr="00E17BAF">
              <w:rPr>
                <w:bCs/>
                <w:szCs w:val="20"/>
              </w:rPr>
              <w:t>театрална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постановка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F7874B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ЗДУД,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22E08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27.03.2027 г.</w:t>
            </w:r>
          </w:p>
        </w:tc>
      </w:tr>
      <w:tr w:rsidR="00E17BAF" w:rsidRPr="00E17BAF" w14:paraId="4E610548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78F48B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Пролетен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концерт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EE5BF2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EE3A5E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30.03.2027 г.</w:t>
            </w:r>
          </w:p>
        </w:tc>
      </w:tr>
      <w:tr w:rsidR="00E17BAF" w:rsidRPr="00E17BAF" w14:paraId="5C321CCA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147DFC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АПРИЛ</w:t>
            </w:r>
          </w:p>
        </w:tc>
      </w:tr>
      <w:tr w:rsidR="00E17BAF" w:rsidRPr="00E17BAF" w14:paraId="10118643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9874F1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Международен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детската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книга</w:t>
            </w:r>
            <w:proofErr w:type="spellEnd"/>
            <w:r w:rsidRPr="00E17BAF">
              <w:rPr>
                <w:bCs/>
                <w:szCs w:val="20"/>
              </w:rPr>
              <w:t xml:space="preserve"> – Х. К. </w:t>
            </w:r>
            <w:proofErr w:type="spellStart"/>
            <w:r w:rsidRPr="00E17BAF">
              <w:rPr>
                <w:bCs/>
                <w:szCs w:val="20"/>
              </w:rPr>
              <w:t>Андерсен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F314A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66C33F1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02.04.2027 г.</w:t>
            </w:r>
          </w:p>
        </w:tc>
      </w:tr>
      <w:tr w:rsidR="00E17BAF" w:rsidRPr="00E17BAF" w14:paraId="5EEF1015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58666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lastRenderedPageBreak/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Земята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95E0BE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7FBB8D9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19–23.04.2027 г.</w:t>
            </w:r>
          </w:p>
        </w:tc>
      </w:tr>
      <w:tr w:rsidR="00E17BAF" w:rsidRPr="00E17BAF" w14:paraId="568DE216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48D8C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Великденски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работилници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9B0703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0CE548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22–27.04.2027 г.</w:t>
            </w:r>
          </w:p>
        </w:tc>
      </w:tr>
      <w:tr w:rsidR="00E17BAF" w:rsidRPr="00E17BAF" w14:paraId="4B86FCB7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C27496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Великденска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благотворителна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изложба-базар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A388F80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родители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6E5DE1E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28–30.04.2027 г.</w:t>
            </w:r>
          </w:p>
        </w:tc>
      </w:tr>
      <w:tr w:rsidR="00E17BAF" w:rsidRPr="00E17BAF" w14:paraId="55319B1C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99CDD4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Международен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танца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B79ED3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F8E67D1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29.04.2027 г.</w:t>
            </w:r>
          </w:p>
        </w:tc>
      </w:tr>
      <w:tr w:rsidR="00E17BAF" w:rsidRPr="00E17BAF" w14:paraId="22429E6D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18675F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МАЙ</w:t>
            </w:r>
          </w:p>
        </w:tc>
      </w:tr>
      <w:tr w:rsidR="00E17BAF" w:rsidRPr="00E17BAF" w14:paraId="32039A4A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0C4794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Европа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C6CEBFD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9A60B1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09.05.2027 г.</w:t>
            </w:r>
          </w:p>
        </w:tc>
      </w:tr>
      <w:tr w:rsidR="00E17BAF" w:rsidRPr="00E17BAF" w14:paraId="3DF48A52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42E02C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Засаждане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цветя</w:t>
            </w:r>
            <w:proofErr w:type="spellEnd"/>
            <w:r w:rsidRPr="00E17BAF">
              <w:rPr>
                <w:bCs/>
                <w:szCs w:val="20"/>
              </w:rPr>
              <w:t xml:space="preserve"> и </w:t>
            </w:r>
            <w:proofErr w:type="spellStart"/>
            <w:r w:rsidRPr="00E17BAF">
              <w:rPr>
                <w:bCs/>
                <w:szCs w:val="20"/>
              </w:rPr>
              <w:t>дръвчета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39EE946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26814D9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10–12.05.2027 г.</w:t>
            </w:r>
          </w:p>
        </w:tc>
      </w:tr>
      <w:tr w:rsidR="00E17BAF" w:rsidRPr="00E17BAF" w14:paraId="03CEE633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96B3C2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Седмица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БДП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1F0D374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ECF710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17–21.05.2027 г.</w:t>
            </w:r>
          </w:p>
        </w:tc>
      </w:tr>
      <w:tr w:rsidR="00E17BAF" w:rsidRPr="00E17BAF" w14:paraId="4202764D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361EDA6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светите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братя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Кирил</w:t>
            </w:r>
            <w:proofErr w:type="spellEnd"/>
            <w:r w:rsidRPr="00E17BAF">
              <w:rPr>
                <w:bCs/>
                <w:szCs w:val="20"/>
              </w:rPr>
              <w:t xml:space="preserve"> и </w:t>
            </w:r>
            <w:proofErr w:type="spellStart"/>
            <w:r w:rsidRPr="00E17BAF">
              <w:rPr>
                <w:bCs/>
                <w:szCs w:val="20"/>
              </w:rPr>
              <w:t>Методий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българската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азбука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просвета</w:t>
            </w:r>
            <w:proofErr w:type="spellEnd"/>
            <w:r w:rsidRPr="00E17BAF">
              <w:rPr>
                <w:bCs/>
                <w:szCs w:val="20"/>
              </w:rPr>
              <w:t xml:space="preserve"> и </w:t>
            </w:r>
            <w:proofErr w:type="spellStart"/>
            <w:r w:rsidRPr="00E17BAF">
              <w:rPr>
                <w:bCs/>
                <w:szCs w:val="20"/>
              </w:rPr>
              <w:t>култура</w:t>
            </w:r>
            <w:proofErr w:type="spellEnd"/>
            <w:r w:rsidRPr="00E17BAF">
              <w:rPr>
                <w:bCs/>
                <w:szCs w:val="20"/>
              </w:rPr>
              <w:t xml:space="preserve"> и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славянската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книжовност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EE6B8D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ЗДУД,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  <w:r w:rsidRPr="00E17BAF">
              <w:rPr>
                <w:bCs/>
                <w:szCs w:val="20"/>
              </w:rPr>
              <w:t xml:space="preserve">, </w:t>
            </w:r>
            <w:proofErr w:type="spellStart"/>
            <w:r w:rsidRPr="00E17BAF">
              <w:rPr>
                <w:bCs/>
                <w:szCs w:val="20"/>
              </w:rPr>
              <w:t>родители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44E118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24.05.2027 г.</w:t>
            </w:r>
          </w:p>
        </w:tc>
      </w:tr>
      <w:tr w:rsidR="00E17BAF" w:rsidRPr="00E17BAF" w14:paraId="58B140A5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3814C26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Спортен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празник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2534863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00CDE1A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26.05.2027 г.</w:t>
            </w:r>
          </w:p>
        </w:tc>
      </w:tr>
      <w:tr w:rsidR="00E17BAF" w:rsidRPr="00E17BAF" w14:paraId="4ADAB3A8" w14:textId="77777777" w:rsidTr="00E17BAF">
        <w:trPr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09D26F" w14:textId="77777777" w:rsidR="00E17BAF" w:rsidRPr="00E17BAF" w:rsidRDefault="00E17BAF" w:rsidP="00E17BAF">
            <w:pPr>
              <w:jc w:val="center"/>
              <w:rPr>
                <w:b/>
                <w:szCs w:val="20"/>
              </w:rPr>
            </w:pPr>
            <w:r w:rsidRPr="00E17BAF">
              <w:rPr>
                <w:b/>
                <w:szCs w:val="20"/>
              </w:rPr>
              <w:t>ЮНИ</w:t>
            </w:r>
          </w:p>
        </w:tc>
      </w:tr>
      <w:tr w:rsidR="00E17BAF" w:rsidRPr="00E17BAF" w14:paraId="27BB30D9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32B0AE0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Международен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детето</w:t>
            </w:r>
            <w:proofErr w:type="spellEnd"/>
            <w:r w:rsidRPr="00E17BAF">
              <w:rPr>
                <w:bCs/>
                <w:szCs w:val="20"/>
              </w:rPr>
              <w:t xml:space="preserve"> / </w:t>
            </w:r>
            <w:proofErr w:type="spellStart"/>
            <w:r w:rsidRPr="00E17BAF">
              <w:rPr>
                <w:bCs/>
                <w:szCs w:val="20"/>
              </w:rPr>
              <w:t>Рожден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ден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ДГ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54CFADB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Директор</w:t>
            </w:r>
            <w:proofErr w:type="spellEnd"/>
            <w:r w:rsidRPr="00E17BAF">
              <w:rPr>
                <w:bCs/>
                <w:szCs w:val="20"/>
              </w:rPr>
              <w:t xml:space="preserve">, ЗДУД, </w:t>
            </w: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5408856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01.06.2027 г.</w:t>
            </w:r>
          </w:p>
        </w:tc>
      </w:tr>
      <w:tr w:rsidR="00E17BAF" w:rsidRPr="00E17BAF" w14:paraId="11CD1CC7" w14:textId="77777777" w:rsidTr="00E17BAF">
        <w:trPr>
          <w:gridAfter w:val="1"/>
          <w:wAfter w:w="6" w:type="dxa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34DB3FF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Изпращане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на</w:t>
            </w:r>
            <w:proofErr w:type="spellEnd"/>
            <w:r w:rsidRPr="00E17BAF">
              <w:rPr>
                <w:bCs/>
                <w:szCs w:val="20"/>
              </w:rPr>
              <w:t xml:space="preserve"> IV </w:t>
            </w:r>
            <w:proofErr w:type="spellStart"/>
            <w:r w:rsidRPr="00E17BAF">
              <w:rPr>
                <w:bCs/>
                <w:szCs w:val="20"/>
              </w:rPr>
              <w:t>подготвителни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6FF1C32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proofErr w:type="spellStart"/>
            <w:r w:rsidRPr="00E17BAF">
              <w:rPr>
                <w:bCs/>
                <w:szCs w:val="20"/>
              </w:rPr>
              <w:t>Учители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по</w:t>
            </w:r>
            <w:proofErr w:type="spellEnd"/>
            <w:r w:rsidRPr="00E17BAF">
              <w:rPr>
                <w:bCs/>
                <w:szCs w:val="20"/>
              </w:rPr>
              <w:t xml:space="preserve"> </w:t>
            </w:r>
            <w:proofErr w:type="spellStart"/>
            <w:r w:rsidRPr="00E17BAF">
              <w:rPr>
                <w:bCs/>
                <w:szCs w:val="20"/>
              </w:rPr>
              <w:t>групи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E98CD8" w14:textId="77777777" w:rsidR="00E17BAF" w:rsidRPr="00E17BAF" w:rsidRDefault="00E17BAF" w:rsidP="00E17BAF">
            <w:pPr>
              <w:jc w:val="center"/>
              <w:rPr>
                <w:bCs/>
                <w:szCs w:val="20"/>
              </w:rPr>
            </w:pPr>
            <w:r w:rsidRPr="00E17BAF">
              <w:rPr>
                <w:bCs/>
                <w:szCs w:val="20"/>
              </w:rPr>
              <w:t>02.06.2027 г.</w:t>
            </w:r>
          </w:p>
        </w:tc>
      </w:tr>
    </w:tbl>
    <w:p w14:paraId="38A70FA6" w14:textId="77777777" w:rsidR="00EB0A01" w:rsidRDefault="00EB0A01" w:rsidP="00E17BAF">
      <w:pPr>
        <w:spacing w:after="0"/>
        <w:jc w:val="center"/>
        <w:rPr>
          <w:bCs/>
          <w:szCs w:val="20"/>
          <w:lang w:val="bg-BG"/>
        </w:rPr>
      </w:pPr>
    </w:p>
    <w:p w14:paraId="04D5BDC3" w14:textId="278BC8E7" w:rsidR="00E17BAF" w:rsidRPr="00E17BAF" w:rsidRDefault="00E17BAF" w:rsidP="00E17BAF">
      <w:pPr>
        <w:spacing w:after="0"/>
        <w:jc w:val="center"/>
        <w:rPr>
          <w:bCs/>
          <w:szCs w:val="20"/>
        </w:rPr>
      </w:pPr>
      <w:proofErr w:type="spellStart"/>
      <w:r w:rsidRPr="00E17BAF">
        <w:rPr>
          <w:bCs/>
          <w:szCs w:val="20"/>
        </w:rPr>
        <w:t>Забележка</w:t>
      </w:r>
      <w:proofErr w:type="spellEnd"/>
      <w:r w:rsidRPr="00E17BAF">
        <w:rPr>
          <w:bCs/>
          <w:szCs w:val="20"/>
        </w:rPr>
        <w:t xml:space="preserve">: </w:t>
      </w:r>
      <w:proofErr w:type="spellStart"/>
      <w:r w:rsidRPr="00E17BAF">
        <w:rPr>
          <w:bCs/>
          <w:szCs w:val="20"/>
        </w:rPr>
        <w:t>Календарът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има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отворен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характер</w:t>
      </w:r>
      <w:proofErr w:type="spellEnd"/>
      <w:r w:rsidRPr="00E17BAF">
        <w:rPr>
          <w:bCs/>
          <w:szCs w:val="20"/>
        </w:rPr>
        <w:t xml:space="preserve"> и </w:t>
      </w:r>
      <w:proofErr w:type="spellStart"/>
      <w:r w:rsidRPr="00E17BAF">
        <w:rPr>
          <w:bCs/>
          <w:szCs w:val="20"/>
        </w:rPr>
        <w:t>може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да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бъде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допълван</w:t>
      </w:r>
      <w:proofErr w:type="spellEnd"/>
      <w:r w:rsidRPr="00E17BAF">
        <w:rPr>
          <w:bCs/>
          <w:szCs w:val="20"/>
        </w:rPr>
        <w:t xml:space="preserve"> и </w:t>
      </w:r>
      <w:proofErr w:type="spellStart"/>
      <w:r w:rsidRPr="00E17BAF">
        <w:rPr>
          <w:bCs/>
          <w:szCs w:val="20"/>
        </w:rPr>
        <w:t>актуализиран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през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учебната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година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съобразно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възникнали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инициативи</w:t>
      </w:r>
      <w:proofErr w:type="spellEnd"/>
      <w:r w:rsidRPr="00E17BAF">
        <w:rPr>
          <w:bCs/>
          <w:szCs w:val="20"/>
        </w:rPr>
        <w:t xml:space="preserve"> и </w:t>
      </w:r>
      <w:proofErr w:type="spellStart"/>
      <w:r w:rsidRPr="00E17BAF">
        <w:rPr>
          <w:bCs/>
          <w:szCs w:val="20"/>
        </w:rPr>
        <w:t>конкретната</w:t>
      </w:r>
      <w:proofErr w:type="spellEnd"/>
      <w:r w:rsidRPr="00E17BAF">
        <w:rPr>
          <w:bCs/>
          <w:szCs w:val="20"/>
        </w:rPr>
        <w:t xml:space="preserve"> </w:t>
      </w:r>
      <w:proofErr w:type="spellStart"/>
      <w:r w:rsidRPr="00E17BAF">
        <w:rPr>
          <w:bCs/>
          <w:szCs w:val="20"/>
        </w:rPr>
        <w:t>организация</w:t>
      </w:r>
      <w:proofErr w:type="spellEnd"/>
      <w:r w:rsidRPr="00E17BAF">
        <w:rPr>
          <w:bCs/>
          <w:szCs w:val="20"/>
        </w:rPr>
        <w:t xml:space="preserve"> на </w:t>
      </w:r>
      <w:proofErr w:type="spellStart"/>
      <w:r w:rsidRPr="00E17BAF">
        <w:rPr>
          <w:bCs/>
          <w:szCs w:val="20"/>
        </w:rPr>
        <w:t>работа</w:t>
      </w:r>
      <w:proofErr w:type="spellEnd"/>
      <w:r w:rsidRPr="00E17BAF">
        <w:rPr>
          <w:bCs/>
          <w:szCs w:val="20"/>
        </w:rPr>
        <w:t>.</w:t>
      </w:r>
    </w:p>
    <w:p w14:paraId="1D0DB315" w14:textId="77777777" w:rsidR="00E17BAF" w:rsidRDefault="00E17BAF" w:rsidP="00FA3B0A">
      <w:pPr>
        <w:spacing w:after="0"/>
        <w:rPr>
          <w:b/>
          <w:szCs w:val="20"/>
          <w:lang w:val="bg-BG"/>
        </w:rPr>
      </w:pPr>
    </w:p>
    <w:p w14:paraId="270612D9" w14:textId="77777777" w:rsidR="00102FA9" w:rsidRDefault="00102FA9" w:rsidP="00FA3B0A">
      <w:pPr>
        <w:spacing w:after="0"/>
        <w:rPr>
          <w:b/>
          <w:szCs w:val="20"/>
          <w:lang w:val="bg-BG"/>
        </w:rPr>
      </w:pPr>
    </w:p>
    <w:p w14:paraId="42117243" w14:textId="77777777" w:rsidR="00102FA9" w:rsidRDefault="00102FA9" w:rsidP="00FA3B0A">
      <w:pPr>
        <w:spacing w:after="0"/>
        <w:rPr>
          <w:b/>
          <w:szCs w:val="20"/>
          <w:lang w:val="bg-BG"/>
        </w:rPr>
      </w:pPr>
    </w:p>
    <w:p w14:paraId="27414A93" w14:textId="77777777" w:rsidR="00102FA9" w:rsidRDefault="00102FA9" w:rsidP="00FA3B0A">
      <w:pPr>
        <w:spacing w:after="0"/>
        <w:rPr>
          <w:b/>
          <w:szCs w:val="20"/>
          <w:lang w:val="bg-BG"/>
        </w:rPr>
      </w:pPr>
    </w:p>
    <w:p w14:paraId="30F25BF4" w14:textId="77777777" w:rsidR="00EB0A01" w:rsidRDefault="00EB0A01" w:rsidP="00FA3B0A">
      <w:pPr>
        <w:spacing w:after="0"/>
        <w:rPr>
          <w:b/>
          <w:szCs w:val="20"/>
        </w:rPr>
      </w:pPr>
    </w:p>
    <w:p w14:paraId="16303EF1" w14:textId="77777777" w:rsidR="008A0D57" w:rsidRPr="008A0D57" w:rsidRDefault="008A0D57" w:rsidP="00FA3B0A">
      <w:pPr>
        <w:spacing w:after="0"/>
        <w:rPr>
          <w:b/>
          <w:szCs w:val="20"/>
        </w:rPr>
      </w:pPr>
    </w:p>
    <w:p w14:paraId="11613FB4" w14:textId="77777777" w:rsidR="00EB0A01" w:rsidRDefault="00EB0A01" w:rsidP="00FA3B0A">
      <w:pPr>
        <w:spacing w:after="0"/>
        <w:rPr>
          <w:b/>
          <w:szCs w:val="20"/>
          <w:lang w:val="bg-BG"/>
        </w:rPr>
      </w:pPr>
    </w:p>
    <w:p w14:paraId="5D161556" w14:textId="77777777" w:rsidR="00102FA9" w:rsidRDefault="00102FA9" w:rsidP="00FA3B0A">
      <w:pPr>
        <w:spacing w:after="0"/>
        <w:rPr>
          <w:b/>
          <w:szCs w:val="20"/>
          <w:lang w:val="bg-BG"/>
        </w:rPr>
      </w:pPr>
    </w:p>
    <w:p w14:paraId="07A59B29" w14:textId="1FEC4F85" w:rsidR="00102FA9" w:rsidRDefault="00000000" w:rsidP="00102FA9">
      <w:pPr>
        <w:spacing w:after="0"/>
        <w:jc w:val="center"/>
        <w:rPr>
          <w:b/>
          <w:szCs w:val="20"/>
          <w:lang w:val="bg-BG"/>
        </w:rPr>
      </w:pPr>
      <w:r w:rsidRPr="00107E3E">
        <w:rPr>
          <w:b/>
          <w:szCs w:val="20"/>
        </w:rPr>
        <w:lastRenderedPageBreak/>
        <w:t>XIII. МАТЕРИАЛНО-ТЕХНИЧЕСКА БАЗА И ДИГИТАЛИЗАЦИЯ</w:t>
      </w:r>
    </w:p>
    <w:p w14:paraId="5EB12C5C" w14:textId="77777777" w:rsidR="00102FA9" w:rsidRPr="00102FA9" w:rsidRDefault="00102FA9" w:rsidP="00102FA9">
      <w:pPr>
        <w:spacing w:after="0"/>
        <w:jc w:val="center"/>
        <w:rPr>
          <w:szCs w:val="20"/>
          <w:lang w:val="bg-BG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4408"/>
        <w:gridCol w:w="1843"/>
        <w:gridCol w:w="3592"/>
      </w:tblGrid>
      <w:tr w:rsidR="00102FA9" w:rsidRPr="00102FA9" w14:paraId="4DC86E20" w14:textId="77777777" w:rsidTr="00102FA9">
        <w:trPr>
          <w:tblHeader/>
          <w:tblCellSpacing w:w="15" w:type="dxa"/>
        </w:trPr>
        <w:tc>
          <w:tcPr>
            <w:tcW w:w="0" w:type="auto"/>
            <w:shd w:val="clear" w:color="auto" w:fill="CDE1B5"/>
            <w:vAlign w:val="center"/>
            <w:hideMark/>
          </w:tcPr>
          <w:p w14:paraId="76B1E3D2" w14:textId="77777777" w:rsidR="00102FA9" w:rsidRPr="00102FA9" w:rsidRDefault="00102FA9" w:rsidP="00102FA9">
            <w:pPr>
              <w:spacing w:after="0"/>
              <w:ind w:left="283" w:hanging="170"/>
              <w:rPr>
                <w:b/>
                <w:bCs/>
                <w:szCs w:val="20"/>
                <w:lang w:val="bg-BG"/>
              </w:rPr>
            </w:pPr>
            <w:r w:rsidRPr="00102FA9">
              <w:rPr>
                <w:b/>
                <w:bCs/>
                <w:szCs w:val="20"/>
                <w:lang w:val="bg-BG"/>
              </w:rPr>
              <w:t>№</w:t>
            </w:r>
          </w:p>
        </w:tc>
        <w:tc>
          <w:tcPr>
            <w:tcW w:w="4378" w:type="dxa"/>
            <w:shd w:val="clear" w:color="auto" w:fill="CDE1B5"/>
            <w:vAlign w:val="center"/>
            <w:hideMark/>
          </w:tcPr>
          <w:p w14:paraId="217DF44A" w14:textId="77777777" w:rsidR="00102FA9" w:rsidRPr="00102FA9" w:rsidRDefault="00102FA9" w:rsidP="00102FA9">
            <w:pPr>
              <w:spacing w:after="0"/>
              <w:ind w:left="283" w:hanging="170"/>
              <w:rPr>
                <w:b/>
                <w:bCs/>
                <w:szCs w:val="20"/>
                <w:lang w:val="bg-BG"/>
              </w:rPr>
            </w:pPr>
            <w:r w:rsidRPr="00102FA9">
              <w:rPr>
                <w:b/>
                <w:bCs/>
                <w:szCs w:val="20"/>
                <w:lang w:val="bg-BG"/>
              </w:rPr>
              <w:t>Дейност</w:t>
            </w:r>
          </w:p>
        </w:tc>
        <w:tc>
          <w:tcPr>
            <w:tcW w:w="1813" w:type="dxa"/>
            <w:shd w:val="clear" w:color="auto" w:fill="CDE1B5"/>
            <w:vAlign w:val="center"/>
            <w:hideMark/>
          </w:tcPr>
          <w:p w14:paraId="78117E3E" w14:textId="77777777" w:rsidR="00102FA9" w:rsidRPr="00102FA9" w:rsidRDefault="00102FA9" w:rsidP="00102FA9">
            <w:pPr>
              <w:spacing w:after="0"/>
              <w:ind w:left="283" w:hanging="170"/>
              <w:rPr>
                <w:b/>
                <w:bCs/>
                <w:szCs w:val="20"/>
                <w:lang w:val="bg-BG"/>
              </w:rPr>
            </w:pPr>
            <w:r w:rsidRPr="00102FA9">
              <w:rPr>
                <w:b/>
                <w:bCs/>
                <w:szCs w:val="20"/>
                <w:lang w:val="bg-BG"/>
              </w:rPr>
              <w:t>Срок</w:t>
            </w:r>
          </w:p>
        </w:tc>
        <w:tc>
          <w:tcPr>
            <w:tcW w:w="3547" w:type="dxa"/>
            <w:shd w:val="clear" w:color="auto" w:fill="CDE1B5"/>
            <w:vAlign w:val="center"/>
            <w:hideMark/>
          </w:tcPr>
          <w:p w14:paraId="5224F5AD" w14:textId="77777777" w:rsidR="00102FA9" w:rsidRPr="00102FA9" w:rsidRDefault="00102FA9" w:rsidP="00102FA9">
            <w:pPr>
              <w:spacing w:after="0"/>
              <w:ind w:left="283" w:hanging="170"/>
              <w:rPr>
                <w:b/>
                <w:bCs/>
                <w:szCs w:val="20"/>
                <w:lang w:val="bg-BG"/>
              </w:rPr>
            </w:pPr>
            <w:r w:rsidRPr="00102FA9">
              <w:rPr>
                <w:b/>
                <w:bCs/>
                <w:szCs w:val="20"/>
                <w:lang w:val="bg-BG"/>
              </w:rPr>
              <w:t>Отговорници</w:t>
            </w:r>
          </w:p>
        </w:tc>
      </w:tr>
      <w:tr w:rsidR="00102FA9" w:rsidRPr="00102FA9" w14:paraId="000D0C0C" w14:textId="77777777" w:rsidTr="0010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599F8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1.</w:t>
            </w:r>
          </w:p>
        </w:tc>
        <w:tc>
          <w:tcPr>
            <w:tcW w:w="4378" w:type="dxa"/>
            <w:vAlign w:val="center"/>
            <w:hideMark/>
          </w:tcPr>
          <w:p w14:paraId="2C60787E" w14:textId="6126C576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Поддържане на безопасна материално-техническа база и своевременно отстраняване на неизправности.</w:t>
            </w:r>
          </w:p>
        </w:tc>
        <w:tc>
          <w:tcPr>
            <w:tcW w:w="1813" w:type="dxa"/>
            <w:vAlign w:val="center"/>
            <w:hideMark/>
          </w:tcPr>
          <w:p w14:paraId="0BFB327F" w14:textId="64E424B3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Постоянно</w:t>
            </w:r>
          </w:p>
        </w:tc>
        <w:tc>
          <w:tcPr>
            <w:tcW w:w="3547" w:type="dxa"/>
            <w:vAlign w:val="center"/>
            <w:hideMark/>
          </w:tcPr>
          <w:p w14:paraId="3ECCF8DF" w14:textId="2B51188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 xml:space="preserve">Директор; </w:t>
            </w:r>
            <w:r>
              <w:rPr>
                <w:szCs w:val="20"/>
                <w:lang w:val="bg-BG"/>
              </w:rPr>
              <w:t xml:space="preserve">ЗДУД; </w:t>
            </w:r>
            <w:r w:rsidRPr="00102FA9">
              <w:rPr>
                <w:szCs w:val="20"/>
                <w:lang w:val="bg-BG"/>
              </w:rPr>
              <w:t xml:space="preserve">ЗАС; </w:t>
            </w:r>
            <w:r>
              <w:rPr>
                <w:szCs w:val="20"/>
                <w:lang w:val="bg-BG"/>
              </w:rPr>
              <w:t>к</w:t>
            </w:r>
            <w:r w:rsidRPr="00102FA9">
              <w:rPr>
                <w:szCs w:val="20"/>
                <w:lang w:val="bg-BG"/>
              </w:rPr>
              <w:t>омисия по безопасни условия на труд</w:t>
            </w:r>
          </w:p>
        </w:tc>
      </w:tr>
      <w:tr w:rsidR="00102FA9" w:rsidRPr="00102FA9" w14:paraId="77FDD4AF" w14:textId="77777777" w:rsidTr="0010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3E3C8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2.</w:t>
            </w:r>
          </w:p>
        </w:tc>
        <w:tc>
          <w:tcPr>
            <w:tcW w:w="4378" w:type="dxa"/>
            <w:vAlign w:val="center"/>
            <w:hideMark/>
          </w:tcPr>
          <w:p w14:paraId="379624B5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Поетапно обновяване на обзавеждането, техниката и дидактичните материали.</w:t>
            </w:r>
          </w:p>
        </w:tc>
        <w:tc>
          <w:tcPr>
            <w:tcW w:w="1813" w:type="dxa"/>
            <w:vAlign w:val="center"/>
            <w:hideMark/>
          </w:tcPr>
          <w:p w14:paraId="160B0BF7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през учебната година</w:t>
            </w:r>
          </w:p>
        </w:tc>
        <w:tc>
          <w:tcPr>
            <w:tcW w:w="3547" w:type="dxa"/>
            <w:vAlign w:val="center"/>
            <w:hideMark/>
          </w:tcPr>
          <w:p w14:paraId="40D6CCAF" w14:textId="269DDF49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Директор; ЗАС; педагогически специалисти</w:t>
            </w:r>
          </w:p>
        </w:tc>
      </w:tr>
      <w:tr w:rsidR="00102FA9" w:rsidRPr="00102FA9" w14:paraId="2F1A5F1B" w14:textId="77777777" w:rsidTr="0010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52F77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3.</w:t>
            </w:r>
          </w:p>
        </w:tc>
        <w:tc>
          <w:tcPr>
            <w:tcW w:w="4378" w:type="dxa"/>
            <w:vAlign w:val="center"/>
            <w:hideMark/>
          </w:tcPr>
          <w:p w14:paraId="108AC5AB" w14:textId="70CDBA7E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Ефективно използване на наличните интерактивни</w:t>
            </w:r>
            <w:r>
              <w:rPr>
                <w:szCs w:val="20"/>
                <w:lang w:val="bg-BG"/>
              </w:rPr>
              <w:t xml:space="preserve"> </w:t>
            </w:r>
            <w:r w:rsidRPr="00102FA9">
              <w:rPr>
                <w:szCs w:val="20"/>
                <w:lang w:val="bg-BG"/>
              </w:rPr>
              <w:t>средства.</w:t>
            </w:r>
          </w:p>
        </w:tc>
        <w:tc>
          <w:tcPr>
            <w:tcW w:w="1813" w:type="dxa"/>
            <w:vAlign w:val="center"/>
            <w:hideMark/>
          </w:tcPr>
          <w:p w14:paraId="36CDF801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през учебната година</w:t>
            </w:r>
          </w:p>
        </w:tc>
        <w:tc>
          <w:tcPr>
            <w:tcW w:w="3547" w:type="dxa"/>
            <w:vAlign w:val="center"/>
            <w:hideMark/>
          </w:tcPr>
          <w:p w14:paraId="16B011C3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Директор; педагогически специалисти</w:t>
            </w:r>
          </w:p>
        </w:tc>
      </w:tr>
      <w:tr w:rsidR="00102FA9" w:rsidRPr="00102FA9" w14:paraId="167AED6C" w14:textId="77777777" w:rsidTr="0010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F6341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4.</w:t>
            </w:r>
          </w:p>
        </w:tc>
        <w:tc>
          <w:tcPr>
            <w:tcW w:w="4378" w:type="dxa"/>
            <w:vAlign w:val="center"/>
            <w:hideMark/>
          </w:tcPr>
          <w:p w14:paraId="464F834A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Развитие на условията за ресурсна и подкрепяща работа.</w:t>
            </w:r>
          </w:p>
        </w:tc>
        <w:tc>
          <w:tcPr>
            <w:tcW w:w="1813" w:type="dxa"/>
            <w:vAlign w:val="center"/>
            <w:hideMark/>
          </w:tcPr>
          <w:p w14:paraId="736C7D14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през учебната година</w:t>
            </w:r>
          </w:p>
        </w:tc>
        <w:tc>
          <w:tcPr>
            <w:tcW w:w="3547" w:type="dxa"/>
            <w:vAlign w:val="center"/>
            <w:hideMark/>
          </w:tcPr>
          <w:p w14:paraId="2407683F" w14:textId="0CE4312E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 xml:space="preserve">Директор; ресурсен </w:t>
            </w:r>
            <w:proofErr w:type="spellStart"/>
            <w:r w:rsidRPr="00102FA9">
              <w:rPr>
                <w:szCs w:val="20"/>
                <w:lang w:val="bg-BG"/>
              </w:rPr>
              <w:t>учител</w:t>
            </w:r>
            <w:r>
              <w:rPr>
                <w:szCs w:val="20"/>
                <w:lang w:val="bg-BG"/>
              </w:rPr>
              <w:t>к</w:t>
            </w:r>
            <w:proofErr w:type="spellEnd"/>
            <w:r w:rsidRPr="00102FA9">
              <w:rPr>
                <w:szCs w:val="20"/>
                <w:lang w:val="bg-BG"/>
              </w:rPr>
              <w:t xml:space="preserve"> координатор; Комисия по управление на качеството и приобщаващото образование</w:t>
            </w:r>
          </w:p>
        </w:tc>
      </w:tr>
      <w:tr w:rsidR="00102FA9" w:rsidRPr="00102FA9" w14:paraId="55C07064" w14:textId="77777777" w:rsidTr="0010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31557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5.</w:t>
            </w:r>
          </w:p>
        </w:tc>
        <w:tc>
          <w:tcPr>
            <w:tcW w:w="4378" w:type="dxa"/>
            <w:vAlign w:val="center"/>
            <w:hideMark/>
          </w:tcPr>
          <w:p w14:paraId="7C865A8E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Кандидатстване по програми и проекти за подобряване и модернизиране на образователната среда.</w:t>
            </w:r>
          </w:p>
        </w:tc>
        <w:tc>
          <w:tcPr>
            <w:tcW w:w="1813" w:type="dxa"/>
            <w:vAlign w:val="center"/>
            <w:hideMark/>
          </w:tcPr>
          <w:p w14:paraId="494D0361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при възможност</w:t>
            </w:r>
          </w:p>
        </w:tc>
        <w:tc>
          <w:tcPr>
            <w:tcW w:w="3547" w:type="dxa"/>
            <w:vAlign w:val="center"/>
            <w:hideMark/>
          </w:tcPr>
          <w:p w14:paraId="2A877B94" w14:textId="12B0E852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 xml:space="preserve">Директор; </w:t>
            </w:r>
            <w:r>
              <w:rPr>
                <w:szCs w:val="20"/>
                <w:lang w:val="bg-BG"/>
              </w:rPr>
              <w:t>комисия; учители</w:t>
            </w:r>
          </w:p>
        </w:tc>
      </w:tr>
      <w:tr w:rsidR="00102FA9" w:rsidRPr="00102FA9" w14:paraId="40783ED4" w14:textId="77777777" w:rsidTr="0010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4820C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6.</w:t>
            </w:r>
          </w:p>
        </w:tc>
        <w:tc>
          <w:tcPr>
            <w:tcW w:w="4378" w:type="dxa"/>
            <w:vAlign w:val="center"/>
            <w:hideMark/>
          </w:tcPr>
          <w:p w14:paraId="0C1DD869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Поддържане и развитие на дворното пространство и зелените площи.</w:t>
            </w:r>
          </w:p>
        </w:tc>
        <w:tc>
          <w:tcPr>
            <w:tcW w:w="1813" w:type="dxa"/>
            <w:vAlign w:val="center"/>
            <w:hideMark/>
          </w:tcPr>
          <w:p w14:paraId="7003E3A5" w14:textId="77777777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>през учебната година</w:t>
            </w:r>
          </w:p>
        </w:tc>
        <w:tc>
          <w:tcPr>
            <w:tcW w:w="3547" w:type="dxa"/>
            <w:vAlign w:val="center"/>
            <w:hideMark/>
          </w:tcPr>
          <w:p w14:paraId="60413749" w14:textId="08FB79E3" w:rsidR="00102FA9" w:rsidRPr="00102FA9" w:rsidRDefault="00102FA9" w:rsidP="00102FA9">
            <w:pPr>
              <w:spacing w:after="0"/>
              <w:ind w:left="283" w:hanging="170"/>
              <w:rPr>
                <w:szCs w:val="20"/>
                <w:lang w:val="bg-BG"/>
              </w:rPr>
            </w:pPr>
            <w:r w:rsidRPr="00102FA9">
              <w:rPr>
                <w:szCs w:val="20"/>
                <w:lang w:val="bg-BG"/>
              </w:rPr>
              <w:t xml:space="preserve">Директор; </w:t>
            </w:r>
            <w:r>
              <w:rPr>
                <w:szCs w:val="20"/>
                <w:lang w:val="bg-BG"/>
              </w:rPr>
              <w:t xml:space="preserve">ЗДУД; </w:t>
            </w:r>
            <w:r w:rsidRPr="00102FA9">
              <w:rPr>
                <w:szCs w:val="20"/>
                <w:lang w:val="bg-BG"/>
              </w:rPr>
              <w:t>ЗА</w:t>
            </w:r>
            <w:r>
              <w:rPr>
                <w:szCs w:val="20"/>
                <w:lang w:val="bg-BG"/>
              </w:rPr>
              <w:t xml:space="preserve">С; </w:t>
            </w:r>
            <w:r w:rsidRPr="00102FA9">
              <w:rPr>
                <w:szCs w:val="20"/>
                <w:lang w:val="bg-BG"/>
              </w:rPr>
              <w:t>; педагогически и непедагогически персонал</w:t>
            </w:r>
          </w:p>
        </w:tc>
      </w:tr>
    </w:tbl>
    <w:p w14:paraId="723D62BD" w14:textId="77777777" w:rsidR="00FA3B0A" w:rsidRPr="00FA3B0A" w:rsidRDefault="00FA3B0A" w:rsidP="00107E3E">
      <w:pPr>
        <w:spacing w:after="0"/>
        <w:ind w:left="283" w:hanging="170"/>
        <w:rPr>
          <w:szCs w:val="20"/>
          <w:lang w:val="bg-BG"/>
        </w:rPr>
      </w:pPr>
    </w:p>
    <w:p w14:paraId="34681673" w14:textId="77777777" w:rsidR="00134A64" w:rsidRDefault="00134A64" w:rsidP="00107E3E">
      <w:pPr>
        <w:spacing w:after="0"/>
        <w:jc w:val="center"/>
        <w:rPr>
          <w:b/>
          <w:szCs w:val="20"/>
          <w:lang w:val="bg-BG"/>
        </w:rPr>
      </w:pPr>
    </w:p>
    <w:p w14:paraId="7CC5FB48" w14:textId="04185456" w:rsidR="002A75BC" w:rsidRDefault="00000000" w:rsidP="00107E3E">
      <w:pPr>
        <w:spacing w:after="0"/>
        <w:jc w:val="center"/>
        <w:rPr>
          <w:b/>
          <w:szCs w:val="20"/>
          <w:lang w:val="bg-BG"/>
        </w:rPr>
      </w:pPr>
      <w:r w:rsidRPr="00107E3E">
        <w:rPr>
          <w:b/>
          <w:szCs w:val="20"/>
        </w:rPr>
        <w:t>XIV. НАЦИОНАЛНИ ПРОГРАМИ, ПРОЕКТИ И ПАРТНЬОРСТВА</w:t>
      </w:r>
    </w:p>
    <w:p w14:paraId="17FDF122" w14:textId="77777777" w:rsidR="00134A64" w:rsidRPr="00134A64" w:rsidRDefault="00134A64" w:rsidP="00107E3E">
      <w:pPr>
        <w:spacing w:after="0"/>
        <w:jc w:val="center"/>
        <w:rPr>
          <w:szCs w:val="20"/>
          <w:lang w:val="bg-BG"/>
        </w:rPr>
      </w:pPr>
    </w:p>
    <w:p w14:paraId="6DBE7348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sz w:val="20"/>
          <w:szCs w:val="20"/>
        </w:rPr>
        <w:t>ДГ №53 „Слънчево зайче“ активно следи възможностите за участие в национални програми, общински и други проектни процедури, както и в инициативи, насочени към подобряване на образователната среда, безопасността, дигитализацията, управлението на човешките ресурси и устойчивото развитие.</w:t>
      </w:r>
    </w:p>
    <w:p w14:paraId="3E597E54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sz w:val="20"/>
          <w:szCs w:val="20"/>
        </w:rPr>
        <w:t>През учебната 2026/2027 година детската градина участва и развива дейности по следните програми и проекти:</w:t>
      </w:r>
    </w:p>
    <w:p w14:paraId="0A502905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b/>
          <w:bCs/>
          <w:sz w:val="20"/>
          <w:szCs w:val="20"/>
        </w:rPr>
        <w:t xml:space="preserve">• </w:t>
      </w:r>
      <w:r w:rsidRPr="00134A64">
        <w:rPr>
          <w:rStyle w:val="af8"/>
          <w:rFonts w:ascii="Verdana" w:hAnsi="Verdana"/>
          <w:b w:val="0"/>
          <w:bCs w:val="0"/>
          <w:sz w:val="20"/>
          <w:szCs w:val="20"/>
        </w:rPr>
        <w:t>Национална програма „Хубаво е в детската градина“</w:t>
      </w:r>
      <w:r w:rsidRPr="00134A64">
        <w:rPr>
          <w:rFonts w:ascii="Verdana" w:hAnsi="Verdana"/>
          <w:sz w:val="20"/>
          <w:szCs w:val="20"/>
        </w:rPr>
        <w:t xml:space="preserve"> – одобрено участие;</w:t>
      </w:r>
    </w:p>
    <w:p w14:paraId="404269C0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b/>
          <w:bCs/>
          <w:sz w:val="20"/>
          <w:szCs w:val="20"/>
        </w:rPr>
        <w:t xml:space="preserve">• </w:t>
      </w:r>
      <w:r w:rsidRPr="00134A64">
        <w:rPr>
          <w:rStyle w:val="af8"/>
          <w:rFonts w:ascii="Verdana" w:hAnsi="Verdana"/>
          <w:b w:val="0"/>
          <w:bCs w:val="0"/>
          <w:sz w:val="20"/>
          <w:szCs w:val="20"/>
        </w:rPr>
        <w:t>Национална програма „Безопасност на движението по пътищата“</w:t>
      </w:r>
      <w:r w:rsidRPr="00134A64">
        <w:rPr>
          <w:rFonts w:ascii="Verdana" w:hAnsi="Verdana"/>
          <w:sz w:val="20"/>
          <w:szCs w:val="20"/>
        </w:rPr>
        <w:t xml:space="preserve"> – участие в дейности за формиране на знания, умения и култура за безопасно поведение на пътя;</w:t>
      </w:r>
    </w:p>
    <w:p w14:paraId="4EDFC8C9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b/>
          <w:bCs/>
          <w:sz w:val="20"/>
          <w:szCs w:val="20"/>
        </w:rPr>
        <w:t xml:space="preserve">• </w:t>
      </w:r>
      <w:r w:rsidRPr="00134A64">
        <w:rPr>
          <w:rStyle w:val="af8"/>
          <w:rFonts w:ascii="Verdana" w:hAnsi="Verdana"/>
          <w:b w:val="0"/>
          <w:bCs w:val="0"/>
          <w:sz w:val="20"/>
          <w:szCs w:val="20"/>
        </w:rPr>
        <w:t>Национална програма „Оптимизиране на вътрешната структура на персонала“</w:t>
      </w:r>
      <w:r w:rsidRPr="00134A64">
        <w:rPr>
          <w:rFonts w:ascii="Verdana" w:hAnsi="Verdana"/>
          <w:b/>
          <w:bCs/>
          <w:sz w:val="20"/>
          <w:szCs w:val="20"/>
        </w:rPr>
        <w:t xml:space="preserve"> –</w:t>
      </w:r>
      <w:r w:rsidRPr="00134A64">
        <w:rPr>
          <w:rFonts w:ascii="Verdana" w:hAnsi="Verdana"/>
          <w:sz w:val="20"/>
          <w:szCs w:val="20"/>
        </w:rPr>
        <w:t xml:space="preserve"> участие/кандидатстване съобразно условията и потребностите на детската градина;</w:t>
      </w:r>
    </w:p>
    <w:p w14:paraId="7A269F48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b/>
          <w:bCs/>
          <w:sz w:val="20"/>
          <w:szCs w:val="20"/>
        </w:rPr>
        <w:lastRenderedPageBreak/>
        <w:t xml:space="preserve">• </w:t>
      </w:r>
      <w:r w:rsidRPr="00134A64">
        <w:rPr>
          <w:rStyle w:val="af8"/>
          <w:rFonts w:ascii="Verdana" w:hAnsi="Verdana"/>
          <w:b w:val="0"/>
          <w:bCs w:val="0"/>
          <w:sz w:val="20"/>
          <w:szCs w:val="20"/>
        </w:rPr>
        <w:t>програма/проект в областта на информационните и комуникационните технологии (ИКТ)</w:t>
      </w:r>
      <w:r w:rsidRPr="00134A64">
        <w:rPr>
          <w:rFonts w:ascii="Verdana" w:hAnsi="Verdana"/>
          <w:sz w:val="20"/>
          <w:szCs w:val="20"/>
        </w:rPr>
        <w:t xml:space="preserve"> – подадено проектно предложение и очакване на резултат от оценяването;</w:t>
      </w:r>
    </w:p>
    <w:p w14:paraId="36B98C4F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b/>
          <w:bCs/>
          <w:sz w:val="20"/>
          <w:szCs w:val="20"/>
        </w:rPr>
        <w:t xml:space="preserve">• </w:t>
      </w:r>
      <w:r w:rsidRPr="00134A64">
        <w:rPr>
          <w:rStyle w:val="af8"/>
          <w:rFonts w:ascii="Verdana" w:hAnsi="Verdana"/>
          <w:b w:val="0"/>
          <w:bCs w:val="0"/>
          <w:sz w:val="20"/>
          <w:szCs w:val="20"/>
        </w:rPr>
        <w:t>проектно предложение към „Енерго-Про“ за изграждане на соларно осветление в дворното пространство на детската градина</w:t>
      </w:r>
      <w:r w:rsidRPr="00134A64">
        <w:rPr>
          <w:rFonts w:ascii="Verdana" w:hAnsi="Verdana"/>
          <w:b/>
          <w:bCs/>
          <w:sz w:val="20"/>
          <w:szCs w:val="20"/>
        </w:rPr>
        <w:t xml:space="preserve"> </w:t>
      </w:r>
      <w:r w:rsidRPr="00134A64">
        <w:rPr>
          <w:rFonts w:ascii="Verdana" w:hAnsi="Verdana"/>
          <w:sz w:val="20"/>
          <w:szCs w:val="20"/>
        </w:rPr>
        <w:t>– одобрено за финансиране;</w:t>
      </w:r>
    </w:p>
    <w:p w14:paraId="074895FC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sz w:val="20"/>
          <w:szCs w:val="20"/>
        </w:rPr>
        <w:t>• участие и кандидатстване по други национални, общински и европейски програми и проекти при наличие на подходящи възможности и съответствие с потребностите на детската градина.</w:t>
      </w:r>
    </w:p>
    <w:p w14:paraId="712AE572" w14:textId="77777777" w:rsidR="00134A64" w:rsidRPr="00134A64" w:rsidRDefault="00134A64" w:rsidP="00134A64">
      <w:pPr>
        <w:pStyle w:val="affa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134A64">
        <w:rPr>
          <w:rFonts w:ascii="Verdana" w:hAnsi="Verdana"/>
          <w:sz w:val="20"/>
          <w:szCs w:val="20"/>
        </w:rPr>
        <w:t>Партньорствата са насочени към реализиране на образователни, социални, екологични, здравни и културни инициативи, подобряване на материалната и образователната среда и разширяване на възможностите за развитие и подкрепа на децата.</w:t>
      </w:r>
    </w:p>
    <w:p w14:paraId="5DF4928A" w14:textId="77777777" w:rsidR="00134A64" w:rsidRPr="00134A64" w:rsidRDefault="00134A64" w:rsidP="00107E3E">
      <w:pPr>
        <w:spacing w:after="0"/>
        <w:jc w:val="center"/>
        <w:rPr>
          <w:szCs w:val="20"/>
          <w:lang w:val="bg-BG"/>
        </w:rPr>
      </w:pPr>
    </w:p>
    <w:p w14:paraId="372BC1BD" w14:textId="77777777" w:rsidR="00134A64" w:rsidRDefault="00134A64" w:rsidP="00107E3E">
      <w:pPr>
        <w:spacing w:after="0"/>
        <w:jc w:val="center"/>
        <w:rPr>
          <w:szCs w:val="20"/>
          <w:lang w:val="bg-BG"/>
        </w:rPr>
      </w:pPr>
    </w:p>
    <w:p w14:paraId="477F8583" w14:textId="50E5CB93" w:rsidR="002A75BC" w:rsidRPr="00107E3E" w:rsidRDefault="00000000" w:rsidP="00134A64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 xml:space="preserve">XV. РАЗПРЕДЕЛЕНИЕ НА ГРУПИТЕ И ЕКИПИТЕ В ДГ №53 „СЛЪНЧЕВО </w:t>
      </w:r>
      <w:proofErr w:type="gramStart"/>
      <w:r w:rsidRPr="00107E3E">
        <w:rPr>
          <w:b/>
          <w:szCs w:val="20"/>
        </w:rPr>
        <w:t>ЗАЙЧЕ“</w:t>
      </w:r>
      <w:proofErr w:type="gram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2835"/>
      </w:tblGrid>
      <w:tr w:rsidR="002A75BC" w:rsidRPr="00107E3E" w14:paraId="13F8EBA6" w14:textId="77777777" w:rsidTr="00EB0A01">
        <w:trPr>
          <w:jc w:val="center"/>
        </w:trPr>
        <w:tc>
          <w:tcPr>
            <w:tcW w:w="3402" w:type="dxa"/>
            <w:shd w:val="clear" w:color="auto" w:fill="CDE1B5"/>
          </w:tcPr>
          <w:p w14:paraId="0231BEB9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Група</w:t>
            </w:r>
          </w:p>
        </w:tc>
        <w:tc>
          <w:tcPr>
            <w:tcW w:w="3402" w:type="dxa"/>
            <w:shd w:val="clear" w:color="auto" w:fill="CDE1B5"/>
          </w:tcPr>
          <w:p w14:paraId="496E614D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Педагогически екип</w:t>
            </w:r>
          </w:p>
        </w:tc>
        <w:tc>
          <w:tcPr>
            <w:tcW w:w="2835" w:type="dxa"/>
            <w:shd w:val="clear" w:color="auto" w:fill="CDE1B5"/>
          </w:tcPr>
          <w:p w14:paraId="2A97934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Непедагогически персонал</w:t>
            </w:r>
          </w:p>
        </w:tc>
      </w:tr>
      <w:tr w:rsidR="009A3840" w:rsidRPr="00107E3E" w14:paraId="1FD70610" w14:textId="77777777">
        <w:trPr>
          <w:jc w:val="center"/>
        </w:trPr>
        <w:tc>
          <w:tcPr>
            <w:tcW w:w="3402" w:type="dxa"/>
          </w:tcPr>
          <w:p w14:paraId="3741F7FD" w14:textId="7ECB662F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Първа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група</w:t>
            </w:r>
            <w:proofErr w:type="spellEnd"/>
            <w:r w:rsidRPr="00531834">
              <w:t xml:space="preserve"> „</w:t>
            </w:r>
            <w:proofErr w:type="spellStart"/>
            <w:proofErr w:type="gramStart"/>
            <w:r w:rsidRPr="00531834">
              <w:t>Пеперуди</w:t>
            </w:r>
            <w:proofErr w:type="spellEnd"/>
            <w:r w:rsidRPr="00531834">
              <w:t>“</w:t>
            </w:r>
            <w:proofErr w:type="gramEnd"/>
          </w:p>
        </w:tc>
        <w:tc>
          <w:tcPr>
            <w:tcW w:w="3402" w:type="dxa"/>
          </w:tcPr>
          <w:p w14:paraId="6F47C466" w14:textId="77777777" w:rsidR="009A3840" w:rsidRDefault="009A3840" w:rsidP="009A3840">
            <w:pPr>
              <w:rPr>
                <w:lang w:val="bg-BG"/>
              </w:rPr>
            </w:pPr>
            <w:proofErr w:type="spellStart"/>
            <w:r w:rsidRPr="00531834">
              <w:t>Мариета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Йосифова</w:t>
            </w:r>
            <w:proofErr w:type="spellEnd"/>
            <w:r>
              <w:rPr>
                <w:lang w:val="bg-BG"/>
              </w:rPr>
              <w:t>;</w:t>
            </w:r>
          </w:p>
          <w:p w14:paraId="78D37FDF" w14:textId="2989E208" w:rsidR="009A3840" w:rsidRPr="009A3840" w:rsidRDefault="009A3840" w:rsidP="009A3840">
            <w:pPr>
              <w:rPr>
                <w:lang w:val="bg-BG"/>
              </w:rPr>
            </w:pPr>
            <w:r>
              <w:rPr>
                <w:lang w:val="bg-BG"/>
              </w:rPr>
              <w:t>Ралица Йорданова</w:t>
            </w:r>
          </w:p>
        </w:tc>
        <w:tc>
          <w:tcPr>
            <w:tcW w:w="2835" w:type="dxa"/>
          </w:tcPr>
          <w:p w14:paraId="4F5CB5B9" w14:textId="71B505CB" w:rsidR="009A3840" w:rsidRDefault="00086E7A" w:rsidP="00086E7A">
            <w:pPr>
              <w:rPr>
                <w:szCs w:val="20"/>
                <w:lang w:val="bg-BG"/>
              </w:rPr>
            </w:pPr>
            <w:r>
              <w:rPr>
                <w:szCs w:val="20"/>
                <w:lang w:val="bg-BG"/>
              </w:rPr>
              <w:t xml:space="preserve">Марияна - </w:t>
            </w:r>
          </w:p>
          <w:p w14:paraId="64DD7B7B" w14:textId="32B4534C" w:rsidR="00086E7A" w:rsidRPr="00086E7A" w:rsidRDefault="00086E7A" w:rsidP="009A3840">
            <w:pPr>
              <w:rPr>
                <w:szCs w:val="20"/>
                <w:lang w:val="bg-BG"/>
              </w:rPr>
            </w:pPr>
            <w:proofErr w:type="spellStart"/>
            <w:r w:rsidRPr="00531834">
              <w:t>помощник-възпитател</w:t>
            </w:r>
            <w:proofErr w:type="spellEnd"/>
          </w:p>
        </w:tc>
      </w:tr>
      <w:tr w:rsidR="009A3840" w:rsidRPr="00107E3E" w14:paraId="660E82AE" w14:textId="77777777">
        <w:trPr>
          <w:jc w:val="center"/>
        </w:trPr>
        <w:tc>
          <w:tcPr>
            <w:tcW w:w="3402" w:type="dxa"/>
          </w:tcPr>
          <w:p w14:paraId="17104844" w14:textId="6EDD42FD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Втора</w:t>
            </w:r>
            <w:proofErr w:type="spellEnd"/>
            <w:r w:rsidRPr="00531834">
              <w:t xml:space="preserve"> А „</w:t>
            </w:r>
            <w:proofErr w:type="spellStart"/>
            <w:proofErr w:type="gramStart"/>
            <w:r w:rsidRPr="00531834">
              <w:t>Пчеличка</w:t>
            </w:r>
            <w:proofErr w:type="spellEnd"/>
            <w:r w:rsidRPr="00531834">
              <w:t>“</w:t>
            </w:r>
            <w:proofErr w:type="gramEnd"/>
          </w:p>
        </w:tc>
        <w:tc>
          <w:tcPr>
            <w:tcW w:w="3402" w:type="dxa"/>
          </w:tcPr>
          <w:p w14:paraId="66B111DF" w14:textId="0797CD01" w:rsidR="009A3840" w:rsidRPr="009A3840" w:rsidRDefault="009A3840" w:rsidP="009A3840">
            <w:pPr>
              <w:rPr>
                <w:szCs w:val="20"/>
                <w:lang w:val="bg-BG"/>
              </w:rPr>
            </w:pPr>
            <w:proofErr w:type="spellStart"/>
            <w:r w:rsidRPr="00531834">
              <w:t>Пламена</w:t>
            </w:r>
            <w:proofErr w:type="spellEnd"/>
            <w:r w:rsidRPr="00531834">
              <w:t xml:space="preserve"> Атанасова; </w:t>
            </w:r>
            <w:r>
              <w:rPr>
                <w:lang w:val="bg-BG"/>
              </w:rPr>
              <w:t>Десислава Максимова</w:t>
            </w:r>
          </w:p>
        </w:tc>
        <w:tc>
          <w:tcPr>
            <w:tcW w:w="2835" w:type="dxa"/>
          </w:tcPr>
          <w:p w14:paraId="3207888E" w14:textId="343905D9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Симона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Недева</w:t>
            </w:r>
            <w:proofErr w:type="spellEnd"/>
            <w:r w:rsidRPr="00531834">
              <w:t xml:space="preserve"> – </w:t>
            </w:r>
            <w:proofErr w:type="spellStart"/>
            <w:r w:rsidRPr="00531834">
              <w:t>помощник-възпитател</w:t>
            </w:r>
            <w:proofErr w:type="spellEnd"/>
          </w:p>
        </w:tc>
      </w:tr>
      <w:tr w:rsidR="009A3840" w:rsidRPr="00107E3E" w14:paraId="1311A47B" w14:textId="77777777">
        <w:trPr>
          <w:jc w:val="center"/>
        </w:trPr>
        <w:tc>
          <w:tcPr>
            <w:tcW w:w="3402" w:type="dxa"/>
          </w:tcPr>
          <w:p w14:paraId="55B837E8" w14:textId="091781AA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Втора</w:t>
            </w:r>
            <w:proofErr w:type="spellEnd"/>
            <w:r w:rsidRPr="00531834">
              <w:t xml:space="preserve"> Б „</w:t>
            </w:r>
            <w:proofErr w:type="spellStart"/>
            <w:proofErr w:type="gramStart"/>
            <w:r w:rsidRPr="00531834">
              <w:t>Бонбони</w:t>
            </w:r>
            <w:proofErr w:type="spellEnd"/>
            <w:r w:rsidRPr="00531834">
              <w:t>“</w:t>
            </w:r>
            <w:proofErr w:type="gramEnd"/>
          </w:p>
        </w:tc>
        <w:tc>
          <w:tcPr>
            <w:tcW w:w="3402" w:type="dxa"/>
          </w:tcPr>
          <w:p w14:paraId="1F48F177" w14:textId="77777777" w:rsidR="009A3840" w:rsidRDefault="009A3840" w:rsidP="009A3840">
            <w:pPr>
              <w:rPr>
                <w:lang w:val="bg-BG"/>
              </w:rPr>
            </w:pPr>
            <w:proofErr w:type="spellStart"/>
            <w:r w:rsidRPr="00531834">
              <w:t>Гинка</w:t>
            </w:r>
            <w:proofErr w:type="spellEnd"/>
            <w:r w:rsidRPr="00531834">
              <w:t xml:space="preserve"> Йорданова; </w:t>
            </w:r>
          </w:p>
          <w:p w14:paraId="1745B24D" w14:textId="07AD52AA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Илиана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Илиева</w:t>
            </w:r>
            <w:proofErr w:type="spellEnd"/>
          </w:p>
        </w:tc>
        <w:tc>
          <w:tcPr>
            <w:tcW w:w="2835" w:type="dxa"/>
          </w:tcPr>
          <w:p w14:paraId="67D5E07A" w14:textId="509685AA" w:rsidR="009A3840" w:rsidRPr="00107E3E" w:rsidRDefault="009A3840" w:rsidP="009A3840">
            <w:pPr>
              <w:rPr>
                <w:szCs w:val="20"/>
              </w:rPr>
            </w:pPr>
            <w:r>
              <w:rPr>
                <w:lang w:val="bg-BG"/>
              </w:rPr>
              <w:t>Цветослава Колева</w:t>
            </w:r>
            <w:r w:rsidRPr="00531834">
              <w:t xml:space="preserve"> – </w:t>
            </w:r>
            <w:proofErr w:type="spellStart"/>
            <w:r w:rsidRPr="00531834">
              <w:t>помощник-възпитател</w:t>
            </w:r>
            <w:proofErr w:type="spellEnd"/>
          </w:p>
        </w:tc>
      </w:tr>
      <w:tr w:rsidR="009A3840" w:rsidRPr="00107E3E" w14:paraId="4A5F6052" w14:textId="77777777">
        <w:trPr>
          <w:jc w:val="center"/>
        </w:trPr>
        <w:tc>
          <w:tcPr>
            <w:tcW w:w="3402" w:type="dxa"/>
          </w:tcPr>
          <w:p w14:paraId="26DFB556" w14:textId="234CA1E6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Втора</w:t>
            </w:r>
            <w:proofErr w:type="spellEnd"/>
            <w:r w:rsidRPr="00531834">
              <w:t xml:space="preserve"> В „</w:t>
            </w:r>
            <w:proofErr w:type="spellStart"/>
            <w:proofErr w:type="gramStart"/>
            <w:r w:rsidRPr="00531834">
              <w:t>Усмивки</w:t>
            </w:r>
            <w:proofErr w:type="spellEnd"/>
            <w:r w:rsidRPr="00531834">
              <w:t>“</w:t>
            </w:r>
            <w:proofErr w:type="gramEnd"/>
          </w:p>
        </w:tc>
        <w:tc>
          <w:tcPr>
            <w:tcW w:w="3402" w:type="dxa"/>
          </w:tcPr>
          <w:p w14:paraId="3B3C1D67" w14:textId="77777777" w:rsidR="009A3840" w:rsidRDefault="009A3840" w:rsidP="009A3840">
            <w:pPr>
              <w:rPr>
                <w:lang w:val="bg-BG"/>
              </w:rPr>
            </w:pPr>
            <w:proofErr w:type="spellStart"/>
            <w:r w:rsidRPr="00531834">
              <w:t>Ива</w:t>
            </w:r>
            <w:proofErr w:type="spellEnd"/>
            <w:r w:rsidRPr="00531834">
              <w:t xml:space="preserve"> Фотева; </w:t>
            </w:r>
          </w:p>
          <w:p w14:paraId="6F3C75FD" w14:textId="4C64346D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Христина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Василева</w:t>
            </w:r>
            <w:proofErr w:type="spellEnd"/>
          </w:p>
        </w:tc>
        <w:tc>
          <w:tcPr>
            <w:tcW w:w="2835" w:type="dxa"/>
          </w:tcPr>
          <w:p w14:paraId="7D874B44" w14:textId="7E79F600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Галина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Колева</w:t>
            </w:r>
            <w:proofErr w:type="spellEnd"/>
            <w:r w:rsidRPr="00531834">
              <w:t xml:space="preserve"> – </w:t>
            </w:r>
            <w:proofErr w:type="spellStart"/>
            <w:r w:rsidRPr="00531834">
              <w:t>помощник-възпитател</w:t>
            </w:r>
            <w:proofErr w:type="spellEnd"/>
          </w:p>
        </w:tc>
      </w:tr>
      <w:tr w:rsidR="009A3840" w:rsidRPr="00107E3E" w14:paraId="0FE2568F" w14:textId="77777777">
        <w:trPr>
          <w:jc w:val="center"/>
        </w:trPr>
        <w:tc>
          <w:tcPr>
            <w:tcW w:w="3402" w:type="dxa"/>
          </w:tcPr>
          <w:p w14:paraId="47FF03ED" w14:textId="414FEA11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Трета</w:t>
            </w:r>
            <w:proofErr w:type="spellEnd"/>
            <w:r w:rsidRPr="00531834">
              <w:t xml:space="preserve"> А „</w:t>
            </w:r>
            <w:proofErr w:type="gramStart"/>
            <w:r w:rsidRPr="00531834">
              <w:t>Слънце“</w:t>
            </w:r>
            <w:proofErr w:type="gramEnd"/>
          </w:p>
        </w:tc>
        <w:tc>
          <w:tcPr>
            <w:tcW w:w="3402" w:type="dxa"/>
          </w:tcPr>
          <w:p w14:paraId="2D7E8345" w14:textId="77777777" w:rsidR="009A3840" w:rsidRDefault="009A3840" w:rsidP="009A3840">
            <w:pPr>
              <w:rPr>
                <w:lang w:val="bg-BG"/>
              </w:rPr>
            </w:pPr>
            <w:proofErr w:type="spellStart"/>
            <w:r w:rsidRPr="00531834">
              <w:t>Димитричка</w:t>
            </w:r>
            <w:proofErr w:type="spellEnd"/>
            <w:r w:rsidRPr="00531834">
              <w:t xml:space="preserve"> Хотинова; </w:t>
            </w:r>
          </w:p>
          <w:p w14:paraId="1D4688A5" w14:textId="697EC7C1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Димка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Парушева</w:t>
            </w:r>
            <w:proofErr w:type="spellEnd"/>
          </w:p>
        </w:tc>
        <w:tc>
          <w:tcPr>
            <w:tcW w:w="2835" w:type="dxa"/>
          </w:tcPr>
          <w:p w14:paraId="35F4EAD9" w14:textId="4E32DABD" w:rsidR="009A3840" w:rsidRPr="00107E3E" w:rsidRDefault="009A3840" w:rsidP="009A3840">
            <w:pPr>
              <w:rPr>
                <w:szCs w:val="20"/>
              </w:rPr>
            </w:pPr>
            <w:proofErr w:type="spellStart"/>
            <w:r w:rsidRPr="00531834">
              <w:t>Женя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Георгиева</w:t>
            </w:r>
            <w:proofErr w:type="spellEnd"/>
            <w:r w:rsidRPr="00531834">
              <w:t xml:space="preserve"> – </w:t>
            </w:r>
            <w:proofErr w:type="spellStart"/>
            <w:r w:rsidRPr="00531834">
              <w:t>помощник-възпитател</w:t>
            </w:r>
            <w:proofErr w:type="spellEnd"/>
          </w:p>
        </w:tc>
      </w:tr>
      <w:tr w:rsidR="00086E7A" w:rsidRPr="00107E3E" w14:paraId="1A011111" w14:textId="77777777">
        <w:trPr>
          <w:jc w:val="center"/>
        </w:trPr>
        <w:tc>
          <w:tcPr>
            <w:tcW w:w="3402" w:type="dxa"/>
          </w:tcPr>
          <w:p w14:paraId="45471859" w14:textId="3853FB23" w:rsidR="00086E7A" w:rsidRPr="00086E7A" w:rsidRDefault="00086E7A" w:rsidP="009A3840">
            <w:pPr>
              <w:rPr>
                <w:lang w:val="bg-BG"/>
              </w:rPr>
            </w:pPr>
            <w:r>
              <w:rPr>
                <w:lang w:val="bg-BG"/>
              </w:rPr>
              <w:t xml:space="preserve">Трета Б „Ежко </w:t>
            </w:r>
            <w:proofErr w:type="spellStart"/>
            <w:r>
              <w:rPr>
                <w:lang w:val="bg-BG"/>
              </w:rPr>
              <w:t>Бежко</w:t>
            </w:r>
            <w:proofErr w:type="spellEnd"/>
            <w:r>
              <w:rPr>
                <w:lang w:val="bg-BG"/>
              </w:rPr>
              <w:t>“</w:t>
            </w:r>
          </w:p>
        </w:tc>
        <w:tc>
          <w:tcPr>
            <w:tcW w:w="3402" w:type="dxa"/>
          </w:tcPr>
          <w:p w14:paraId="15AE50E4" w14:textId="77777777" w:rsidR="00086E7A" w:rsidRDefault="00086E7A" w:rsidP="009A3840">
            <w:pPr>
              <w:rPr>
                <w:lang w:val="bg-BG"/>
              </w:rPr>
            </w:pPr>
            <w:r>
              <w:rPr>
                <w:lang w:val="bg-BG"/>
              </w:rPr>
              <w:t>Йоана Димитрова</w:t>
            </w:r>
          </w:p>
          <w:p w14:paraId="537DF0A3" w14:textId="63AE3E75" w:rsidR="00086E7A" w:rsidRPr="00086E7A" w:rsidRDefault="00086E7A" w:rsidP="009A3840">
            <w:pPr>
              <w:rPr>
                <w:lang w:val="bg-BG"/>
              </w:rPr>
            </w:pPr>
            <w:r>
              <w:rPr>
                <w:lang w:val="bg-BG"/>
              </w:rPr>
              <w:t>Катя Тодорова</w:t>
            </w:r>
          </w:p>
        </w:tc>
        <w:tc>
          <w:tcPr>
            <w:tcW w:w="2835" w:type="dxa"/>
          </w:tcPr>
          <w:p w14:paraId="574333E0" w14:textId="0E578179" w:rsidR="00086E7A" w:rsidRDefault="00086E7A" w:rsidP="009A3840">
            <w:pPr>
              <w:rPr>
                <w:lang w:val="bg-BG"/>
              </w:rPr>
            </w:pPr>
            <w:r>
              <w:rPr>
                <w:lang w:val="bg-BG"/>
              </w:rPr>
              <w:t xml:space="preserve">Валерия </w:t>
            </w:r>
            <w:proofErr w:type="spellStart"/>
            <w:r>
              <w:rPr>
                <w:lang w:val="bg-BG"/>
              </w:rPr>
              <w:t>Карамитева</w:t>
            </w:r>
            <w:proofErr w:type="spellEnd"/>
            <w:r>
              <w:rPr>
                <w:lang w:val="bg-BG"/>
              </w:rPr>
              <w:t xml:space="preserve"> –</w:t>
            </w:r>
          </w:p>
          <w:p w14:paraId="2185830B" w14:textId="101F4067" w:rsidR="00086E7A" w:rsidRPr="00086E7A" w:rsidRDefault="00086E7A" w:rsidP="009A3840">
            <w:pPr>
              <w:rPr>
                <w:lang w:val="bg-BG"/>
              </w:rPr>
            </w:pPr>
            <w:r>
              <w:rPr>
                <w:lang w:val="bg-BG"/>
              </w:rPr>
              <w:t>Помощник-възпитател</w:t>
            </w:r>
          </w:p>
        </w:tc>
      </w:tr>
      <w:tr w:rsidR="009A3840" w:rsidRPr="00107E3E" w14:paraId="53F4F524" w14:textId="77777777">
        <w:trPr>
          <w:jc w:val="center"/>
        </w:trPr>
        <w:tc>
          <w:tcPr>
            <w:tcW w:w="3402" w:type="dxa"/>
          </w:tcPr>
          <w:p w14:paraId="0A5BB094" w14:textId="6069CE79" w:rsidR="009A3840" w:rsidRPr="00531834" w:rsidRDefault="009A3840" w:rsidP="009A3840">
            <w:proofErr w:type="spellStart"/>
            <w:r w:rsidRPr="009A3840">
              <w:t>Четвърта</w:t>
            </w:r>
            <w:proofErr w:type="spellEnd"/>
            <w:r w:rsidRPr="009A3840">
              <w:t xml:space="preserve"> </w:t>
            </w:r>
            <w:proofErr w:type="spellStart"/>
            <w:r w:rsidRPr="009A3840">
              <w:t>група</w:t>
            </w:r>
            <w:proofErr w:type="spellEnd"/>
            <w:r w:rsidRPr="009A3840">
              <w:t xml:space="preserve"> „</w:t>
            </w:r>
            <w:proofErr w:type="spellStart"/>
            <w:proofErr w:type="gramStart"/>
            <w:r w:rsidRPr="009A3840">
              <w:t>Звездичка“</w:t>
            </w:r>
            <w:proofErr w:type="gramEnd"/>
            <w:r w:rsidRPr="009A3840">
              <w:t>Четвърта</w:t>
            </w:r>
            <w:proofErr w:type="spellEnd"/>
            <w:r w:rsidRPr="009A3840">
              <w:t xml:space="preserve"> </w:t>
            </w:r>
            <w:proofErr w:type="spellStart"/>
            <w:r w:rsidRPr="009A3840">
              <w:t>група</w:t>
            </w:r>
            <w:proofErr w:type="spellEnd"/>
            <w:r w:rsidRPr="009A3840">
              <w:t xml:space="preserve"> </w:t>
            </w:r>
          </w:p>
        </w:tc>
        <w:tc>
          <w:tcPr>
            <w:tcW w:w="3402" w:type="dxa"/>
          </w:tcPr>
          <w:p w14:paraId="0F73C2BB" w14:textId="77777777" w:rsidR="009A3840" w:rsidRDefault="009A3840" w:rsidP="009A3840">
            <w:pPr>
              <w:rPr>
                <w:lang w:val="bg-BG"/>
              </w:rPr>
            </w:pPr>
            <w:r w:rsidRPr="009A3840">
              <w:t xml:space="preserve"> </w:t>
            </w:r>
            <w:proofErr w:type="spellStart"/>
            <w:r w:rsidRPr="009A3840">
              <w:t>Мерал</w:t>
            </w:r>
            <w:proofErr w:type="spellEnd"/>
            <w:r w:rsidRPr="009A3840">
              <w:t xml:space="preserve"> Емурлова; </w:t>
            </w:r>
          </w:p>
          <w:p w14:paraId="7A91D0F0" w14:textId="1580F640" w:rsidR="009A3840" w:rsidRPr="00531834" w:rsidRDefault="009A3840" w:rsidP="009A3840">
            <w:r w:rsidRPr="009A3840">
              <w:t>Д</w:t>
            </w:r>
            <w:proofErr w:type="spellStart"/>
            <w:r>
              <w:rPr>
                <w:lang w:val="bg-BG"/>
              </w:rPr>
              <w:t>аниела</w:t>
            </w:r>
            <w:proofErr w:type="spellEnd"/>
            <w:r>
              <w:rPr>
                <w:lang w:val="bg-BG"/>
              </w:rPr>
              <w:t xml:space="preserve"> Апостолова</w:t>
            </w:r>
          </w:p>
        </w:tc>
        <w:tc>
          <w:tcPr>
            <w:tcW w:w="2835" w:type="dxa"/>
          </w:tcPr>
          <w:p w14:paraId="470989B6" w14:textId="39E7F850" w:rsidR="009A3840" w:rsidRPr="00531834" w:rsidRDefault="009A3840" w:rsidP="009A3840">
            <w:proofErr w:type="spellStart"/>
            <w:r w:rsidRPr="00531834">
              <w:t>Донка</w:t>
            </w:r>
            <w:proofErr w:type="spellEnd"/>
            <w:r w:rsidRPr="00531834">
              <w:t xml:space="preserve"> </w:t>
            </w:r>
            <w:proofErr w:type="spellStart"/>
            <w:r w:rsidRPr="00531834">
              <w:t>Пейчева</w:t>
            </w:r>
            <w:proofErr w:type="spellEnd"/>
            <w:r w:rsidRPr="00531834">
              <w:t xml:space="preserve"> – </w:t>
            </w:r>
            <w:proofErr w:type="spellStart"/>
            <w:r w:rsidRPr="00531834">
              <w:t>помощник-възпитател</w:t>
            </w:r>
            <w:proofErr w:type="spellEnd"/>
          </w:p>
        </w:tc>
      </w:tr>
    </w:tbl>
    <w:p w14:paraId="185E639D" w14:textId="77777777" w:rsidR="009A3840" w:rsidRDefault="009A3840" w:rsidP="00086E7A">
      <w:pPr>
        <w:spacing w:after="0"/>
        <w:rPr>
          <w:b/>
          <w:szCs w:val="20"/>
          <w:lang w:val="bg-BG"/>
        </w:rPr>
      </w:pPr>
    </w:p>
    <w:p w14:paraId="08BEA1BF" w14:textId="3EF9DA49" w:rsidR="009A3840" w:rsidRPr="00086E7A" w:rsidRDefault="009A3840" w:rsidP="00107E3E">
      <w:pPr>
        <w:spacing w:after="0"/>
        <w:jc w:val="center"/>
        <w:rPr>
          <w:b/>
          <w:szCs w:val="20"/>
          <w:lang w:val="bg-BG"/>
        </w:rPr>
      </w:pPr>
      <w:proofErr w:type="spellStart"/>
      <w:r w:rsidRPr="009A3840">
        <w:t>Петя</w:t>
      </w:r>
      <w:proofErr w:type="spellEnd"/>
      <w:r w:rsidRPr="009A3840">
        <w:t xml:space="preserve"> </w:t>
      </w:r>
      <w:proofErr w:type="spellStart"/>
      <w:r w:rsidRPr="009A3840">
        <w:t>Кожухарова</w:t>
      </w:r>
      <w:proofErr w:type="spellEnd"/>
      <w:r w:rsidRPr="009A3840">
        <w:t xml:space="preserve"> – </w:t>
      </w:r>
      <w:proofErr w:type="spellStart"/>
      <w:r w:rsidRPr="009A3840">
        <w:t>помощник-възпитател</w:t>
      </w:r>
      <w:proofErr w:type="spellEnd"/>
      <w:r w:rsidR="00086E7A">
        <w:rPr>
          <w:lang w:val="bg-BG"/>
        </w:rPr>
        <w:t>, общи части</w:t>
      </w:r>
    </w:p>
    <w:p w14:paraId="457D52D7" w14:textId="77777777" w:rsidR="00086E7A" w:rsidRDefault="00086E7A" w:rsidP="00107E3E">
      <w:pPr>
        <w:spacing w:after="0"/>
        <w:jc w:val="center"/>
        <w:rPr>
          <w:b/>
          <w:szCs w:val="20"/>
        </w:rPr>
      </w:pPr>
    </w:p>
    <w:p w14:paraId="051D88BD" w14:textId="77777777" w:rsidR="008A0D57" w:rsidRDefault="008A0D57" w:rsidP="00107E3E">
      <w:pPr>
        <w:spacing w:after="0"/>
        <w:jc w:val="center"/>
        <w:rPr>
          <w:b/>
          <w:szCs w:val="20"/>
        </w:rPr>
      </w:pPr>
    </w:p>
    <w:p w14:paraId="58C2CE67" w14:textId="77777777" w:rsidR="008A0D57" w:rsidRDefault="008A0D57" w:rsidP="00107E3E">
      <w:pPr>
        <w:spacing w:after="0"/>
        <w:jc w:val="center"/>
        <w:rPr>
          <w:b/>
          <w:szCs w:val="20"/>
        </w:rPr>
      </w:pPr>
    </w:p>
    <w:p w14:paraId="5FF74DB6" w14:textId="77777777" w:rsidR="008A0D57" w:rsidRDefault="008A0D57" w:rsidP="00107E3E">
      <w:pPr>
        <w:spacing w:after="0"/>
        <w:jc w:val="center"/>
        <w:rPr>
          <w:b/>
          <w:szCs w:val="20"/>
        </w:rPr>
      </w:pPr>
    </w:p>
    <w:p w14:paraId="4F406B35" w14:textId="77777777" w:rsidR="008A0D57" w:rsidRDefault="008A0D57" w:rsidP="00107E3E">
      <w:pPr>
        <w:spacing w:after="0"/>
        <w:jc w:val="center"/>
        <w:rPr>
          <w:b/>
          <w:szCs w:val="20"/>
        </w:rPr>
      </w:pPr>
    </w:p>
    <w:p w14:paraId="2639220C" w14:textId="77777777" w:rsidR="008A0D57" w:rsidRDefault="008A0D57" w:rsidP="00107E3E">
      <w:pPr>
        <w:spacing w:after="0"/>
        <w:jc w:val="center"/>
        <w:rPr>
          <w:b/>
          <w:szCs w:val="20"/>
        </w:rPr>
      </w:pPr>
    </w:p>
    <w:p w14:paraId="278B1E09" w14:textId="77777777" w:rsidR="008A0D57" w:rsidRDefault="008A0D57" w:rsidP="00107E3E">
      <w:pPr>
        <w:spacing w:after="0"/>
        <w:jc w:val="center"/>
        <w:rPr>
          <w:b/>
          <w:szCs w:val="20"/>
        </w:rPr>
      </w:pPr>
    </w:p>
    <w:p w14:paraId="28DF55E3" w14:textId="77777777" w:rsidR="008A0D57" w:rsidRDefault="008A0D57" w:rsidP="00107E3E">
      <w:pPr>
        <w:spacing w:after="0"/>
        <w:jc w:val="center"/>
        <w:rPr>
          <w:b/>
          <w:szCs w:val="20"/>
        </w:rPr>
      </w:pPr>
    </w:p>
    <w:p w14:paraId="5412A202" w14:textId="356DF070" w:rsidR="002A75BC" w:rsidRPr="00EB0A01" w:rsidRDefault="00086E7A" w:rsidP="00107E3E">
      <w:pPr>
        <w:spacing w:after="0"/>
        <w:jc w:val="center"/>
        <w:rPr>
          <w:szCs w:val="20"/>
          <w:lang w:val="bg-BG"/>
        </w:rPr>
      </w:pPr>
      <w:r>
        <w:rPr>
          <w:b/>
          <w:szCs w:val="20"/>
        </w:rPr>
        <w:lastRenderedPageBreak/>
        <w:t>XV</w:t>
      </w:r>
      <w:r w:rsidRPr="00107E3E">
        <w:rPr>
          <w:b/>
          <w:szCs w:val="20"/>
        </w:rPr>
        <w:t>I. ПОСТОЯННИ КОМИСИИ, ГРУПИ</w:t>
      </w:r>
      <w:r w:rsidR="00EB0A01">
        <w:rPr>
          <w:b/>
          <w:szCs w:val="20"/>
          <w:lang w:val="bg-BG"/>
        </w:rPr>
        <w:t>, ЕКИПИ</w:t>
      </w:r>
    </w:p>
    <w:tbl>
      <w:tblPr>
        <w:tblStyle w:val="aff2"/>
        <w:tblW w:w="10421" w:type="dxa"/>
        <w:jc w:val="center"/>
        <w:tblLook w:val="04A0" w:firstRow="1" w:lastRow="0" w:firstColumn="1" w:lastColumn="0" w:noHBand="0" w:noVBand="1"/>
      </w:tblPr>
      <w:tblGrid>
        <w:gridCol w:w="857"/>
        <w:gridCol w:w="9564"/>
      </w:tblGrid>
      <w:tr w:rsidR="0089562E" w:rsidRPr="00107E3E" w14:paraId="6BE07590" w14:textId="77777777" w:rsidTr="007255BB">
        <w:trPr>
          <w:trHeight w:val="362"/>
          <w:jc w:val="center"/>
        </w:trPr>
        <w:tc>
          <w:tcPr>
            <w:tcW w:w="857" w:type="dxa"/>
            <w:shd w:val="clear" w:color="auto" w:fill="CDE1B5"/>
          </w:tcPr>
          <w:p w14:paraId="69DE0249" w14:textId="77777777" w:rsidR="0089562E" w:rsidRPr="00107E3E" w:rsidRDefault="0089562E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>№</w:t>
            </w:r>
          </w:p>
        </w:tc>
        <w:tc>
          <w:tcPr>
            <w:tcW w:w="9564" w:type="dxa"/>
            <w:shd w:val="clear" w:color="auto" w:fill="CDE1B5"/>
          </w:tcPr>
          <w:p w14:paraId="050AA961" w14:textId="36290005" w:rsidR="0089562E" w:rsidRPr="00EB0A01" w:rsidRDefault="00EB0A01" w:rsidP="00107E3E">
            <w:pPr>
              <w:rPr>
                <w:szCs w:val="20"/>
                <w:lang w:val="bg-BG"/>
              </w:rPr>
            </w:pPr>
            <w:r w:rsidRPr="00107E3E">
              <w:rPr>
                <w:b/>
                <w:szCs w:val="20"/>
              </w:rPr>
              <w:t>КОМИСИЯ</w:t>
            </w:r>
          </w:p>
        </w:tc>
      </w:tr>
      <w:tr w:rsidR="0089562E" w:rsidRPr="00107E3E" w14:paraId="3918C5ED" w14:textId="77777777" w:rsidTr="007255BB">
        <w:trPr>
          <w:trHeight w:val="2175"/>
          <w:jc w:val="center"/>
        </w:trPr>
        <w:tc>
          <w:tcPr>
            <w:tcW w:w="857" w:type="dxa"/>
          </w:tcPr>
          <w:p w14:paraId="0C90FFD3" w14:textId="6C69701C" w:rsidR="0089562E" w:rsidRPr="005630F6" w:rsidRDefault="0089562E" w:rsidP="005630F6">
            <w:pPr>
              <w:rPr>
                <w:szCs w:val="20"/>
              </w:rPr>
            </w:pPr>
            <w:r w:rsidRPr="005630F6">
              <w:rPr>
                <w:szCs w:val="20"/>
              </w:rPr>
              <w:t>1.</w:t>
            </w:r>
          </w:p>
        </w:tc>
        <w:tc>
          <w:tcPr>
            <w:tcW w:w="9564" w:type="dxa"/>
          </w:tcPr>
          <w:p w14:paraId="2DD17395" w14:textId="77777777" w:rsidR="0089562E" w:rsidRPr="00F74CEA" w:rsidRDefault="0089562E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ПРОЕКТИ И ПРОЕКТОПРЕДЛОЖЕНИЯ</w:t>
            </w:r>
          </w:p>
          <w:p w14:paraId="574BE814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Председател</w:t>
            </w:r>
            <w:proofErr w:type="spellEnd"/>
            <w:r w:rsidRPr="0089562E">
              <w:rPr>
                <w:szCs w:val="20"/>
              </w:rPr>
              <w:t xml:space="preserve">: </w:t>
            </w:r>
            <w:proofErr w:type="spellStart"/>
            <w:r w:rsidRPr="0089562E">
              <w:rPr>
                <w:szCs w:val="20"/>
              </w:rPr>
              <w:t>Пламена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Здравкова</w:t>
            </w:r>
            <w:proofErr w:type="spellEnd"/>
            <w:r w:rsidRPr="0089562E">
              <w:rPr>
                <w:szCs w:val="20"/>
              </w:rPr>
              <w:t xml:space="preserve"> Атанасова-</w:t>
            </w:r>
            <w:proofErr w:type="spellStart"/>
            <w:r w:rsidRPr="0089562E">
              <w:rPr>
                <w:szCs w:val="20"/>
              </w:rPr>
              <w:t>шаб</w:t>
            </w:r>
            <w:proofErr w:type="spellEnd"/>
            <w:r w:rsidRPr="0089562E">
              <w:rPr>
                <w:szCs w:val="20"/>
              </w:rPr>
              <w:t xml:space="preserve">. - </w:t>
            </w:r>
            <w:proofErr w:type="spellStart"/>
            <w:r w:rsidRPr="0089562E">
              <w:rPr>
                <w:szCs w:val="20"/>
              </w:rPr>
              <w:t>старши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  <w:p w14:paraId="16133603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Членове</w:t>
            </w:r>
            <w:proofErr w:type="spellEnd"/>
            <w:r w:rsidRPr="0089562E">
              <w:rPr>
                <w:szCs w:val="20"/>
              </w:rPr>
              <w:t xml:space="preserve">: </w:t>
            </w:r>
            <w:proofErr w:type="spellStart"/>
            <w:r w:rsidRPr="0089562E">
              <w:rPr>
                <w:szCs w:val="20"/>
              </w:rPr>
              <w:t>Десислава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Атанасова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Максимова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</w:t>
            </w:r>
            <w:proofErr w:type="spellEnd"/>
            <w:r w:rsidRPr="0089562E">
              <w:rPr>
                <w:szCs w:val="20"/>
              </w:rPr>
              <w:t xml:space="preserve">.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  <w:p w14:paraId="7A0BD665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Димитричка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Иванова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Хотинова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</w:t>
            </w:r>
            <w:proofErr w:type="spellEnd"/>
            <w:r w:rsidRPr="0089562E">
              <w:rPr>
                <w:szCs w:val="20"/>
              </w:rPr>
              <w:t xml:space="preserve">.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  <w:p w14:paraId="332CE192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Даниела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Николаева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Апостолова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старши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  <w:p w14:paraId="31B2EC83" w14:textId="5BD661B3" w:rsidR="0089562E" w:rsidRPr="00107E3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Петя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Лазарова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Петкова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главен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счетоводител</w:t>
            </w:r>
            <w:proofErr w:type="spellEnd"/>
          </w:p>
        </w:tc>
      </w:tr>
      <w:tr w:rsidR="0089562E" w:rsidRPr="00107E3E" w14:paraId="7AC962CB" w14:textId="77777777" w:rsidTr="007255BB">
        <w:trPr>
          <w:trHeight w:val="2165"/>
          <w:jc w:val="center"/>
        </w:trPr>
        <w:tc>
          <w:tcPr>
            <w:tcW w:w="857" w:type="dxa"/>
          </w:tcPr>
          <w:p w14:paraId="066DF649" w14:textId="21B3B706" w:rsidR="0089562E" w:rsidRPr="00107E3E" w:rsidRDefault="0089562E" w:rsidP="00107E3E">
            <w:pPr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9564" w:type="dxa"/>
          </w:tcPr>
          <w:p w14:paraId="33DEC070" w14:textId="77777777" w:rsidR="0089562E" w:rsidRPr="00F74CEA" w:rsidRDefault="0089562E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РЕГИСТРИРАНЕ НА ДАРЕНИЯ</w:t>
            </w:r>
          </w:p>
          <w:p w14:paraId="03896753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Председател</w:t>
            </w:r>
            <w:proofErr w:type="spellEnd"/>
            <w:r w:rsidRPr="0089562E">
              <w:rPr>
                <w:szCs w:val="20"/>
              </w:rPr>
              <w:t xml:space="preserve">: </w:t>
            </w:r>
            <w:proofErr w:type="spellStart"/>
            <w:r w:rsidRPr="0089562E">
              <w:rPr>
                <w:szCs w:val="20"/>
              </w:rPr>
              <w:t>Петя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Лазарова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Петкова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главен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счетоводител</w:t>
            </w:r>
            <w:proofErr w:type="spellEnd"/>
          </w:p>
          <w:p w14:paraId="494D9E70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Членове</w:t>
            </w:r>
            <w:proofErr w:type="spellEnd"/>
            <w:r w:rsidRPr="0089562E">
              <w:rPr>
                <w:szCs w:val="20"/>
              </w:rPr>
              <w:t xml:space="preserve">: </w:t>
            </w:r>
          </w:p>
          <w:p w14:paraId="41C40CDF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Румяна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Андонова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Желева</w:t>
            </w:r>
            <w:proofErr w:type="spellEnd"/>
            <w:r w:rsidRPr="0089562E">
              <w:rPr>
                <w:szCs w:val="20"/>
              </w:rPr>
              <w:t xml:space="preserve"> – ЗАС</w:t>
            </w:r>
          </w:p>
          <w:p w14:paraId="192EAD37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Ива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Димитрова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Фотева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старши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  <w:p w14:paraId="438DF22F" w14:textId="2EB7E788" w:rsidR="0089562E" w:rsidRPr="00107E3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Ралица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Йорданова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</w:tc>
      </w:tr>
      <w:tr w:rsidR="0089562E" w:rsidRPr="00107E3E" w14:paraId="3A1EC687" w14:textId="77777777" w:rsidTr="007255BB">
        <w:trPr>
          <w:trHeight w:val="1430"/>
          <w:jc w:val="center"/>
        </w:trPr>
        <w:tc>
          <w:tcPr>
            <w:tcW w:w="857" w:type="dxa"/>
          </w:tcPr>
          <w:p w14:paraId="1AE00607" w14:textId="1265BB07" w:rsidR="0089562E" w:rsidRPr="00107E3E" w:rsidRDefault="0089562E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3</w:t>
            </w:r>
            <w:r>
              <w:rPr>
                <w:szCs w:val="20"/>
              </w:rPr>
              <w:t>.</w:t>
            </w:r>
          </w:p>
        </w:tc>
        <w:tc>
          <w:tcPr>
            <w:tcW w:w="9564" w:type="dxa"/>
          </w:tcPr>
          <w:p w14:paraId="31503E93" w14:textId="77777777" w:rsidR="0089562E" w:rsidRPr="00F74CEA" w:rsidRDefault="0089562E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БДП</w:t>
            </w:r>
          </w:p>
          <w:p w14:paraId="6E7D4DEA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Председател</w:t>
            </w:r>
            <w:proofErr w:type="spellEnd"/>
            <w:r w:rsidRPr="0089562E">
              <w:rPr>
                <w:szCs w:val="20"/>
              </w:rPr>
              <w:t xml:space="preserve">: </w:t>
            </w:r>
            <w:proofErr w:type="spellStart"/>
            <w:r w:rsidRPr="0089562E">
              <w:rPr>
                <w:szCs w:val="20"/>
              </w:rPr>
              <w:t>Десислава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Атанасова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Максимова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старши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  <w:p w14:paraId="5822F2E8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Членове</w:t>
            </w:r>
            <w:proofErr w:type="spellEnd"/>
            <w:r w:rsidRPr="0089562E">
              <w:rPr>
                <w:szCs w:val="20"/>
              </w:rPr>
              <w:t xml:space="preserve">: </w:t>
            </w:r>
            <w:proofErr w:type="spellStart"/>
            <w:r w:rsidRPr="0089562E">
              <w:rPr>
                <w:szCs w:val="20"/>
              </w:rPr>
              <w:t>Ива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Димитрова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Фотева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</w:t>
            </w:r>
            <w:proofErr w:type="spellEnd"/>
            <w:r w:rsidRPr="0089562E">
              <w:rPr>
                <w:szCs w:val="20"/>
              </w:rPr>
              <w:t xml:space="preserve">.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  <w:p w14:paraId="1F53ECD2" w14:textId="4FCD9382" w:rsidR="0089562E" w:rsidRPr="00107E3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Илиана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Георгиева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Илиева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</w:tc>
      </w:tr>
      <w:tr w:rsidR="0089562E" w:rsidRPr="00107E3E" w14:paraId="10025374" w14:textId="77777777" w:rsidTr="007255BB">
        <w:trPr>
          <w:trHeight w:val="1802"/>
          <w:jc w:val="center"/>
        </w:trPr>
        <w:tc>
          <w:tcPr>
            <w:tcW w:w="857" w:type="dxa"/>
          </w:tcPr>
          <w:p w14:paraId="49B30DBF" w14:textId="0B6E32E8" w:rsidR="0089562E" w:rsidRPr="00107E3E" w:rsidRDefault="0089562E" w:rsidP="00107E3E">
            <w:pPr>
              <w:rPr>
                <w:szCs w:val="20"/>
              </w:rPr>
            </w:pPr>
            <w:r>
              <w:rPr>
                <w:szCs w:val="20"/>
              </w:rPr>
              <w:t>4.</w:t>
            </w:r>
          </w:p>
        </w:tc>
        <w:tc>
          <w:tcPr>
            <w:tcW w:w="9564" w:type="dxa"/>
          </w:tcPr>
          <w:p w14:paraId="21D236B4" w14:textId="77777777" w:rsidR="0089562E" w:rsidRPr="00F74CEA" w:rsidRDefault="0089562E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УСЛОВИЯ НА ТРУД</w:t>
            </w:r>
          </w:p>
          <w:p w14:paraId="18896013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Председател</w:t>
            </w:r>
            <w:proofErr w:type="spellEnd"/>
            <w:r w:rsidRPr="0089562E">
              <w:rPr>
                <w:szCs w:val="20"/>
              </w:rPr>
              <w:t>: Мариана Митева -</w:t>
            </w:r>
            <w:proofErr w:type="spellStart"/>
            <w:r w:rsidRPr="0089562E">
              <w:rPr>
                <w:szCs w:val="20"/>
              </w:rPr>
              <w:t>директор</w:t>
            </w:r>
            <w:proofErr w:type="spellEnd"/>
          </w:p>
          <w:p w14:paraId="693773B8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Членове</w:t>
            </w:r>
            <w:proofErr w:type="spellEnd"/>
            <w:r w:rsidRPr="0089562E">
              <w:rPr>
                <w:szCs w:val="20"/>
              </w:rPr>
              <w:t xml:space="preserve">: </w:t>
            </w:r>
            <w:proofErr w:type="spellStart"/>
            <w:r w:rsidRPr="0089562E">
              <w:rPr>
                <w:szCs w:val="20"/>
              </w:rPr>
              <w:t>Румяна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Андонова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Желева</w:t>
            </w:r>
            <w:proofErr w:type="spellEnd"/>
            <w:r w:rsidRPr="0089562E">
              <w:rPr>
                <w:szCs w:val="20"/>
              </w:rPr>
              <w:t xml:space="preserve"> – ЗАС</w:t>
            </w:r>
          </w:p>
          <w:p w14:paraId="0F5F4A3D" w14:textId="77777777" w:rsidR="0089562E" w:rsidRPr="0089562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Симона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Искренова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Недева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помощник-възпитател</w:t>
            </w:r>
            <w:proofErr w:type="spellEnd"/>
          </w:p>
          <w:p w14:paraId="75233705" w14:textId="55AFCB51" w:rsidR="0089562E" w:rsidRPr="00107E3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Христина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Красимирова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Василева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</w:p>
        </w:tc>
      </w:tr>
      <w:tr w:rsidR="0089562E" w:rsidRPr="00107E3E" w14:paraId="625CED02" w14:textId="77777777" w:rsidTr="007255BB">
        <w:trPr>
          <w:trHeight w:val="1430"/>
          <w:jc w:val="center"/>
        </w:trPr>
        <w:tc>
          <w:tcPr>
            <w:tcW w:w="857" w:type="dxa"/>
          </w:tcPr>
          <w:p w14:paraId="44485199" w14:textId="42BD168E" w:rsidR="0089562E" w:rsidRPr="00107E3E" w:rsidRDefault="005630F6" w:rsidP="00107E3E">
            <w:pPr>
              <w:rPr>
                <w:szCs w:val="20"/>
              </w:rPr>
            </w:pPr>
            <w:r>
              <w:rPr>
                <w:szCs w:val="20"/>
              </w:rPr>
              <w:t>5.</w:t>
            </w:r>
          </w:p>
        </w:tc>
        <w:tc>
          <w:tcPr>
            <w:tcW w:w="9564" w:type="dxa"/>
          </w:tcPr>
          <w:p w14:paraId="1D79470C" w14:textId="77777777" w:rsidR="0089562E" w:rsidRPr="00F74CEA" w:rsidRDefault="0089562E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УПРАВЛЕНИЕ НА КАЧЕСТВОТО И ПРИОБЩАВАЩОТО ОБРАЗОВАНИЕ</w:t>
            </w:r>
          </w:p>
          <w:p w14:paraId="256F26DC" w14:textId="70EF0AAB" w:rsidR="0089562E" w:rsidRPr="00107E3E" w:rsidRDefault="0089562E" w:rsidP="00F74CEA">
            <w:pPr>
              <w:rPr>
                <w:szCs w:val="20"/>
              </w:rPr>
            </w:pPr>
            <w:proofErr w:type="spellStart"/>
            <w:r w:rsidRPr="0089562E">
              <w:rPr>
                <w:szCs w:val="20"/>
              </w:rPr>
              <w:t>Председател</w:t>
            </w:r>
            <w:proofErr w:type="spellEnd"/>
            <w:r w:rsidRPr="0089562E">
              <w:rPr>
                <w:b/>
                <w:bCs/>
                <w:szCs w:val="20"/>
              </w:rPr>
              <w:t>:</w:t>
            </w:r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Димка</w:t>
            </w:r>
            <w:proofErr w:type="spellEnd"/>
            <w:r w:rsidRPr="0089562E">
              <w:rPr>
                <w:szCs w:val="20"/>
              </w:rPr>
              <w:t xml:space="preserve"> Й. </w:t>
            </w:r>
            <w:proofErr w:type="spellStart"/>
            <w:r w:rsidRPr="0089562E">
              <w:rPr>
                <w:szCs w:val="20"/>
              </w:rPr>
              <w:t>Парушева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старши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  <w:r w:rsidRPr="0089562E">
              <w:rPr>
                <w:szCs w:val="20"/>
              </w:rPr>
              <w:t xml:space="preserve">. </w:t>
            </w:r>
            <w:proofErr w:type="spellStart"/>
            <w:r w:rsidRPr="0089562E">
              <w:rPr>
                <w:szCs w:val="20"/>
              </w:rPr>
              <w:t>Членове</w:t>
            </w:r>
            <w:proofErr w:type="spellEnd"/>
            <w:r w:rsidRPr="0089562E">
              <w:rPr>
                <w:szCs w:val="20"/>
              </w:rPr>
              <w:t xml:space="preserve">: </w:t>
            </w:r>
            <w:proofErr w:type="spellStart"/>
            <w:r w:rsidRPr="0089562E">
              <w:rPr>
                <w:szCs w:val="20"/>
              </w:rPr>
              <w:t>Гинка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Ст</w:t>
            </w:r>
            <w:proofErr w:type="spellEnd"/>
            <w:r w:rsidRPr="0089562E">
              <w:rPr>
                <w:szCs w:val="20"/>
              </w:rPr>
              <w:t xml:space="preserve">. </w:t>
            </w:r>
            <w:proofErr w:type="spellStart"/>
            <w:r w:rsidRPr="0089562E">
              <w:rPr>
                <w:szCs w:val="20"/>
              </w:rPr>
              <w:t>Йорданова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старши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  <w:r w:rsidRPr="0089562E">
              <w:rPr>
                <w:szCs w:val="20"/>
              </w:rPr>
              <w:t xml:space="preserve">; </w:t>
            </w:r>
            <w:proofErr w:type="spellStart"/>
            <w:r w:rsidRPr="0089562E">
              <w:rPr>
                <w:szCs w:val="20"/>
              </w:rPr>
              <w:t>Пламена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Здр</w:t>
            </w:r>
            <w:proofErr w:type="spellEnd"/>
            <w:r w:rsidRPr="0089562E">
              <w:rPr>
                <w:szCs w:val="20"/>
              </w:rPr>
              <w:t xml:space="preserve">. </w:t>
            </w:r>
            <w:proofErr w:type="spellStart"/>
            <w:r w:rsidRPr="0089562E">
              <w:rPr>
                <w:szCs w:val="20"/>
              </w:rPr>
              <w:t>Атанасова-Шаб</w:t>
            </w:r>
            <w:proofErr w:type="spellEnd"/>
            <w:r w:rsidRPr="0089562E">
              <w:rPr>
                <w:szCs w:val="20"/>
              </w:rPr>
              <w:t xml:space="preserve">. – </w:t>
            </w:r>
            <w:proofErr w:type="spellStart"/>
            <w:r w:rsidRPr="0089562E">
              <w:rPr>
                <w:szCs w:val="20"/>
              </w:rPr>
              <w:t>старши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  <w:r w:rsidRPr="0089562E">
              <w:rPr>
                <w:szCs w:val="20"/>
              </w:rPr>
              <w:t xml:space="preserve">; </w:t>
            </w:r>
            <w:proofErr w:type="spellStart"/>
            <w:r w:rsidRPr="0089562E">
              <w:rPr>
                <w:szCs w:val="20"/>
              </w:rPr>
              <w:t>Лиляна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Василева</w:t>
            </w:r>
            <w:proofErr w:type="spellEnd"/>
            <w:r w:rsidRPr="0089562E">
              <w:rPr>
                <w:szCs w:val="20"/>
              </w:rPr>
              <w:t xml:space="preserve"> – </w:t>
            </w:r>
            <w:proofErr w:type="spellStart"/>
            <w:r w:rsidRPr="0089562E">
              <w:rPr>
                <w:szCs w:val="20"/>
              </w:rPr>
              <w:t>ресурсен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учител</w:t>
            </w:r>
            <w:proofErr w:type="spellEnd"/>
            <w:r w:rsidRPr="0089562E">
              <w:rPr>
                <w:szCs w:val="20"/>
              </w:rPr>
              <w:t xml:space="preserve"> и </w:t>
            </w:r>
            <w:proofErr w:type="spellStart"/>
            <w:r w:rsidRPr="0089562E">
              <w:rPr>
                <w:szCs w:val="20"/>
              </w:rPr>
              <w:t>координатор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по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приобщаващото</w:t>
            </w:r>
            <w:proofErr w:type="spellEnd"/>
            <w:r w:rsidRPr="0089562E">
              <w:rPr>
                <w:szCs w:val="20"/>
              </w:rPr>
              <w:t xml:space="preserve"> </w:t>
            </w:r>
            <w:proofErr w:type="spellStart"/>
            <w:r w:rsidRPr="0089562E">
              <w:rPr>
                <w:szCs w:val="20"/>
              </w:rPr>
              <w:t>образование</w:t>
            </w:r>
            <w:proofErr w:type="spellEnd"/>
            <w:r w:rsidRPr="0089562E">
              <w:rPr>
                <w:szCs w:val="20"/>
              </w:rPr>
              <w:t>.</w:t>
            </w:r>
          </w:p>
        </w:tc>
      </w:tr>
      <w:tr w:rsidR="0089562E" w:rsidRPr="00107E3E" w14:paraId="61136303" w14:textId="77777777" w:rsidTr="007255BB">
        <w:trPr>
          <w:trHeight w:val="1802"/>
          <w:jc w:val="center"/>
        </w:trPr>
        <w:tc>
          <w:tcPr>
            <w:tcW w:w="857" w:type="dxa"/>
          </w:tcPr>
          <w:p w14:paraId="21FD4915" w14:textId="67CDE35B" w:rsidR="0089562E" w:rsidRPr="00107E3E" w:rsidRDefault="005630F6" w:rsidP="00107E3E">
            <w:pPr>
              <w:rPr>
                <w:szCs w:val="20"/>
              </w:rPr>
            </w:pPr>
            <w:r>
              <w:rPr>
                <w:szCs w:val="20"/>
              </w:rPr>
              <w:t>6.</w:t>
            </w:r>
          </w:p>
        </w:tc>
        <w:tc>
          <w:tcPr>
            <w:tcW w:w="9564" w:type="dxa"/>
          </w:tcPr>
          <w:p w14:paraId="5E4543D2" w14:textId="77777777" w:rsidR="005630F6" w:rsidRPr="00F74CEA" w:rsidRDefault="005630F6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ЕТИКА</w:t>
            </w:r>
          </w:p>
          <w:p w14:paraId="2247BE43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Председател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Мариета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Маринова-Йосифова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  <w:r w:rsidRPr="005630F6">
              <w:rPr>
                <w:szCs w:val="20"/>
              </w:rPr>
              <w:t xml:space="preserve"> </w:t>
            </w:r>
          </w:p>
          <w:p w14:paraId="355AC431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Членове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Димка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Йорданова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Парушева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762559F3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Мерал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Енгин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Емурлова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0CE97EED" w14:textId="11F8AA6E" w:rsidR="0089562E" w:rsidRPr="00107E3E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Христина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Красимирова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Василева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</w:tc>
      </w:tr>
      <w:tr w:rsidR="0089562E" w:rsidRPr="00107E3E" w14:paraId="67F029C2" w14:textId="77777777" w:rsidTr="007255BB">
        <w:trPr>
          <w:trHeight w:val="1792"/>
          <w:jc w:val="center"/>
        </w:trPr>
        <w:tc>
          <w:tcPr>
            <w:tcW w:w="857" w:type="dxa"/>
          </w:tcPr>
          <w:p w14:paraId="3FCA5B3B" w14:textId="0BD23CC5" w:rsidR="0089562E" w:rsidRPr="00107E3E" w:rsidRDefault="005630F6" w:rsidP="00107E3E">
            <w:pPr>
              <w:rPr>
                <w:szCs w:val="20"/>
              </w:rPr>
            </w:pPr>
            <w:r>
              <w:rPr>
                <w:szCs w:val="20"/>
              </w:rPr>
              <w:t>7.</w:t>
            </w:r>
          </w:p>
        </w:tc>
        <w:tc>
          <w:tcPr>
            <w:tcW w:w="9564" w:type="dxa"/>
          </w:tcPr>
          <w:p w14:paraId="246637ED" w14:textId="77777777" w:rsidR="005630F6" w:rsidRPr="00F74CEA" w:rsidRDefault="005630F6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РАБОТА С РОДИТЕЛИ</w:t>
            </w:r>
          </w:p>
          <w:p w14:paraId="007C465C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Председател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Димитричка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Иванова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Хотинова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</w:t>
            </w:r>
            <w:proofErr w:type="spellEnd"/>
            <w:r w:rsidRPr="005630F6">
              <w:rPr>
                <w:szCs w:val="20"/>
              </w:rPr>
              <w:t xml:space="preserve">.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3AA3E0EF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Членове</w:t>
            </w:r>
            <w:proofErr w:type="spellEnd"/>
            <w:r w:rsidRPr="005630F6">
              <w:rPr>
                <w:szCs w:val="20"/>
              </w:rPr>
              <w:t xml:space="preserve">: </w:t>
            </w:r>
          </w:p>
          <w:p w14:paraId="3BF8FC6E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Гинка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Станева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Йорданова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511ACAE9" w14:textId="59F8D177" w:rsidR="0089562E" w:rsidRPr="00107E3E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Йоана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Димитрова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Димитрова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</w:tc>
      </w:tr>
      <w:tr w:rsidR="0089562E" w:rsidRPr="00107E3E" w14:paraId="57F637BD" w14:textId="77777777" w:rsidTr="007255BB">
        <w:trPr>
          <w:trHeight w:val="2175"/>
          <w:jc w:val="center"/>
        </w:trPr>
        <w:tc>
          <w:tcPr>
            <w:tcW w:w="857" w:type="dxa"/>
          </w:tcPr>
          <w:p w14:paraId="037EE83F" w14:textId="6FFDA467" w:rsidR="0089562E" w:rsidRPr="00107E3E" w:rsidRDefault="005630F6" w:rsidP="00107E3E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8.</w:t>
            </w:r>
          </w:p>
        </w:tc>
        <w:tc>
          <w:tcPr>
            <w:tcW w:w="9564" w:type="dxa"/>
          </w:tcPr>
          <w:p w14:paraId="71800FEB" w14:textId="77777777" w:rsidR="005630F6" w:rsidRPr="00F74CEA" w:rsidRDefault="005630F6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ХИГИЕНА</w:t>
            </w:r>
          </w:p>
          <w:p w14:paraId="58EF9990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Председател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Анита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Стойкова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мед</w:t>
            </w:r>
            <w:proofErr w:type="spellEnd"/>
            <w:r w:rsidRPr="005630F6">
              <w:rPr>
                <w:szCs w:val="20"/>
              </w:rPr>
              <w:t xml:space="preserve">. </w:t>
            </w:r>
            <w:proofErr w:type="spellStart"/>
            <w:r w:rsidRPr="005630F6">
              <w:rPr>
                <w:szCs w:val="20"/>
              </w:rPr>
              <w:t>сестра</w:t>
            </w:r>
            <w:proofErr w:type="spellEnd"/>
          </w:p>
          <w:p w14:paraId="7AE3186E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Членове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Стойка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Петкова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мед</w:t>
            </w:r>
            <w:proofErr w:type="spellEnd"/>
            <w:r w:rsidRPr="005630F6">
              <w:rPr>
                <w:szCs w:val="20"/>
              </w:rPr>
              <w:t xml:space="preserve">. </w:t>
            </w:r>
            <w:proofErr w:type="spellStart"/>
            <w:r w:rsidRPr="005630F6">
              <w:rPr>
                <w:szCs w:val="20"/>
              </w:rPr>
              <w:t>сестра</w:t>
            </w:r>
            <w:proofErr w:type="spellEnd"/>
          </w:p>
          <w:p w14:paraId="752D1C1C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Катя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Атанасова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Тодорова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5E9C4A97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Илиана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Георгиева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Илиева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36A07A86" w14:textId="2CE67CC4" w:rsidR="0089562E" w:rsidRPr="00107E3E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Румяна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Андонова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Желева</w:t>
            </w:r>
            <w:proofErr w:type="spellEnd"/>
            <w:r w:rsidRPr="005630F6">
              <w:rPr>
                <w:szCs w:val="20"/>
              </w:rPr>
              <w:t xml:space="preserve"> – ЗАС</w:t>
            </w:r>
          </w:p>
        </w:tc>
      </w:tr>
      <w:tr w:rsidR="0089562E" w:rsidRPr="00107E3E" w14:paraId="104DCA72" w14:textId="77777777" w:rsidTr="007255BB">
        <w:trPr>
          <w:trHeight w:val="1057"/>
          <w:jc w:val="center"/>
        </w:trPr>
        <w:tc>
          <w:tcPr>
            <w:tcW w:w="857" w:type="dxa"/>
          </w:tcPr>
          <w:p w14:paraId="1BC5325E" w14:textId="38EEC9A8" w:rsidR="0089562E" w:rsidRPr="00107E3E" w:rsidRDefault="005630F6" w:rsidP="00107E3E">
            <w:pPr>
              <w:rPr>
                <w:szCs w:val="20"/>
              </w:rPr>
            </w:pPr>
            <w:r>
              <w:rPr>
                <w:szCs w:val="20"/>
              </w:rPr>
              <w:t>9.</w:t>
            </w:r>
          </w:p>
        </w:tc>
        <w:tc>
          <w:tcPr>
            <w:tcW w:w="9564" w:type="dxa"/>
          </w:tcPr>
          <w:p w14:paraId="72F3CC55" w14:textId="77777777" w:rsidR="005630F6" w:rsidRPr="00F74CEA" w:rsidRDefault="005630F6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РАБОТНА ГРУПА ПО ЕСТЕТИЗАЦИЯ И ТВОРЧЕСКО ОФОРМЛЕНИЕ</w:t>
            </w:r>
          </w:p>
          <w:p w14:paraId="0DF2DE41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Председател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Йоана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Димитрова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Димитрова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39452361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Членове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Катя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Атанасова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Тодорова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2C6B09D2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Даниела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Николаева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Апостолова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21647F01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Илиана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Георгиева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Илиева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7729F86B" w14:textId="2769084E" w:rsidR="0089562E" w:rsidRPr="00107E3E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Ралица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Йорданова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</w:tc>
      </w:tr>
      <w:tr w:rsidR="0089562E" w:rsidRPr="00107E3E" w14:paraId="64FEEF6B" w14:textId="77777777" w:rsidTr="007255BB">
        <w:trPr>
          <w:trHeight w:val="145"/>
          <w:jc w:val="center"/>
        </w:trPr>
        <w:tc>
          <w:tcPr>
            <w:tcW w:w="857" w:type="dxa"/>
          </w:tcPr>
          <w:p w14:paraId="135C3FB9" w14:textId="14A179A6" w:rsidR="0089562E" w:rsidRPr="00107E3E" w:rsidRDefault="005630F6" w:rsidP="00107E3E">
            <w:pPr>
              <w:rPr>
                <w:szCs w:val="20"/>
              </w:rPr>
            </w:pPr>
            <w:r>
              <w:rPr>
                <w:szCs w:val="20"/>
              </w:rPr>
              <w:t>10.</w:t>
            </w:r>
          </w:p>
        </w:tc>
        <w:tc>
          <w:tcPr>
            <w:tcW w:w="9564" w:type="dxa"/>
          </w:tcPr>
          <w:p w14:paraId="607BF81C" w14:textId="77777777" w:rsidR="005630F6" w:rsidRPr="00F74CEA" w:rsidRDefault="005630F6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БАК И ПОЖАРНА БЕЗОПАСНОСТ</w:t>
            </w:r>
          </w:p>
          <w:p w14:paraId="0EEA33D3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Председател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Мария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Костадинова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Ташкова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заместник-директор</w:t>
            </w:r>
            <w:proofErr w:type="spellEnd"/>
          </w:p>
          <w:p w14:paraId="49D2DD79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Членове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Димка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Йорданова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Парушева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39875129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Гинка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Йорданова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</w:t>
            </w:r>
            <w:proofErr w:type="spellEnd"/>
            <w:r w:rsidRPr="005630F6">
              <w:rPr>
                <w:szCs w:val="20"/>
              </w:rPr>
              <w:t xml:space="preserve">.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  <w:r w:rsidRPr="005630F6">
              <w:rPr>
                <w:szCs w:val="20"/>
              </w:rPr>
              <w:t>,</w:t>
            </w:r>
          </w:p>
          <w:p w14:paraId="17416272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Христина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Василева</w:t>
            </w:r>
            <w:proofErr w:type="spellEnd"/>
          </w:p>
          <w:p w14:paraId="55055A8C" w14:textId="426A6D01" w:rsidR="0089562E" w:rsidRPr="00107E3E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Румяна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Андонова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Желева</w:t>
            </w:r>
            <w:proofErr w:type="spellEnd"/>
            <w:r w:rsidRPr="005630F6">
              <w:rPr>
                <w:szCs w:val="20"/>
              </w:rPr>
              <w:t xml:space="preserve"> – ЗАС</w:t>
            </w:r>
          </w:p>
        </w:tc>
      </w:tr>
      <w:tr w:rsidR="0089562E" w:rsidRPr="00107E3E" w14:paraId="1312B22C" w14:textId="77777777" w:rsidTr="007255BB">
        <w:trPr>
          <w:trHeight w:val="145"/>
          <w:jc w:val="center"/>
        </w:trPr>
        <w:tc>
          <w:tcPr>
            <w:tcW w:w="857" w:type="dxa"/>
          </w:tcPr>
          <w:p w14:paraId="2333C213" w14:textId="11C497EB" w:rsidR="0089562E" w:rsidRPr="00107E3E" w:rsidRDefault="005630F6" w:rsidP="00107E3E">
            <w:pPr>
              <w:rPr>
                <w:szCs w:val="20"/>
              </w:rPr>
            </w:pPr>
            <w:r>
              <w:rPr>
                <w:szCs w:val="20"/>
              </w:rPr>
              <w:t>11.</w:t>
            </w:r>
          </w:p>
        </w:tc>
        <w:tc>
          <w:tcPr>
            <w:tcW w:w="9564" w:type="dxa"/>
          </w:tcPr>
          <w:p w14:paraId="60384411" w14:textId="77777777" w:rsidR="005630F6" w:rsidRPr="00F74CEA" w:rsidRDefault="005630F6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АРХИВИРАНЕ</w:t>
            </w:r>
          </w:p>
          <w:p w14:paraId="699839C8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Председател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Румяна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Андонова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Желева</w:t>
            </w:r>
            <w:proofErr w:type="spellEnd"/>
            <w:r w:rsidRPr="005630F6">
              <w:rPr>
                <w:szCs w:val="20"/>
              </w:rPr>
              <w:t xml:space="preserve"> – ЗАС</w:t>
            </w:r>
          </w:p>
          <w:p w14:paraId="0FEDA64B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Членове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Петя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Лазарова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Петкова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главен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счетоводител</w:t>
            </w:r>
            <w:proofErr w:type="spellEnd"/>
          </w:p>
          <w:p w14:paraId="13A92374" w14:textId="2B114FA8" w:rsidR="0089562E" w:rsidRPr="00107E3E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Мария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Костадинова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Ташкова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заместник-директор</w:t>
            </w:r>
            <w:proofErr w:type="spellEnd"/>
          </w:p>
        </w:tc>
      </w:tr>
      <w:tr w:rsidR="0089562E" w:rsidRPr="00107E3E" w14:paraId="4C3EE8FC" w14:textId="77777777" w:rsidTr="007255BB">
        <w:trPr>
          <w:trHeight w:val="2165"/>
          <w:jc w:val="center"/>
        </w:trPr>
        <w:tc>
          <w:tcPr>
            <w:tcW w:w="857" w:type="dxa"/>
          </w:tcPr>
          <w:p w14:paraId="4F49F60F" w14:textId="05624157" w:rsidR="0089562E" w:rsidRPr="00107E3E" w:rsidRDefault="0089562E" w:rsidP="00107E3E">
            <w:pPr>
              <w:rPr>
                <w:szCs w:val="20"/>
              </w:rPr>
            </w:pPr>
            <w:r w:rsidRPr="00107E3E">
              <w:rPr>
                <w:szCs w:val="20"/>
              </w:rPr>
              <w:t>1</w:t>
            </w:r>
            <w:r w:rsidR="005630F6">
              <w:rPr>
                <w:szCs w:val="20"/>
              </w:rPr>
              <w:t>2.</w:t>
            </w:r>
          </w:p>
        </w:tc>
        <w:tc>
          <w:tcPr>
            <w:tcW w:w="9564" w:type="dxa"/>
          </w:tcPr>
          <w:p w14:paraId="2874D196" w14:textId="77777777" w:rsidR="005630F6" w:rsidRPr="00F74CEA" w:rsidRDefault="005630F6" w:rsidP="00F74CEA">
            <w:pPr>
              <w:rPr>
                <w:b/>
                <w:bCs/>
                <w:sz w:val="18"/>
                <w:szCs w:val="18"/>
              </w:rPr>
            </w:pPr>
            <w:r w:rsidRPr="00F74CEA">
              <w:rPr>
                <w:b/>
                <w:bCs/>
                <w:sz w:val="18"/>
                <w:szCs w:val="18"/>
              </w:rPr>
              <w:t>КОМИСИЯ ПО КВАЛИФИКАЦИЯ</w:t>
            </w:r>
          </w:p>
          <w:p w14:paraId="24993472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Председател</w:t>
            </w:r>
            <w:proofErr w:type="spellEnd"/>
            <w:r w:rsidRPr="005630F6">
              <w:rPr>
                <w:szCs w:val="20"/>
              </w:rPr>
              <w:t xml:space="preserve">: </w:t>
            </w:r>
            <w:proofErr w:type="spellStart"/>
            <w:r w:rsidRPr="005630F6">
              <w:rPr>
                <w:szCs w:val="20"/>
              </w:rPr>
              <w:t>Мария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Костадинова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Ташкова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заместник-директор</w:t>
            </w:r>
            <w:proofErr w:type="spellEnd"/>
          </w:p>
          <w:p w14:paraId="247DC1CC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Членове</w:t>
            </w:r>
            <w:proofErr w:type="spellEnd"/>
            <w:r w:rsidRPr="005630F6">
              <w:rPr>
                <w:szCs w:val="20"/>
              </w:rPr>
              <w:t>:</w:t>
            </w:r>
          </w:p>
          <w:p w14:paraId="0780746C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Йоана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Димитрова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Димитрова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65FF0762" w14:textId="77777777" w:rsidR="005630F6" w:rsidRPr="005630F6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Десислава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Атанасова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Максимова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  <w:p w14:paraId="63718081" w14:textId="03CB24A1" w:rsidR="0089562E" w:rsidRPr="00107E3E" w:rsidRDefault="005630F6" w:rsidP="00F74CEA">
            <w:pPr>
              <w:rPr>
                <w:szCs w:val="20"/>
              </w:rPr>
            </w:pPr>
            <w:proofErr w:type="spellStart"/>
            <w:r w:rsidRPr="005630F6">
              <w:rPr>
                <w:szCs w:val="20"/>
              </w:rPr>
              <w:t>Мариета</w:t>
            </w:r>
            <w:proofErr w:type="spellEnd"/>
            <w:r w:rsidRPr="005630F6">
              <w:rPr>
                <w:szCs w:val="20"/>
              </w:rPr>
              <w:t xml:space="preserve"> Маринова-</w:t>
            </w:r>
            <w:proofErr w:type="spellStart"/>
            <w:r w:rsidRPr="005630F6">
              <w:rPr>
                <w:szCs w:val="20"/>
              </w:rPr>
              <w:t>Йосифова</w:t>
            </w:r>
            <w:proofErr w:type="spellEnd"/>
            <w:r w:rsidRPr="005630F6">
              <w:rPr>
                <w:szCs w:val="20"/>
              </w:rPr>
              <w:t xml:space="preserve"> – </w:t>
            </w:r>
            <w:proofErr w:type="spellStart"/>
            <w:r w:rsidRPr="005630F6">
              <w:rPr>
                <w:szCs w:val="20"/>
              </w:rPr>
              <w:t>старши</w:t>
            </w:r>
            <w:proofErr w:type="spellEnd"/>
            <w:r w:rsidRPr="005630F6">
              <w:rPr>
                <w:szCs w:val="20"/>
              </w:rPr>
              <w:t xml:space="preserve"> </w:t>
            </w:r>
            <w:proofErr w:type="spellStart"/>
            <w:r w:rsidRPr="005630F6">
              <w:rPr>
                <w:szCs w:val="20"/>
              </w:rPr>
              <w:t>учител</w:t>
            </w:r>
            <w:proofErr w:type="spellEnd"/>
          </w:p>
        </w:tc>
      </w:tr>
    </w:tbl>
    <w:p w14:paraId="5CF40DBC" w14:textId="77777777" w:rsidR="005630F6" w:rsidRDefault="005630F6" w:rsidP="008A0D57">
      <w:pPr>
        <w:spacing w:after="0"/>
        <w:rPr>
          <w:b/>
          <w:szCs w:val="20"/>
        </w:rPr>
      </w:pPr>
    </w:p>
    <w:p w14:paraId="31837801" w14:textId="30A6BE54" w:rsidR="00E52E07" w:rsidRPr="008A0D57" w:rsidRDefault="00EB0A01" w:rsidP="008A0D57">
      <w:pPr>
        <w:spacing w:after="0"/>
        <w:jc w:val="center"/>
        <w:rPr>
          <w:b/>
          <w:szCs w:val="20"/>
        </w:rPr>
      </w:pPr>
      <w:r>
        <w:rPr>
          <w:b/>
          <w:szCs w:val="20"/>
        </w:rPr>
        <w:t>XVII</w:t>
      </w:r>
      <w:r w:rsidRPr="00107E3E">
        <w:rPr>
          <w:b/>
          <w:szCs w:val="20"/>
        </w:rPr>
        <w:t xml:space="preserve">. </w:t>
      </w:r>
      <w:r w:rsidR="002B1107" w:rsidRPr="00107E3E">
        <w:rPr>
          <w:b/>
          <w:szCs w:val="20"/>
        </w:rPr>
        <w:t>КВАЛИФИКАЦИОННА ДЕЙНОСТ</w:t>
      </w:r>
    </w:p>
    <w:tbl>
      <w:tblPr>
        <w:tblW w:w="1093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2475"/>
        <w:gridCol w:w="1701"/>
        <w:gridCol w:w="1134"/>
        <w:gridCol w:w="1559"/>
        <w:gridCol w:w="1843"/>
        <w:gridCol w:w="1704"/>
      </w:tblGrid>
      <w:tr w:rsidR="00E52E07" w:rsidRPr="00AE58D8" w14:paraId="2309D79C" w14:textId="77777777" w:rsidTr="00E52E07">
        <w:trPr>
          <w:trHeight w:val="360"/>
        </w:trPr>
        <w:tc>
          <w:tcPr>
            <w:tcW w:w="52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34E3C7FF" w14:textId="77777777" w:rsid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  <w:lang w:val="bg-BG"/>
              </w:rPr>
            </w:pPr>
          </w:p>
          <w:p w14:paraId="1B9F9522" w14:textId="791EFD2E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№</w:t>
            </w: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26F6C908" w14:textId="77777777" w:rsidR="00E52E07" w:rsidRDefault="00E52E07" w:rsidP="00E52E07">
            <w:pPr>
              <w:widowControl w:val="0"/>
              <w:autoSpaceDE w:val="0"/>
              <w:autoSpaceDN w:val="0"/>
              <w:spacing w:after="0"/>
              <w:ind w:left="105"/>
              <w:jc w:val="center"/>
              <w:rPr>
                <w:rFonts w:eastAsia="Times New Roman" w:cs="Times New Roman"/>
                <w:szCs w:val="20"/>
                <w:lang w:val="bg-BG"/>
              </w:rPr>
            </w:pPr>
          </w:p>
          <w:p w14:paraId="5428F9DD" w14:textId="0CC61A9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5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Тема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43067C2F" w14:textId="45C70700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 w:right="94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Период</w:t>
            </w:r>
            <w:proofErr w:type="spellEnd"/>
            <w:r>
              <w:rPr>
                <w:rFonts w:eastAsia="Times New Roman" w:cs="Times New Roman"/>
                <w:szCs w:val="20"/>
                <w:lang w:val="bg-BG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pacing w:val="-2"/>
                <w:szCs w:val="20"/>
              </w:rPr>
              <w:t>на</w:t>
            </w:r>
            <w:proofErr w:type="spellEnd"/>
            <w:r w:rsidRPr="00E52E07">
              <w:rPr>
                <w:rFonts w:eastAsia="Times New Roman" w:cs="Times New Roman"/>
                <w:spacing w:val="-57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провеждане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6AD6FC4D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 w:right="145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pacing w:val="-1"/>
                <w:szCs w:val="20"/>
              </w:rPr>
              <w:t>Академични</w:t>
            </w:r>
            <w:proofErr w:type="spellEnd"/>
            <w:r w:rsidRPr="00E52E07">
              <w:rPr>
                <w:rFonts w:eastAsia="Times New Roman" w:cs="Times New Roman"/>
                <w:spacing w:val="-57"/>
                <w:szCs w:val="20"/>
              </w:rPr>
              <w:t xml:space="preserve">  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часове</w:t>
            </w:r>
            <w:proofErr w:type="spellEnd"/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0B5BAA73" w14:textId="77777777" w:rsid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  <w:lang w:val="bg-BG"/>
              </w:rPr>
            </w:pPr>
          </w:p>
          <w:p w14:paraId="5499FF05" w14:textId="1B71C75D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bg-BG"/>
              </w:rPr>
              <w:t xml:space="preserve">  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Форма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D648BED" w14:textId="77777777" w:rsidR="00E52E07" w:rsidRDefault="00E52E07" w:rsidP="00E52E07">
            <w:pPr>
              <w:widowControl w:val="0"/>
              <w:autoSpaceDE w:val="0"/>
              <w:autoSpaceDN w:val="0"/>
              <w:spacing w:after="0"/>
              <w:ind w:left="111"/>
              <w:rPr>
                <w:rFonts w:eastAsia="Times New Roman" w:cs="Times New Roman"/>
                <w:szCs w:val="20"/>
                <w:lang w:val="bg-BG"/>
              </w:rPr>
            </w:pPr>
          </w:p>
          <w:p w14:paraId="32D95622" w14:textId="2A0D39B0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1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bg-BG"/>
              </w:rPr>
              <w:t xml:space="preserve">      У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частници</w:t>
            </w:r>
            <w:proofErr w:type="spellEnd"/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92BFBE8" w14:textId="77777777" w:rsidR="00E52E07" w:rsidRDefault="00E52E07" w:rsidP="00E52E07">
            <w:pPr>
              <w:widowControl w:val="0"/>
              <w:autoSpaceDE w:val="0"/>
              <w:autoSpaceDN w:val="0"/>
              <w:spacing w:after="0"/>
              <w:ind w:left="-347"/>
              <w:jc w:val="center"/>
              <w:rPr>
                <w:rFonts w:eastAsia="Times New Roman" w:cs="Times New Roman"/>
                <w:szCs w:val="20"/>
                <w:lang w:val="bg-BG"/>
              </w:rPr>
            </w:pPr>
          </w:p>
          <w:p w14:paraId="56CA1EBB" w14:textId="586AEDA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-347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Отговорник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за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провеждането</w:t>
            </w:r>
            <w:proofErr w:type="spellEnd"/>
          </w:p>
        </w:tc>
      </w:tr>
      <w:tr w:rsidR="00E52E07" w:rsidRPr="00AE58D8" w14:paraId="0DA8A458" w14:textId="77777777" w:rsidTr="00E52E07">
        <w:trPr>
          <w:trHeight w:val="828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4BA12FD2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1.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01B47551" w14:textId="299A358A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5" w:right="95"/>
              <w:jc w:val="center"/>
              <w:rPr>
                <w:rFonts w:eastAsia="Times New Roman" w:cs="Times New Roman"/>
                <w:szCs w:val="20"/>
                <w:lang w:val="ru-RU"/>
              </w:rPr>
            </w:pPr>
            <w:r w:rsidRPr="00E52E07">
              <w:rPr>
                <w:rFonts w:eastAsia="Times New Roman" w:cs="Times New Roman"/>
                <w:szCs w:val="20"/>
              </w:rPr>
              <w:t>Н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асоки</w:t>
            </w:r>
            <w:proofErr w:type="spellEnd"/>
            <w:r w:rsidRPr="00E52E07">
              <w:rPr>
                <w:rFonts w:eastAsia="Times New Roman" w:cs="Times New Roman"/>
                <w:spacing w:val="10"/>
                <w:szCs w:val="20"/>
                <w:lang w:val="ru-RU"/>
              </w:rPr>
              <w:t xml:space="preserve"> </w:t>
            </w:r>
            <w:r w:rsidRPr="00E52E07">
              <w:rPr>
                <w:rFonts w:eastAsia="Times New Roman" w:cs="Times New Roman"/>
                <w:spacing w:val="10"/>
                <w:szCs w:val="20"/>
              </w:rPr>
              <w:t xml:space="preserve">и </w:t>
            </w:r>
            <w:proofErr w:type="spellStart"/>
            <w:r w:rsidRPr="00E52E07">
              <w:rPr>
                <w:rFonts w:eastAsia="Times New Roman" w:cs="Times New Roman"/>
                <w:spacing w:val="10"/>
                <w:szCs w:val="20"/>
              </w:rPr>
              <w:t>изисквания</w:t>
            </w:r>
            <w:proofErr w:type="spellEnd"/>
            <w:r w:rsidRPr="00E52E07">
              <w:rPr>
                <w:rFonts w:eastAsia="Times New Roman" w:cs="Times New Roman"/>
                <w:spacing w:val="10"/>
                <w:szCs w:val="20"/>
              </w:rPr>
              <w:t xml:space="preserve"> </w:t>
            </w:r>
            <w:proofErr w:type="spellStart"/>
            <w:proofErr w:type="gramStart"/>
            <w:r w:rsidRPr="00E52E07">
              <w:rPr>
                <w:rFonts w:eastAsia="Times New Roman" w:cs="Times New Roman"/>
                <w:spacing w:val="10"/>
                <w:szCs w:val="20"/>
              </w:rPr>
              <w:t>за</w:t>
            </w:r>
            <w:proofErr w:type="spellEnd"/>
            <w:r w:rsidRPr="00E52E07">
              <w:rPr>
                <w:rFonts w:eastAsia="Times New Roman" w:cs="Times New Roman"/>
                <w:spacing w:val="10"/>
                <w:szCs w:val="20"/>
              </w:rPr>
              <w:t xml:space="preserve"> </w:t>
            </w:r>
            <w:r w:rsidRPr="00E52E07">
              <w:rPr>
                <w:rFonts w:eastAsia="Times New Roman" w:cs="Times New Roman"/>
                <w:spacing w:val="8"/>
                <w:szCs w:val="20"/>
                <w:lang w:val="ru-RU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водене</w:t>
            </w:r>
            <w:proofErr w:type="spellEnd"/>
            <w:proofErr w:type="gramEnd"/>
            <w:r w:rsidRPr="00E52E07">
              <w:rPr>
                <w:rFonts w:eastAsia="Times New Roman" w:cs="Times New Roman"/>
                <w:spacing w:val="8"/>
                <w:szCs w:val="20"/>
                <w:lang w:val="ru-RU"/>
              </w:rPr>
              <w:t xml:space="preserve"> </w:t>
            </w:r>
            <w:r w:rsidRPr="00E52E07">
              <w:rPr>
                <w:rFonts w:eastAsia="Times New Roman" w:cs="Times New Roman"/>
                <w:szCs w:val="20"/>
                <w:lang w:val="ru-RU"/>
              </w:rPr>
              <w:t>на</w:t>
            </w:r>
            <w:r w:rsidRPr="00E52E07">
              <w:rPr>
                <w:rFonts w:eastAsia="Times New Roman" w:cs="Times New Roman"/>
                <w:spacing w:val="-57"/>
                <w:szCs w:val="20"/>
                <w:lang w:val="ru-RU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електронен</w:t>
            </w:r>
            <w:proofErr w:type="spellEnd"/>
            <w:r w:rsidRPr="00E52E07">
              <w:rPr>
                <w:rFonts w:eastAsia="Times New Roman" w:cs="Times New Roman"/>
                <w:spacing w:val="11"/>
                <w:szCs w:val="20"/>
                <w:lang w:val="ru-RU"/>
              </w:rPr>
              <w:t xml:space="preserve"> </w:t>
            </w:r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дневник –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създаване</w:t>
            </w:r>
            <w:proofErr w:type="spellEnd"/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 на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седм</w:t>
            </w:r>
            <w:proofErr w:type="spellEnd"/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lastRenderedPageBreak/>
              <w:t>разписание</w:t>
            </w:r>
            <w:proofErr w:type="spellEnd"/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според</w:t>
            </w:r>
            <w:proofErr w:type="spellEnd"/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изискванията</w:t>
            </w:r>
            <w:proofErr w:type="spellEnd"/>
            <w:r w:rsidRPr="00E52E07">
              <w:rPr>
                <w:rFonts w:eastAsia="Times New Roman" w:cs="Times New Roman"/>
                <w:spacing w:val="9"/>
                <w:szCs w:val="20"/>
                <w:lang w:val="ru-RU"/>
              </w:rPr>
              <w:t xml:space="preserve">; секция – </w:t>
            </w:r>
            <w:proofErr w:type="spellStart"/>
            <w:r w:rsidRPr="00E52E07">
              <w:rPr>
                <w:rFonts w:eastAsia="Times New Roman" w:cs="Times New Roman"/>
                <w:spacing w:val="9"/>
                <w:szCs w:val="20"/>
                <w:lang w:val="ru-RU"/>
              </w:rPr>
              <w:t>съобщения</w:t>
            </w:r>
            <w:proofErr w:type="spellEnd"/>
            <w:r w:rsidRPr="00E52E07">
              <w:rPr>
                <w:rFonts w:eastAsia="Times New Roman" w:cs="Times New Roman"/>
                <w:spacing w:val="9"/>
                <w:szCs w:val="20"/>
              </w:rPr>
              <w:t>;</w:t>
            </w:r>
            <w:r w:rsidRPr="00E52E07">
              <w:rPr>
                <w:rFonts w:eastAsia="Times New Roman" w:cs="Times New Roman"/>
                <w:spacing w:val="9"/>
                <w:szCs w:val="20"/>
                <w:lang w:val="ru-RU"/>
              </w:rPr>
              <w:t xml:space="preserve"> </w:t>
            </w:r>
            <w:r w:rsidRPr="00E52E07">
              <w:rPr>
                <w:rFonts w:eastAsia="Times New Roman" w:cs="Times New Roman"/>
                <w:szCs w:val="20"/>
                <w:lang w:val="ru-RU"/>
              </w:rPr>
              <w:t>документация</w:t>
            </w:r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r w:rsidRPr="00E52E07">
              <w:rPr>
                <w:rFonts w:eastAsia="Times New Roman" w:cs="Times New Roman"/>
                <w:szCs w:val="20"/>
                <w:lang w:val="ru-RU"/>
              </w:rPr>
              <w:t>на</w:t>
            </w:r>
            <w:r w:rsidRPr="00E52E07">
              <w:rPr>
                <w:rFonts w:eastAsia="Times New Roman" w:cs="Times New Roman"/>
                <w:spacing w:val="-4"/>
                <w:szCs w:val="20"/>
                <w:lang w:val="ru-RU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групата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;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норм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Документи</w:t>
            </w:r>
            <w:proofErr w:type="spellEnd"/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030558BB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lastRenderedPageBreak/>
              <w:t>Срок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–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постоянен</w:t>
            </w:r>
            <w:proofErr w:type="spellEnd"/>
          </w:p>
          <w:p w14:paraId="7F29A92B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/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от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началото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края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учебната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lastRenderedPageBreak/>
              <w:t>година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/</w:t>
            </w: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011327B6" w14:textId="1C11722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bg-BG"/>
              </w:rPr>
              <w:lastRenderedPageBreak/>
              <w:t xml:space="preserve">  </w:t>
            </w:r>
            <w:r w:rsidRPr="00E52E07">
              <w:rPr>
                <w:rFonts w:eastAsia="Times New Roman" w:cs="Times New Roman"/>
                <w:szCs w:val="20"/>
              </w:rPr>
              <w:t>3</w:t>
            </w:r>
            <w:r w:rsidRPr="00E52E07">
              <w:rPr>
                <w:rFonts w:eastAsia="Times New Roman" w:cs="Times New Roman"/>
                <w:spacing w:val="-1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акад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  <w:r w:rsidRPr="00E52E07">
              <w:rPr>
                <w:rFonts w:eastAsia="Times New Roman" w:cs="Times New Roman"/>
                <w:spacing w:val="-1"/>
                <w:szCs w:val="20"/>
              </w:rPr>
              <w:t xml:space="preserve"> </w:t>
            </w:r>
            <w:r>
              <w:rPr>
                <w:rFonts w:eastAsia="Times New Roman" w:cs="Times New Roman"/>
                <w:spacing w:val="-1"/>
                <w:szCs w:val="20"/>
                <w:lang w:val="bg-BG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часа</w:t>
            </w:r>
            <w:proofErr w:type="spellEnd"/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56E73021" w14:textId="71D4E556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Практически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указания</w:t>
            </w:r>
            <w:proofErr w:type="spellEnd"/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7E2E58F9" w14:textId="726E1BA8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11" w:right="92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Всички</w:t>
            </w:r>
            <w:proofErr w:type="spellEnd"/>
            <w:r>
              <w:rPr>
                <w:rFonts w:eastAsia="Times New Roman" w:cs="Times New Roman"/>
                <w:szCs w:val="20"/>
                <w:lang w:val="bg-BG"/>
              </w:rPr>
              <w:t xml:space="preserve"> </w:t>
            </w:r>
            <w:proofErr w:type="spellStart"/>
            <w:proofErr w:type="gramStart"/>
            <w:r w:rsidRPr="00E52E07">
              <w:rPr>
                <w:rFonts w:eastAsia="Times New Roman" w:cs="Times New Roman"/>
                <w:spacing w:val="-1"/>
                <w:szCs w:val="20"/>
              </w:rPr>
              <w:t>пед</w:t>
            </w:r>
            <w:r>
              <w:rPr>
                <w:rFonts w:eastAsia="Times New Roman" w:cs="Times New Roman"/>
                <w:spacing w:val="-1"/>
                <w:szCs w:val="20"/>
                <w:lang w:val="bg-BG"/>
              </w:rPr>
              <w:t>агогически</w:t>
            </w:r>
            <w:proofErr w:type="spellEnd"/>
            <w:r w:rsidRPr="00E52E07">
              <w:rPr>
                <w:rFonts w:eastAsia="Times New Roman" w:cs="Times New Roman"/>
                <w:spacing w:val="-57"/>
                <w:szCs w:val="20"/>
              </w:rPr>
              <w:t xml:space="preserve"> </w:t>
            </w:r>
            <w:r>
              <w:rPr>
                <w:rFonts w:eastAsia="Times New Roman" w:cs="Times New Roman"/>
                <w:spacing w:val="-57"/>
                <w:szCs w:val="20"/>
                <w:lang w:val="bg-BG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  <w:proofErr w:type="gramEnd"/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53183ED8" w14:textId="0F6F05FD" w:rsidR="00E52E07" w:rsidRPr="00E52E07" w:rsidRDefault="00E52E07" w:rsidP="00E52E07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/>
              <w:ind w:right="76"/>
              <w:jc w:val="center"/>
              <w:rPr>
                <w:rFonts w:eastAsia="Times New Roman" w:cs="Times New Roman"/>
                <w:szCs w:val="20"/>
              </w:rPr>
            </w:pPr>
          </w:p>
          <w:p w14:paraId="642FBE02" w14:textId="31456432" w:rsidR="00E52E07" w:rsidRPr="00E52E07" w:rsidRDefault="00E52E07" w:rsidP="00E52E07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/>
              <w:ind w:right="76"/>
              <w:jc w:val="center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ЗДУД,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Директор</w:t>
            </w:r>
            <w:proofErr w:type="spellEnd"/>
          </w:p>
          <w:p w14:paraId="16992EE4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right="91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E52E07" w:rsidRPr="00AE58D8" w14:paraId="411D66AD" w14:textId="77777777" w:rsidTr="00E52E07">
        <w:trPr>
          <w:trHeight w:val="828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19B56A56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2.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5FBD18B7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5" w:right="95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„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Детето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говори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–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развитие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комуникативните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умения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деца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от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7 г.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Подкрепящи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стратегии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за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езиково-</w:t>
            </w:r>
            <w:proofErr w:type="gramStart"/>
            <w:r w:rsidRPr="00E52E07">
              <w:rPr>
                <w:rFonts w:eastAsia="Times New Roman" w:cs="Times New Roman"/>
                <w:szCs w:val="20"/>
              </w:rPr>
              <w:t>говорно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развитие</w:t>
            </w:r>
            <w:proofErr w:type="spellEnd"/>
            <w:proofErr w:type="gram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детската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градина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семейната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среда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746A1C83" w14:textId="0CC24244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Края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на м. </w:t>
            </w:r>
            <w:r w:rsidR="007255BB">
              <w:rPr>
                <w:rFonts w:eastAsia="Times New Roman" w:cs="Times New Roman"/>
                <w:szCs w:val="20"/>
                <w:lang w:val="bg-BG"/>
              </w:rPr>
              <w:t>януари</w:t>
            </w:r>
            <w:r w:rsidRPr="00E52E07">
              <w:rPr>
                <w:rFonts w:eastAsia="Times New Roman" w:cs="Times New Roman"/>
                <w:szCs w:val="20"/>
              </w:rPr>
              <w:t xml:space="preserve">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началото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м. </w:t>
            </w:r>
            <w:r w:rsidR="007255BB">
              <w:rPr>
                <w:rFonts w:eastAsia="Times New Roman" w:cs="Times New Roman"/>
                <w:szCs w:val="20"/>
                <w:lang w:val="bg-BG"/>
              </w:rPr>
              <w:t>февруари</w:t>
            </w:r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25D4CD58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  <w:lang w:val="ru-RU"/>
              </w:rPr>
            </w:pPr>
            <w:r w:rsidRPr="00E52E07">
              <w:rPr>
                <w:rFonts w:eastAsia="Times New Roman" w:cs="Times New Roman"/>
                <w:szCs w:val="20"/>
                <w:lang w:val="ru-RU"/>
              </w:rPr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  <w:lang w:val="ru-RU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  <w:lang w:val="ru-RU"/>
              </w:rPr>
              <w:t>. часа</w:t>
            </w:r>
          </w:p>
          <w:p w14:paraId="6FD67744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11AA64CA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Лектория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семинар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с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логопед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от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ЦПЛР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50E9613D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11" w:right="92"/>
              <w:jc w:val="center"/>
              <w:rPr>
                <w:rFonts w:eastAsia="Times New Roman" w:cs="Times New Roman"/>
                <w:szCs w:val="20"/>
                <w:lang w:val="ru-RU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Всички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ab/>
            </w:r>
            <w:proofErr w:type="spellStart"/>
            <w:r w:rsidRPr="00E52E07">
              <w:rPr>
                <w:rFonts w:eastAsia="Times New Roman" w:cs="Times New Roman"/>
                <w:spacing w:val="-1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pacing w:val="-1"/>
                <w:szCs w:val="20"/>
              </w:rPr>
              <w:t>.</w:t>
            </w:r>
            <w:r w:rsidRPr="00E52E07">
              <w:rPr>
                <w:rFonts w:eastAsia="Times New Roman" w:cs="Times New Roman"/>
                <w:spacing w:val="-57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2444426B" w14:textId="77777777" w:rsidR="00E52E07" w:rsidRPr="00E52E07" w:rsidRDefault="00E52E07" w:rsidP="00E52E07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/>
              <w:ind w:right="76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 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Директор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лектор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:</w:t>
            </w:r>
          </w:p>
          <w:p w14:paraId="5930D30C" w14:textId="706B0AFF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right="76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представител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    ЦПЛР</w:t>
            </w:r>
          </w:p>
        </w:tc>
      </w:tr>
      <w:tr w:rsidR="00E52E07" w:rsidRPr="00AE58D8" w14:paraId="623331A5" w14:textId="77777777" w:rsidTr="00E52E07">
        <w:trPr>
          <w:trHeight w:val="425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1FF8C33B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3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256673BF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Методи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техники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за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успешно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партньорство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между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–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съмишленици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ПУВ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децата</w:t>
            </w:r>
            <w:proofErr w:type="spellEnd"/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66731A8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rPr>
                <w:rFonts w:eastAsia="Times New Roman" w:cs="Times New Roman"/>
                <w:szCs w:val="20"/>
              </w:rPr>
            </w:pPr>
          </w:p>
          <w:p w14:paraId="68CDE3CA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октомври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DA8BD69" w14:textId="4FA83896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2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="00F60816" w:rsidRPr="00E52E07">
              <w:rPr>
                <w:rFonts w:eastAsia="Times New Roman" w:cs="Times New Roman"/>
                <w:szCs w:val="20"/>
              </w:rPr>
              <w:t>Ч</w:t>
            </w:r>
            <w:r w:rsidRPr="00E52E07">
              <w:rPr>
                <w:rFonts w:eastAsia="Times New Roman" w:cs="Times New Roman"/>
                <w:szCs w:val="20"/>
              </w:rPr>
              <w:t>аса</w:t>
            </w:r>
            <w:proofErr w:type="spellEnd"/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0D7736BF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Лектория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/</w:t>
            </w:r>
          </w:p>
          <w:p w14:paraId="317BE972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семинар</w:t>
            </w:r>
            <w:proofErr w:type="spellEnd"/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79B78CC2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1"/>
              <w:jc w:val="both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Всички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ab/>
            </w:r>
            <w:proofErr w:type="spellStart"/>
            <w:r w:rsidRPr="00E52E07">
              <w:rPr>
                <w:rFonts w:eastAsia="Times New Roman" w:cs="Times New Roman"/>
                <w:spacing w:val="-1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pacing w:val="-1"/>
                <w:szCs w:val="20"/>
              </w:rPr>
              <w:t>.</w:t>
            </w:r>
            <w:r w:rsidRPr="00E52E07">
              <w:rPr>
                <w:rFonts w:eastAsia="Times New Roman" w:cs="Times New Roman"/>
                <w:spacing w:val="-57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119FE03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М.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Йосифова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;</w:t>
            </w:r>
          </w:p>
          <w:p w14:paraId="3D6993FE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К.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Тодорова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</w:p>
          <w:p w14:paraId="165F5456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</w:tc>
      </w:tr>
      <w:tr w:rsidR="00E52E07" w:rsidRPr="00AE58D8" w14:paraId="2781D24D" w14:textId="77777777" w:rsidTr="00E52E07">
        <w:trPr>
          <w:trHeight w:val="625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61046EF1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4.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0220F1E4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Видове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кинезиологични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упражнения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тяхното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въздействие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върху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детския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организъм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44EC5F3E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</w:p>
          <w:p w14:paraId="3B0E95D5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ноември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996E1B9" w14:textId="3954903E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="00F60816" w:rsidRPr="00E52E07">
              <w:rPr>
                <w:rFonts w:eastAsia="Times New Roman" w:cs="Times New Roman"/>
                <w:szCs w:val="20"/>
              </w:rPr>
              <w:t>Ч</w:t>
            </w:r>
            <w:r w:rsidRPr="00E52E07">
              <w:rPr>
                <w:rFonts w:eastAsia="Times New Roman" w:cs="Times New Roman"/>
                <w:szCs w:val="20"/>
              </w:rPr>
              <w:t>аса</w:t>
            </w:r>
            <w:proofErr w:type="spellEnd"/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6C5E4BC6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Семинар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Практикум</w:t>
            </w:r>
            <w:proofErr w:type="spellEnd"/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788DD566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1"/>
              <w:jc w:val="both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Всички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ab/>
            </w:r>
            <w:proofErr w:type="spellStart"/>
            <w:r w:rsidRPr="00E52E07">
              <w:rPr>
                <w:rFonts w:eastAsia="Times New Roman" w:cs="Times New Roman"/>
                <w:spacing w:val="-1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pacing w:val="-1"/>
                <w:szCs w:val="20"/>
              </w:rPr>
              <w:t>.</w:t>
            </w:r>
            <w:r w:rsidRPr="00E52E07">
              <w:rPr>
                <w:rFonts w:eastAsia="Times New Roman" w:cs="Times New Roman"/>
                <w:spacing w:val="-57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7440AE9A" w14:textId="4F7C86C2" w:rsidR="00E52E07" w:rsidRPr="007255BB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  <w:lang w:val="bg-BG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ЗДУД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Счетов</w:t>
            </w:r>
            <w:r w:rsidR="007255BB">
              <w:rPr>
                <w:rFonts w:eastAsia="Times New Roman" w:cs="Times New Roman"/>
                <w:szCs w:val="20"/>
                <w:lang w:val="bg-BG"/>
              </w:rPr>
              <w:t>одител</w:t>
            </w:r>
            <w:proofErr w:type="spellEnd"/>
          </w:p>
          <w:p w14:paraId="70773038" w14:textId="65C7801C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Лектор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-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Мая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Христова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</w:p>
        </w:tc>
      </w:tr>
      <w:tr w:rsidR="00E52E07" w:rsidRPr="00AE58D8" w14:paraId="209BBA8D" w14:textId="77777777" w:rsidTr="00E52E07">
        <w:trPr>
          <w:trHeight w:val="707"/>
        </w:trPr>
        <w:tc>
          <w:tcPr>
            <w:tcW w:w="52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6D947D" w14:textId="77777777" w:rsidR="00E52E07" w:rsidRPr="00E52E07" w:rsidRDefault="00E52E07" w:rsidP="00E52E07">
            <w:pPr>
              <w:spacing w:after="0"/>
              <w:rPr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  5</w:t>
            </w:r>
            <w:r w:rsidRPr="00E52E07">
              <w:rPr>
                <w:szCs w:val="20"/>
              </w:rPr>
              <w:t>.</w:t>
            </w:r>
          </w:p>
        </w:tc>
        <w:tc>
          <w:tcPr>
            <w:tcW w:w="247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E641F3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Антистрес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техники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ДГ –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приказки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масажни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приказки</w:t>
            </w:r>
            <w:proofErr w:type="spellEnd"/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7CC624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</w:p>
          <w:p w14:paraId="51CA3C20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ноември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718ACA" w14:textId="1B8F385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="00F60816" w:rsidRPr="00E52E07">
              <w:rPr>
                <w:rFonts w:eastAsia="Times New Roman" w:cs="Times New Roman"/>
                <w:szCs w:val="20"/>
              </w:rPr>
              <w:t>Ч</w:t>
            </w:r>
            <w:r w:rsidRPr="00E52E07">
              <w:rPr>
                <w:rFonts w:eastAsia="Times New Roman" w:cs="Times New Roman"/>
                <w:szCs w:val="20"/>
              </w:rPr>
              <w:t>аса</w:t>
            </w:r>
            <w:proofErr w:type="spellEnd"/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E64830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i/>
                <w:szCs w:val="20"/>
                <w:lang w:val="ru-RU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Семинар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Практикум</w:t>
            </w:r>
            <w:proofErr w:type="spellEnd"/>
          </w:p>
        </w:tc>
        <w:tc>
          <w:tcPr>
            <w:tcW w:w="18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6C4D5B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22" w:right="92"/>
              <w:jc w:val="both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Всички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ab/>
            </w:r>
            <w:proofErr w:type="spellStart"/>
            <w:r w:rsidRPr="00E52E07">
              <w:rPr>
                <w:rFonts w:eastAsia="Times New Roman" w:cs="Times New Roman"/>
                <w:spacing w:val="-1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pacing w:val="-1"/>
                <w:szCs w:val="20"/>
              </w:rPr>
              <w:t>.</w:t>
            </w:r>
            <w:r w:rsidRPr="00E52E07">
              <w:rPr>
                <w:rFonts w:eastAsia="Times New Roman" w:cs="Times New Roman"/>
                <w:spacing w:val="-57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</w:p>
        </w:tc>
        <w:tc>
          <w:tcPr>
            <w:tcW w:w="170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E04F76" w14:textId="017AF9A3" w:rsidR="00E52E07" w:rsidRPr="007255BB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  <w:lang w:val="bg-BG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ЗДУД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Счетов</w:t>
            </w:r>
            <w:r w:rsidR="007255BB">
              <w:rPr>
                <w:rFonts w:eastAsia="Times New Roman" w:cs="Times New Roman"/>
                <w:szCs w:val="20"/>
                <w:lang w:val="bg-BG"/>
              </w:rPr>
              <w:t>одител</w:t>
            </w:r>
            <w:proofErr w:type="spellEnd"/>
          </w:p>
          <w:p w14:paraId="2A552C93" w14:textId="10CB541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Лектор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-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Мая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Христова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/</w:t>
            </w:r>
          </w:p>
        </w:tc>
      </w:tr>
      <w:tr w:rsidR="00E52E07" w:rsidRPr="00AE58D8" w14:paraId="2618A9F3" w14:textId="77777777" w:rsidTr="00E52E07">
        <w:trPr>
          <w:trHeight w:val="584"/>
        </w:trPr>
        <w:tc>
          <w:tcPr>
            <w:tcW w:w="52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1508114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6.</w:t>
            </w:r>
          </w:p>
          <w:p w14:paraId="5874852D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25EFEF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cs="Times New Roman"/>
                <w:color w:val="474747"/>
                <w:szCs w:val="20"/>
                <w:shd w:val="clear" w:color="auto" w:fill="FFFFFF"/>
              </w:rPr>
            </w:pPr>
          </w:p>
          <w:p w14:paraId="0F725C79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cs="Times New Roman"/>
                <w:color w:val="474747"/>
                <w:szCs w:val="20"/>
                <w:shd w:val="clear" w:color="auto" w:fill="FFFFFF"/>
              </w:rPr>
            </w:pP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Отрита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практика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lastRenderedPageBreak/>
              <w:t>пред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родители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и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учители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524DB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rPr>
                <w:rFonts w:eastAsia="Times New Roman" w:cs="Times New Roman"/>
                <w:szCs w:val="20"/>
              </w:rPr>
            </w:pPr>
          </w:p>
          <w:p w14:paraId="3D7C7BC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януари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/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февру</w:t>
            </w:r>
            <w:r w:rsidRPr="00E52E07">
              <w:rPr>
                <w:rFonts w:eastAsia="Times New Roman" w:cs="Times New Roman"/>
                <w:szCs w:val="20"/>
              </w:rPr>
              <w:lastRenderedPageBreak/>
              <w:t>ари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BA5B618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lastRenderedPageBreak/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с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lastRenderedPageBreak/>
              <w:t>конфериране</w:t>
            </w:r>
            <w:proofErr w:type="spellEnd"/>
          </w:p>
          <w:p w14:paraId="4F479C05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395BD6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iCs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iCs/>
                <w:szCs w:val="20"/>
              </w:rPr>
              <w:lastRenderedPageBreak/>
              <w:t>Открита</w:t>
            </w:r>
            <w:proofErr w:type="spellEnd"/>
            <w:r w:rsidRPr="00E52E07">
              <w:rPr>
                <w:rFonts w:eastAsia="Times New Roman" w:cs="Times New Roman"/>
                <w:iCs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iCs/>
                <w:szCs w:val="20"/>
              </w:rPr>
              <w:t>практика</w:t>
            </w:r>
            <w:proofErr w:type="spellEnd"/>
            <w:r w:rsidRPr="00E52E07">
              <w:rPr>
                <w:rFonts w:eastAsia="Times New Roman" w:cs="Times New Roman"/>
                <w:iCs/>
                <w:szCs w:val="20"/>
              </w:rPr>
              <w:t xml:space="preserve"> - </w:t>
            </w:r>
            <w:proofErr w:type="spellStart"/>
            <w:r w:rsidRPr="00E52E07">
              <w:rPr>
                <w:rFonts w:eastAsia="Times New Roman" w:cs="Times New Roman"/>
                <w:iCs/>
                <w:szCs w:val="20"/>
              </w:rPr>
              <w:lastRenderedPageBreak/>
              <w:t>Втора</w:t>
            </w:r>
            <w:proofErr w:type="spellEnd"/>
            <w:r w:rsidRPr="00E52E07">
              <w:rPr>
                <w:rFonts w:eastAsia="Times New Roman" w:cs="Times New Roman"/>
                <w:iCs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iCs/>
                <w:szCs w:val="20"/>
              </w:rPr>
              <w:t>група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884E96B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22" w:right="92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lastRenderedPageBreak/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lastRenderedPageBreak/>
              <w:t>обратна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смяна</w:t>
            </w:r>
            <w:proofErr w:type="spellEnd"/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DFBB56B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  <w:p w14:paraId="5C6B93F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ЗДУД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lastRenderedPageBreak/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група</w:t>
            </w:r>
            <w:proofErr w:type="spellEnd"/>
          </w:p>
        </w:tc>
      </w:tr>
      <w:tr w:rsidR="00E52E07" w:rsidRPr="00AE58D8" w14:paraId="7BD42212" w14:textId="77777777" w:rsidTr="00E52E07">
        <w:trPr>
          <w:trHeight w:val="561"/>
        </w:trPr>
        <w:tc>
          <w:tcPr>
            <w:tcW w:w="52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B3C97BC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lastRenderedPageBreak/>
              <w:t>7.</w:t>
            </w: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95D392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cs="Times New Roman"/>
                <w:color w:val="474747"/>
                <w:szCs w:val="20"/>
                <w:shd w:val="clear" w:color="auto" w:fill="FFFFFF"/>
              </w:rPr>
            </w:pPr>
          </w:p>
          <w:p w14:paraId="54E284CB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cs="Times New Roman"/>
                <w:color w:val="474747"/>
                <w:szCs w:val="20"/>
                <w:shd w:val="clear" w:color="auto" w:fill="FFFFFF"/>
              </w:rPr>
            </w:pP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Отрита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практика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пред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родители</w:t>
            </w:r>
            <w:proofErr w:type="spellEnd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 xml:space="preserve"> и </w:t>
            </w:r>
            <w:proofErr w:type="spellStart"/>
            <w:r w:rsidRPr="00E52E07">
              <w:rPr>
                <w:rFonts w:cs="Times New Roman"/>
                <w:color w:val="474747"/>
                <w:szCs w:val="20"/>
                <w:shd w:val="clear" w:color="auto" w:fill="FFFFFF"/>
              </w:rPr>
              <w:t>учители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10D4A3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</w:p>
          <w:p w14:paraId="45E52474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февруари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B45561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с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конфериране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 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3C188B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iCs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Открита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proofErr w:type="gramStart"/>
            <w:r w:rsidRPr="00E52E07">
              <w:rPr>
                <w:rFonts w:eastAsia="Times New Roman" w:cs="Times New Roman"/>
                <w:szCs w:val="20"/>
              </w:rPr>
              <w:t>практика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 –</w:t>
            </w:r>
            <w:proofErr w:type="gram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Трета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Б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867014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22" w:right="92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обратна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смяна</w:t>
            </w:r>
            <w:proofErr w:type="spellEnd"/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F86891A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  <w:p w14:paraId="4746A27B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ЗДУД/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група</w:t>
            </w:r>
            <w:proofErr w:type="spellEnd"/>
          </w:p>
        </w:tc>
      </w:tr>
      <w:tr w:rsidR="00E52E07" w:rsidRPr="00AE58D8" w14:paraId="1DEBCA0E" w14:textId="77777777" w:rsidTr="00E52E07">
        <w:trPr>
          <w:trHeight w:val="462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142C0121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8.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77341ABD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eastAsia="Times New Roman" w:cs="Times New Roman"/>
                <w:szCs w:val="20"/>
              </w:rPr>
            </w:pPr>
          </w:p>
          <w:p w14:paraId="24F2B701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Открита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практика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0E635C0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</w:p>
          <w:p w14:paraId="14CE815D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Февруари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51459A2F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с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конфериране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 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7638EF43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Открита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proofErr w:type="gramStart"/>
            <w:r w:rsidRPr="00E52E07">
              <w:rPr>
                <w:rFonts w:eastAsia="Times New Roman" w:cs="Times New Roman"/>
                <w:szCs w:val="20"/>
              </w:rPr>
              <w:t>практика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 –</w:t>
            </w:r>
            <w:proofErr w:type="gram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Втора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А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013FD6A7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22" w:right="92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обратна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смяна</w:t>
            </w:r>
            <w:proofErr w:type="spellEnd"/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091A7B25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  <w:p w14:paraId="57F2EFF1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ЗДУД/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група</w:t>
            </w:r>
            <w:proofErr w:type="spellEnd"/>
          </w:p>
        </w:tc>
      </w:tr>
      <w:tr w:rsidR="00E52E07" w:rsidRPr="00AE58D8" w14:paraId="1F9248C4" w14:textId="77777777" w:rsidTr="00E52E07">
        <w:trPr>
          <w:trHeight w:val="462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79B3409E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9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6CC2DCD0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ОН: ОС- „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Малките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proofErr w:type="gramStart"/>
            <w:r w:rsidRPr="00E52E07">
              <w:rPr>
                <w:rFonts w:eastAsia="Times New Roman" w:cs="Times New Roman"/>
                <w:szCs w:val="20"/>
              </w:rPr>
              <w:t>изследователи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“ -</w:t>
            </w:r>
            <w:proofErr w:type="spellStart"/>
            <w:proofErr w:type="gramEnd"/>
            <w:r w:rsidRPr="00E52E07">
              <w:rPr>
                <w:rFonts w:eastAsia="Times New Roman" w:cs="Times New Roman"/>
                <w:szCs w:val="20"/>
              </w:rPr>
              <w:t>провеждаме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експерименти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–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учене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чрез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правене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/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прости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експерименти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с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вода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въздух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светлина</w:t>
            </w:r>
            <w:proofErr w:type="spellEnd"/>
          </w:p>
          <w:p w14:paraId="0A9E1BAA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eastAsia="Times New Roman" w:cs="Times New Roman"/>
                <w:szCs w:val="20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6E980539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rPr>
                <w:rFonts w:eastAsia="Times New Roman" w:cs="Times New Roman"/>
                <w:szCs w:val="20"/>
              </w:rPr>
            </w:pPr>
          </w:p>
          <w:p w14:paraId="590D4BF3" w14:textId="04E9C2FB" w:rsidR="00E52E07" w:rsidRPr="00E52E07" w:rsidRDefault="007255BB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М</w:t>
            </w:r>
            <w:r w:rsidR="00E52E07" w:rsidRPr="00E52E07">
              <w:rPr>
                <w:rFonts w:eastAsia="Times New Roman" w:cs="Times New Roman"/>
                <w:szCs w:val="20"/>
              </w:rPr>
              <w:t>арт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6E278703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с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конфериране</w:t>
            </w:r>
            <w:proofErr w:type="spellEnd"/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7D7360D8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Открита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практика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/STEAМ/ 4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4E5727E4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22" w:right="92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обратна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смяна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</w:p>
          <w:p w14:paraId="00A2458D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left="122" w:right="92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6C52DF07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  <w:p w14:paraId="42430136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ЗДУД/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група</w:t>
            </w:r>
            <w:proofErr w:type="spellEnd"/>
          </w:p>
        </w:tc>
      </w:tr>
      <w:tr w:rsidR="00E52E07" w:rsidRPr="00AE58D8" w14:paraId="42715375" w14:textId="77777777" w:rsidTr="00E52E07">
        <w:trPr>
          <w:trHeight w:val="462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49FE3A01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10.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3904180C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5"/>
              <w:rPr>
                <w:rFonts w:eastAsia="Times New Roman" w:cs="Times New Roman"/>
                <w:szCs w:val="20"/>
              </w:rPr>
            </w:pPr>
          </w:p>
          <w:p w14:paraId="6D1B5C79" w14:textId="77777777" w:rsidR="00E52E07" w:rsidRPr="00E52E07" w:rsidRDefault="00E52E07" w:rsidP="00E52E07">
            <w:pPr>
              <w:widowControl w:val="0"/>
              <w:tabs>
                <w:tab w:val="left" w:pos="1448"/>
                <w:tab w:val="left" w:pos="3291"/>
              </w:tabs>
              <w:autoSpaceDE w:val="0"/>
              <w:autoSpaceDN w:val="0"/>
              <w:spacing w:after="0"/>
              <w:ind w:left="105" w:right="97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Открита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практика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от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ДГ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4DB77F2C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0"/>
              </w:rPr>
            </w:pPr>
          </w:p>
          <w:p w14:paraId="1396A682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8"/>
              <w:jc w:val="center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април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157E95CE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3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часа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с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конфериране</w:t>
            </w:r>
            <w:proofErr w:type="spellEnd"/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3445CBBD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Открита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практика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– </w:t>
            </w:r>
          </w:p>
          <w:p w14:paraId="74A5EB92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Втора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Б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1C4B3F0C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right="92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    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обратна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смяна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0DBE5E58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  <w:p w14:paraId="5B36052C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ЗДУД/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в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група</w:t>
            </w:r>
            <w:proofErr w:type="spellEnd"/>
          </w:p>
        </w:tc>
      </w:tr>
      <w:tr w:rsidR="00E52E07" w:rsidRPr="00AE58D8" w14:paraId="33DE6A72" w14:textId="77777777" w:rsidTr="00E52E07">
        <w:trPr>
          <w:trHeight w:val="462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109B8D9E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>11.</w:t>
            </w:r>
          </w:p>
        </w:tc>
        <w:tc>
          <w:tcPr>
            <w:tcW w:w="2475" w:type="dxa"/>
            <w:tcBorders>
              <w:left w:val="double" w:sz="4" w:space="0" w:color="auto"/>
              <w:right w:val="double" w:sz="4" w:space="0" w:color="auto"/>
            </w:tcBorders>
          </w:tcPr>
          <w:p w14:paraId="3A949F45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5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Квалификационни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форми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за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и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организирани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от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мед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/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стом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центрове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72AEEEBC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Според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представен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предварителен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график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C0985E1" w14:textId="711F6BCF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9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2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ак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="00F60816" w:rsidRPr="00E52E07">
              <w:rPr>
                <w:rFonts w:eastAsia="Times New Roman" w:cs="Times New Roman"/>
                <w:szCs w:val="20"/>
              </w:rPr>
              <w:t>Ч</w:t>
            </w:r>
            <w:r w:rsidRPr="00E52E07">
              <w:rPr>
                <w:rFonts w:eastAsia="Times New Roman" w:cs="Times New Roman"/>
                <w:szCs w:val="20"/>
              </w:rPr>
              <w:t>аса</w:t>
            </w:r>
            <w:proofErr w:type="spellEnd"/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5461CBA6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67"/>
              <w:rPr>
                <w:rFonts w:eastAsia="Times New Roman" w:cs="Times New Roman"/>
                <w:szCs w:val="20"/>
              </w:rPr>
            </w:pPr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Лектория</w:t>
            </w:r>
            <w:proofErr w:type="spellEnd"/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46CE8103" w14:textId="77777777" w:rsidR="00E52E07" w:rsidRPr="00E52E07" w:rsidRDefault="00E52E07" w:rsidP="00E52E07">
            <w:pPr>
              <w:widowControl w:val="0"/>
              <w:tabs>
                <w:tab w:val="left" w:pos="1178"/>
              </w:tabs>
              <w:autoSpaceDE w:val="0"/>
              <w:autoSpaceDN w:val="0"/>
              <w:spacing w:after="0"/>
              <w:ind w:right="92"/>
              <w:rPr>
                <w:rFonts w:eastAsia="Times New Roman" w:cs="Times New Roman"/>
                <w:szCs w:val="20"/>
              </w:rPr>
            </w:pPr>
            <w:proofErr w:type="spellStart"/>
            <w:proofErr w:type="gramStart"/>
            <w:r w:rsidRPr="00E52E07">
              <w:rPr>
                <w:rFonts w:eastAsia="Times New Roman" w:cs="Times New Roman"/>
                <w:szCs w:val="20"/>
              </w:rPr>
              <w:t>Родители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, 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педагогически</w:t>
            </w:r>
            <w:proofErr w:type="spellEnd"/>
            <w:proofErr w:type="gram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</w:p>
        </w:tc>
        <w:tc>
          <w:tcPr>
            <w:tcW w:w="1704" w:type="dxa"/>
            <w:tcBorders>
              <w:left w:val="double" w:sz="4" w:space="0" w:color="auto"/>
              <w:right w:val="double" w:sz="4" w:space="0" w:color="auto"/>
            </w:tcBorders>
          </w:tcPr>
          <w:p w14:paraId="7B382488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Мед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сестра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/ ЗДУД</w:t>
            </w:r>
          </w:p>
        </w:tc>
      </w:tr>
      <w:tr w:rsidR="00E52E07" w:rsidRPr="00AE58D8" w14:paraId="5EC680B5" w14:textId="77777777" w:rsidTr="008A0D57">
        <w:trPr>
          <w:trHeight w:val="274"/>
        </w:trPr>
        <w:tc>
          <w:tcPr>
            <w:tcW w:w="523" w:type="dxa"/>
            <w:tcBorders>
              <w:left w:val="double" w:sz="4" w:space="0" w:color="auto"/>
              <w:right w:val="double" w:sz="4" w:space="0" w:color="auto"/>
            </w:tcBorders>
          </w:tcPr>
          <w:p w14:paraId="76A666C3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Cs w:val="20"/>
              </w:rPr>
            </w:pPr>
          </w:p>
        </w:tc>
        <w:tc>
          <w:tcPr>
            <w:tcW w:w="10416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14:paraId="68C12E63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  <w:p w14:paraId="561D8D5D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  <w:proofErr w:type="spellStart"/>
            <w:r w:rsidRPr="00E52E07">
              <w:rPr>
                <w:rFonts w:eastAsia="Times New Roman" w:cs="Times New Roman"/>
                <w:szCs w:val="20"/>
              </w:rPr>
              <w:t>Забележка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: 1.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При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конферирането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участват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всички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педагогически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E52E07">
              <w:rPr>
                <w:rFonts w:eastAsia="Times New Roman" w:cs="Times New Roman"/>
                <w:szCs w:val="20"/>
              </w:rPr>
              <w:t>специалисти</w:t>
            </w:r>
            <w:proofErr w:type="spellEnd"/>
            <w:r w:rsidRPr="00E52E07">
              <w:rPr>
                <w:rFonts w:eastAsia="Times New Roman" w:cs="Times New Roman"/>
                <w:szCs w:val="20"/>
              </w:rPr>
              <w:t>.</w:t>
            </w:r>
          </w:p>
          <w:p w14:paraId="46C51D39" w14:textId="77777777" w:rsidR="00E52E07" w:rsidRPr="00E52E07" w:rsidRDefault="00E52E07" w:rsidP="00E52E07">
            <w:pPr>
              <w:pStyle w:val="ae"/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/>
              <w:ind w:left="1581"/>
              <w:contextualSpacing w:val="0"/>
              <w:rPr>
                <w:szCs w:val="20"/>
              </w:rPr>
            </w:pPr>
            <w:proofErr w:type="spellStart"/>
            <w:r w:rsidRPr="00E52E07">
              <w:rPr>
                <w:szCs w:val="20"/>
              </w:rPr>
              <w:t>Възможна</w:t>
            </w:r>
            <w:proofErr w:type="spellEnd"/>
            <w:r w:rsidRPr="00E52E07">
              <w:rPr>
                <w:szCs w:val="20"/>
              </w:rPr>
              <w:t xml:space="preserve"> е </w:t>
            </w:r>
            <w:proofErr w:type="spellStart"/>
            <w:r w:rsidRPr="00E52E07">
              <w:rPr>
                <w:szCs w:val="20"/>
              </w:rPr>
              <w:t>промяна</w:t>
            </w:r>
            <w:proofErr w:type="spellEnd"/>
            <w:r w:rsidRPr="00E52E07">
              <w:rPr>
                <w:szCs w:val="20"/>
              </w:rPr>
              <w:t xml:space="preserve"> в </w:t>
            </w:r>
            <w:proofErr w:type="spellStart"/>
            <w:r w:rsidRPr="00E52E07">
              <w:rPr>
                <w:szCs w:val="20"/>
              </w:rPr>
              <w:t>периода</w:t>
            </w:r>
            <w:proofErr w:type="spellEnd"/>
            <w:r w:rsidRPr="00E52E07">
              <w:rPr>
                <w:szCs w:val="20"/>
              </w:rPr>
              <w:t xml:space="preserve"> на </w:t>
            </w:r>
            <w:proofErr w:type="spellStart"/>
            <w:r w:rsidRPr="00E52E07">
              <w:rPr>
                <w:szCs w:val="20"/>
              </w:rPr>
              <w:t>провеждане</w:t>
            </w:r>
            <w:proofErr w:type="spellEnd"/>
            <w:r w:rsidRPr="00E52E07">
              <w:rPr>
                <w:szCs w:val="20"/>
              </w:rPr>
              <w:t>.</w:t>
            </w:r>
          </w:p>
          <w:p w14:paraId="12FEF7E4" w14:textId="77777777" w:rsidR="00E52E07" w:rsidRPr="00E52E07" w:rsidRDefault="00E52E07" w:rsidP="00E52E07">
            <w:pPr>
              <w:widowControl w:val="0"/>
              <w:autoSpaceDE w:val="0"/>
              <w:autoSpaceDN w:val="0"/>
              <w:spacing w:after="0"/>
              <w:ind w:left="110"/>
              <w:rPr>
                <w:rFonts w:eastAsia="Times New Roman" w:cs="Times New Roman"/>
                <w:szCs w:val="20"/>
              </w:rPr>
            </w:pPr>
          </w:p>
          <w:p w14:paraId="5A7893AF" w14:textId="77777777" w:rsidR="00E52E07" w:rsidRPr="00E52E07" w:rsidRDefault="00E52E07" w:rsidP="008A0D57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Cs w:val="20"/>
              </w:rPr>
            </w:pPr>
          </w:p>
        </w:tc>
      </w:tr>
    </w:tbl>
    <w:p w14:paraId="193E1B29" w14:textId="77777777" w:rsidR="00F74CEA" w:rsidRPr="008A0D57" w:rsidRDefault="00F74CEA" w:rsidP="008A0D57">
      <w:pPr>
        <w:spacing w:after="0"/>
        <w:rPr>
          <w:b/>
          <w:szCs w:val="20"/>
        </w:rPr>
      </w:pPr>
    </w:p>
    <w:p w14:paraId="462CB522" w14:textId="77777777" w:rsidR="008A0D57" w:rsidRDefault="008A0D57" w:rsidP="002B1107">
      <w:pPr>
        <w:spacing w:after="0"/>
        <w:jc w:val="center"/>
        <w:rPr>
          <w:b/>
          <w:szCs w:val="20"/>
        </w:rPr>
      </w:pPr>
    </w:p>
    <w:p w14:paraId="3DBC4D71" w14:textId="77777777" w:rsidR="008A0D57" w:rsidRDefault="008A0D57" w:rsidP="002B1107">
      <w:pPr>
        <w:spacing w:after="0"/>
        <w:jc w:val="center"/>
        <w:rPr>
          <w:b/>
          <w:szCs w:val="20"/>
        </w:rPr>
      </w:pPr>
    </w:p>
    <w:p w14:paraId="332785B4" w14:textId="3C2DA268" w:rsidR="002B1107" w:rsidRDefault="00EB0A01" w:rsidP="002B1107">
      <w:pPr>
        <w:spacing w:after="0"/>
        <w:jc w:val="center"/>
        <w:rPr>
          <w:b/>
          <w:szCs w:val="20"/>
        </w:rPr>
      </w:pPr>
      <w:r>
        <w:rPr>
          <w:b/>
          <w:szCs w:val="20"/>
        </w:rPr>
        <w:lastRenderedPageBreak/>
        <w:t>XVIII</w:t>
      </w:r>
      <w:r w:rsidRPr="00107E3E">
        <w:rPr>
          <w:b/>
          <w:szCs w:val="20"/>
        </w:rPr>
        <w:t xml:space="preserve">.  ОСНОВНИ ФОРМИ НА ПЕДАГОГИЧЕСКО ВЗАИМОДЕЙСТВИЕ </w:t>
      </w:r>
    </w:p>
    <w:p w14:paraId="344D8266" w14:textId="1102CAB7" w:rsidR="002A75BC" w:rsidRPr="00107E3E" w:rsidRDefault="00000000" w:rsidP="002B1107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– ПЕДАГОГИЧЕСКИ СИТУАЦИИ ПО ГРУПИ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490"/>
        <w:gridCol w:w="1427"/>
        <w:gridCol w:w="1559"/>
        <w:gridCol w:w="1428"/>
        <w:gridCol w:w="1640"/>
      </w:tblGrid>
      <w:tr w:rsidR="002A75BC" w:rsidRPr="00107E3E" w14:paraId="5AC64D21" w14:textId="77777777" w:rsidTr="000905EF">
        <w:trPr>
          <w:jc w:val="center"/>
        </w:trPr>
        <w:tc>
          <w:tcPr>
            <w:tcW w:w="3490" w:type="dxa"/>
            <w:shd w:val="clear" w:color="auto" w:fill="CDE1B5"/>
          </w:tcPr>
          <w:p w14:paraId="1C904F2F" w14:textId="77777777" w:rsidR="002A75BC" w:rsidRPr="00107E3E" w:rsidRDefault="00000000" w:rsidP="00107E3E">
            <w:pPr>
              <w:rPr>
                <w:szCs w:val="20"/>
              </w:rPr>
            </w:pPr>
            <w:proofErr w:type="spellStart"/>
            <w:r w:rsidRPr="00107E3E">
              <w:rPr>
                <w:b/>
                <w:szCs w:val="20"/>
              </w:rPr>
              <w:t>Образователно</w:t>
            </w:r>
            <w:proofErr w:type="spellEnd"/>
            <w:r w:rsidRPr="00107E3E">
              <w:rPr>
                <w:b/>
                <w:szCs w:val="20"/>
              </w:rPr>
              <w:t xml:space="preserve"> </w:t>
            </w:r>
            <w:proofErr w:type="spellStart"/>
            <w:r w:rsidRPr="00107E3E">
              <w:rPr>
                <w:b/>
                <w:szCs w:val="20"/>
              </w:rPr>
              <w:t>направление</w:t>
            </w:r>
            <w:proofErr w:type="spellEnd"/>
          </w:p>
        </w:tc>
        <w:tc>
          <w:tcPr>
            <w:tcW w:w="1427" w:type="dxa"/>
            <w:shd w:val="clear" w:color="auto" w:fill="CDE1B5"/>
          </w:tcPr>
          <w:p w14:paraId="673A8687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 xml:space="preserve">I </w:t>
            </w:r>
            <w:proofErr w:type="spellStart"/>
            <w:r w:rsidRPr="00107E3E">
              <w:rPr>
                <w:b/>
                <w:szCs w:val="20"/>
              </w:rPr>
              <w:t>група</w:t>
            </w:r>
            <w:proofErr w:type="spellEnd"/>
          </w:p>
        </w:tc>
        <w:tc>
          <w:tcPr>
            <w:tcW w:w="1559" w:type="dxa"/>
            <w:shd w:val="clear" w:color="auto" w:fill="CDE1B5"/>
          </w:tcPr>
          <w:p w14:paraId="4B47DBAF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 xml:space="preserve">II </w:t>
            </w:r>
            <w:proofErr w:type="spellStart"/>
            <w:r w:rsidRPr="00107E3E">
              <w:rPr>
                <w:b/>
                <w:szCs w:val="20"/>
              </w:rPr>
              <w:t>група</w:t>
            </w:r>
            <w:proofErr w:type="spellEnd"/>
          </w:p>
        </w:tc>
        <w:tc>
          <w:tcPr>
            <w:tcW w:w="1428" w:type="dxa"/>
            <w:shd w:val="clear" w:color="auto" w:fill="CDE1B5"/>
          </w:tcPr>
          <w:p w14:paraId="1EC39EF8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 xml:space="preserve">III </w:t>
            </w:r>
            <w:proofErr w:type="spellStart"/>
            <w:r w:rsidRPr="00107E3E">
              <w:rPr>
                <w:b/>
                <w:szCs w:val="20"/>
              </w:rPr>
              <w:t>група</w:t>
            </w:r>
            <w:proofErr w:type="spellEnd"/>
          </w:p>
        </w:tc>
        <w:tc>
          <w:tcPr>
            <w:tcW w:w="1640" w:type="dxa"/>
            <w:shd w:val="clear" w:color="auto" w:fill="CDE1B5"/>
          </w:tcPr>
          <w:p w14:paraId="51B65421" w14:textId="77777777" w:rsidR="002A75BC" w:rsidRPr="00107E3E" w:rsidRDefault="00000000" w:rsidP="00107E3E">
            <w:pPr>
              <w:rPr>
                <w:szCs w:val="20"/>
              </w:rPr>
            </w:pPr>
            <w:r w:rsidRPr="00107E3E">
              <w:rPr>
                <w:b/>
                <w:szCs w:val="20"/>
              </w:rPr>
              <w:t xml:space="preserve">IV </w:t>
            </w:r>
            <w:proofErr w:type="spellStart"/>
            <w:r w:rsidRPr="00107E3E">
              <w:rPr>
                <w:b/>
                <w:szCs w:val="20"/>
              </w:rPr>
              <w:t>група</w:t>
            </w:r>
            <w:proofErr w:type="spellEnd"/>
          </w:p>
        </w:tc>
      </w:tr>
      <w:tr w:rsidR="00F74CEA" w:rsidRPr="00107E3E" w14:paraId="726C1C30" w14:textId="77777777" w:rsidTr="000905EF">
        <w:trPr>
          <w:jc w:val="center"/>
        </w:trPr>
        <w:tc>
          <w:tcPr>
            <w:tcW w:w="3490" w:type="dxa"/>
            <w:vAlign w:val="center"/>
          </w:tcPr>
          <w:p w14:paraId="4EA2D4A4" w14:textId="7EFCC400" w:rsidR="00F74CEA" w:rsidRPr="00107E3E" w:rsidRDefault="00F74CEA" w:rsidP="00F74CEA">
            <w:pPr>
              <w:spacing w:before="120"/>
              <w:rPr>
                <w:szCs w:val="20"/>
              </w:rPr>
            </w:pPr>
            <w:proofErr w:type="spellStart"/>
            <w:r>
              <w:t>Български</w:t>
            </w:r>
            <w:proofErr w:type="spellEnd"/>
            <w:r>
              <w:t xml:space="preserve"> </w:t>
            </w:r>
            <w:proofErr w:type="spellStart"/>
            <w:r>
              <w:t>език</w:t>
            </w:r>
            <w:proofErr w:type="spellEnd"/>
            <w:r>
              <w:t xml:space="preserve"> и </w:t>
            </w:r>
            <w:proofErr w:type="spellStart"/>
            <w:r>
              <w:t>литература</w:t>
            </w:r>
            <w:proofErr w:type="spellEnd"/>
          </w:p>
        </w:tc>
        <w:tc>
          <w:tcPr>
            <w:tcW w:w="1427" w:type="dxa"/>
            <w:vAlign w:val="center"/>
          </w:tcPr>
          <w:p w14:paraId="57C467E6" w14:textId="6AE615FA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3</w:t>
            </w:r>
          </w:p>
        </w:tc>
        <w:tc>
          <w:tcPr>
            <w:tcW w:w="1559" w:type="dxa"/>
            <w:vAlign w:val="center"/>
          </w:tcPr>
          <w:p w14:paraId="24D2D7F8" w14:textId="6DF5B560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3</w:t>
            </w:r>
          </w:p>
        </w:tc>
        <w:tc>
          <w:tcPr>
            <w:tcW w:w="1428" w:type="dxa"/>
            <w:vAlign w:val="center"/>
          </w:tcPr>
          <w:p w14:paraId="47B410C5" w14:textId="48C8AD0C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3</w:t>
            </w:r>
          </w:p>
        </w:tc>
        <w:tc>
          <w:tcPr>
            <w:tcW w:w="1640" w:type="dxa"/>
            <w:vAlign w:val="center"/>
          </w:tcPr>
          <w:p w14:paraId="61F440F0" w14:textId="7F75951D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3</w:t>
            </w:r>
          </w:p>
        </w:tc>
      </w:tr>
      <w:tr w:rsidR="00F74CEA" w:rsidRPr="00107E3E" w14:paraId="191AE419" w14:textId="77777777" w:rsidTr="000905EF">
        <w:trPr>
          <w:jc w:val="center"/>
        </w:trPr>
        <w:tc>
          <w:tcPr>
            <w:tcW w:w="3490" w:type="dxa"/>
            <w:vAlign w:val="center"/>
          </w:tcPr>
          <w:p w14:paraId="388257F2" w14:textId="10F2F82C" w:rsidR="00F74CEA" w:rsidRPr="00107E3E" w:rsidRDefault="00F74CEA" w:rsidP="00F74CEA">
            <w:pPr>
              <w:spacing w:before="120"/>
              <w:rPr>
                <w:szCs w:val="20"/>
              </w:rPr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1427" w:type="dxa"/>
            <w:vAlign w:val="center"/>
          </w:tcPr>
          <w:p w14:paraId="7B74B826" w14:textId="063F161F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559" w:type="dxa"/>
            <w:vAlign w:val="center"/>
          </w:tcPr>
          <w:p w14:paraId="47C996D2" w14:textId="672FCF22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428" w:type="dxa"/>
            <w:vAlign w:val="center"/>
          </w:tcPr>
          <w:p w14:paraId="1BABCA70" w14:textId="5F769137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640" w:type="dxa"/>
            <w:vAlign w:val="center"/>
          </w:tcPr>
          <w:p w14:paraId="2881DD7E" w14:textId="43892E3D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3</w:t>
            </w:r>
          </w:p>
        </w:tc>
      </w:tr>
      <w:tr w:rsidR="00F74CEA" w:rsidRPr="00107E3E" w14:paraId="6B995401" w14:textId="77777777" w:rsidTr="000905EF">
        <w:trPr>
          <w:jc w:val="center"/>
        </w:trPr>
        <w:tc>
          <w:tcPr>
            <w:tcW w:w="3490" w:type="dxa"/>
            <w:vAlign w:val="center"/>
          </w:tcPr>
          <w:p w14:paraId="37AD44D6" w14:textId="576BBE85" w:rsidR="00F74CEA" w:rsidRPr="00107E3E" w:rsidRDefault="00F74CEA" w:rsidP="00F74CEA">
            <w:pPr>
              <w:spacing w:before="120"/>
              <w:rPr>
                <w:szCs w:val="20"/>
              </w:rPr>
            </w:pPr>
            <w:proofErr w:type="spellStart"/>
            <w:r>
              <w:t>Околен</w:t>
            </w:r>
            <w:proofErr w:type="spellEnd"/>
            <w:r>
              <w:t xml:space="preserve"> </w:t>
            </w:r>
            <w:proofErr w:type="spellStart"/>
            <w:r>
              <w:t>свят</w:t>
            </w:r>
            <w:proofErr w:type="spellEnd"/>
          </w:p>
        </w:tc>
        <w:tc>
          <w:tcPr>
            <w:tcW w:w="1427" w:type="dxa"/>
            <w:vAlign w:val="center"/>
          </w:tcPr>
          <w:p w14:paraId="0D369099" w14:textId="48E7DF5C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559" w:type="dxa"/>
            <w:vAlign w:val="center"/>
          </w:tcPr>
          <w:p w14:paraId="015602AC" w14:textId="369BAA88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428" w:type="dxa"/>
            <w:vAlign w:val="center"/>
          </w:tcPr>
          <w:p w14:paraId="5BB11FBA" w14:textId="044CA91B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640" w:type="dxa"/>
            <w:vAlign w:val="center"/>
          </w:tcPr>
          <w:p w14:paraId="351B18F6" w14:textId="7B2105D6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3</w:t>
            </w:r>
          </w:p>
        </w:tc>
      </w:tr>
      <w:tr w:rsidR="00F74CEA" w:rsidRPr="00107E3E" w14:paraId="5E33A3EC" w14:textId="77777777" w:rsidTr="000905EF">
        <w:trPr>
          <w:jc w:val="center"/>
        </w:trPr>
        <w:tc>
          <w:tcPr>
            <w:tcW w:w="3490" w:type="dxa"/>
            <w:vAlign w:val="center"/>
          </w:tcPr>
          <w:p w14:paraId="7438A4DE" w14:textId="73A0107D" w:rsidR="00F74CEA" w:rsidRPr="00107E3E" w:rsidRDefault="00F74CEA" w:rsidP="00F74CEA">
            <w:pPr>
              <w:spacing w:before="120"/>
              <w:rPr>
                <w:szCs w:val="20"/>
              </w:rPr>
            </w:pPr>
            <w:proofErr w:type="spellStart"/>
            <w:r>
              <w:t>Изобразително</w:t>
            </w:r>
            <w:proofErr w:type="spellEnd"/>
            <w:r>
              <w:t xml:space="preserve"> </w:t>
            </w:r>
            <w:proofErr w:type="spellStart"/>
            <w:r>
              <w:t>изкуство</w:t>
            </w:r>
            <w:proofErr w:type="spellEnd"/>
          </w:p>
        </w:tc>
        <w:tc>
          <w:tcPr>
            <w:tcW w:w="1427" w:type="dxa"/>
            <w:vAlign w:val="center"/>
          </w:tcPr>
          <w:p w14:paraId="3C19D840" w14:textId="0E6B890F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559" w:type="dxa"/>
            <w:vAlign w:val="center"/>
          </w:tcPr>
          <w:p w14:paraId="4689F5FA" w14:textId="18C9C67C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428" w:type="dxa"/>
            <w:vAlign w:val="center"/>
          </w:tcPr>
          <w:p w14:paraId="35AE52C9" w14:textId="40FC6D89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640" w:type="dxa"/>
            <w:vAlign w:val="center"/>
          </w:tcPr>
          <w:p w14:paraId="7BAAB020" w14:textId="1E1EBDD3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</w:tr>
      <w:tr w:rsidR="00F74CEA" w:rsidRPr="00107E3E" w14:paraId="145DCF16" w14:textId="77777777" w:rsidTr="000905EF">
        <w:trPr>
          <w:jc w:val="center"/>
        </w:trPr>
        <w:tc>
          <w:tcPr>
            <w:tcW w:w="3490" w:type="dxa"/>
            <w:vAlign w:val="center"/>
          </w:tcPr>
          <w:p w14:paraId="7E248EF0" w14:textId="69E048B3" w:rsidR="00F74CEA" w:rsidRPr="00107E3E" w:rsidRDefault="00F74CEA" w:rsidP="00F74CEA">
            <w:pPr>
              <w:spacing w:before="120"/>
              <w:rPr>
                <w:szCs w:val="20"/>
              </w:rPr>
            </w:pPr>
            <w:proofErr w:type="spellStart"/>
            <w:r>
              <w:t>Конструиране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1427" w:type="dxa"/>
            <w:vAlign w:val="center"/>
          </w:tcPr>
          <w:p w14:paraId="5B8C9734" w14:textId="4E7F0ADB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1</w:t>
            </w:r>
          </w:p>
        </w:tc>
        <w:tc>
          <w:tcPr>
            <w:tcW w:w="1559" w:type="dxa"/>
            <w:vAlign w:val="center"/>
          </w:tcPr>
          <w:p w14:paraId="3B919635" w14:textId="2774CE5A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1</w:t>
            </w:r>
          </w:p>
        </w:tc>
        <w:tc>
          <w:tcPr>
            <w:tcW w:w="1428" w:type="dxa"/>
            <w:vAlign w:val="center"/>
          </w:tcPr>
          <w:p w14:paraId="5B3C53CE" w14:textId="44F1D910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640" w:type="dxa"/>
            <w:vAlign w:val="center"/>
          </w:tcPr>
          <w:p w14:paraId="3467FCE6" w14:textId="491C5C99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</w:tr>
      <w:tr w:rsidR="00F74CEA" w:rsidRPr="00107E3E" w14:paraId="222DC63A" w14:textId="77777777" w:rsidTr="000905EF">
        <w:trPr>
          <w:jc w:val="center"/>
        </w:trPr>
        <w:tc>
          <w:tcPr>
            <w:tcW w:w="3490" w:type="dxa"/>
            <w:vAlign w:val="center"/>
          </w:tcPr>
          <w:p w14:paraId="6DDE3610" w14:textId="43017A75" w:rsidR="00F74CEA" w:rsidRPr="00107E3E" w:rsidRDefault="00F74CEA" w:rsidP="00F74CEA">
            <w:pPr>
              <w:spacing w:before="120"/>
              <w:rPr>
                <w:szCs w:val="20"/>
              </w:rPr>
            </w:pPr>
            <w:proofErr w:type="spellStart"/>
            <w:r>
              <w:t>Музика</w:t>
            </w:r>
            <w:proofErr w:type="spellEnd"/>
          </w:p>
        </w:tc>
        <w:tc>
          <w:tcPr>
            <w:tcW w:w="1427" w:type="dxa"/>
            <w:vAlign w:val="center"/>
          </w:tcPr>
          <w:p w14:paraId="00CCF110" w14:textId="2FDC31CC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559" w:type="dxa"/>
            <w:vAlign w:val="center"/>
          </w:tcPr>
          <w:p w14:paraId="51489FFE" w14:textId="1F670E43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428" w:type="dxa"/>
            <w:vAlign w:val="center"/>
          </w:tcPr>
          <w:p w14:paraId="6A2EC16B" w14:textId="033DF946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  <w:tc>
          <w:tcPr>
            <w:tcW w:w="1640" w:type="dxa"/>
            <w:vAlign w:val="center"/>
          </w:tcPr>
          <w:p w14:paraId="1EBF0BA0" w14:textId="74E3A1DA" w:rsidR="00F74CEA" w:rsidRPr="00107E3E" w:rsidRDefault="00F74CEA" w:rsidP="00F74CEA">
            <w:pPr>
              <w:spacing w:before="120"/>
              <w:rPr>
                <w:szCs w:val="20"/>
              </w:rPr>
            </w:pPr>
            <w:r>
              <w:t>2</w:t>
            </w:r>
          </w:p>
        </w:tc>
      </w:tr>
      <w:tr w:rsidR="00F74CEA" w:rsidRPr="00107E3E" w14:paraId="11344E4A" w14:textId="77777777" w:rsidTr="000905EF">
        <w:trPr>
          <w:jc w:val="center"/>
        </w:trPr>
        <w:tc>
          <w:tcPr>
            <w:tcW w:w="3490" w:type="dxa"/>
          </w:tcPr>
          <w:p w14:paraId="57D4F1D0" w14:textId="0D7D41A8" w:rsidR="00F74CEA" w:rsidRDefault="00F74CEA" w:rsidP="00F74CEA">
            <w:pPr>
              <w:spacing w:before="120"/>
            </w:pPr>
            <w:proofErr w:type="spellStart"/>
            <w:r w:rsidRPr="0003479C">
              <w:t>Общо</w:t>
            </w:r>
            <w:proofErr w:type="spellEnd"/>
            <w:r w:rsidRPr="0003479C">
              <w:t xml:space="preserve"> </w:t>
            </w:r>
            <w:proofErr w:type="spellStart"/>
            <w:r w:rsidRPr="0003479C">
              <w:t>седмично</w:t>
            </w:r>
            <w:proofErr w:type="spellEnd"/>
          </w:p>
        </w:tc>
        <w:tc>
          <w:tcPr>
            <w:tcW w:w="1427" w:type="dxa"/>
          </w:tcPr>
          <w:p w14:paraId="1F4DA6B6" w14:textId="194C85AD" w:rsidR="00F74CEA" w:rsidRDefault="00F74CEA" w:rsidP="00F74CEA">
            <w:pPr>
              <w:spacing w:before="120"/>
            </w:pPr>
            <w:r w:rsidRPr="0003479C">
              <w:t>15</w:t>
            </w:r>
          </w:p>
        </w:tc>
        <w:tc>
          <w:tcPr>
            <w:tcW w:w="1559" w:type="dxa"/>
          </w:tcPr>
          <w:p w14:paraId="0101480C" w14:textId="27B107CE" w:rsidR="00F74CEA" w:rsidRDefault="00F74CEA" w:rsidP="00F74CEA">
            <w:pPr>
              <w:spacing w:before="120"/>
            </w:pPr>
            <w:r w:rsidRPr="0003479C">
              <w:t>15</w:t>
            </w:r>
          </w:p>
        </w:tc>
        <w:tc>
          <w:tcPr>
            <w:tcW w:w="1428" w:type="dxa"/>
          </w:tcPr>
          <w:p w14:paraId="2935A31E" w14:textId="4D852807" w:rsidR="00F74CEA" w:rsidRDefault="00F74CEA" w:rsidP="00F74CEA">
            <w:pPr>
              <w:spacing w:before="120"/>
            </w:pPr>
            <w:r w:rsidRPr="0003479C">
              <w:t>16</w:t>
            </w:r>
          </w:p>
        </w:tc>
        <w:tc>
          <w:tcPr>
            <w:tcW w:w="1640" w:type="dxa"/>
          </w:tcPr>
          <w:p w14:paraId="09BF7691" w14:textId="085D653F" w:rsidR="00F74CEA" w:rsidRDefault="00F74CEA" w:rsidP="00F74CEA">
            <w:pPr>
              <w:spacing w:before="120"/>
            </w:pPr>
            <w:r w:rsidRPr="0003479C">
              <w:t>18</w:t>
            </w:r>
          </w:p>
        </w:tc>
      </w:tr>
    </w:tbl>
    <w:p w14:paraId="6C5567EC" w14:textId="0B7C7892" w:rsidR="00317798" w:rsidRPr="00317798" w:rsidRDefault="00317798" w:rsidP="00317798">
      <w:pPr>
        <w:spacing w:after="0"/>
        <w:rPr>
          <w:b/>
          <w:szCs w:val="20"/>
          <w:lang w:val="bg-BG"/>
        </w:rPr>
      </w:pPr>
      <w:r>
        <w:rPr>
          <w:b/>
          <w:szCs w:val="20"/>
          <w:lang w:val="bg-BG"/>
        </w:rPr>
        <w:t xml:space="preserve">     Следва: Приложение 1</w:t>
      </w:r>
    </w:p>
    <w:p w14:paraId="7A82749A" w14:textId="77777777" w:rsidR="000905EF" w:rsidRDefault="000905EF" w:rsidP="00317798">
      <w:pPr>
        <w:pStyle w:val="1"/>
        <w:spacing w:before="0"/>
        <w:jc w:val="center"/>
        <w:rPr>
          <w:rFonts w:ascii="Verdana" w:eastAsia="Verdana" w:hAnsi="Verdana"/>
          <w:color w:val="000000" w:themeColor="text1"/>
          <w:szCs w:val="20"/>
          <w:lang w:val="bg-BG"/>
        </w:rPr>
      </w:pPr>
    </w:p>
    <w:p w14:paraId="4B366294" w14:textId="55B0CBAC" w:rsidR="00D13519" w:rsidRPr="00317798" w:rsidRDefault="00D13519" w:rsidP="00317798">
      <w:pPr>
        <w:pStyle w:val="1"/>
        <w:spacing w:before="0"/>
        <w:jc w:val="center"/>
        <w:rPr>
          <w:rFonts w:ascii="Verdana" w:eastAsia="Verdana" w:hAnsi="Verdana"/>
          <w:color w:val="000000" w:themeColor="text1"/>
          <w:szCs w:val="20"/>
          <w:lang w:val="bg-BG"/>
        </w:rPr>
      </w:pPr>
      <w:r>
        <w:rPr>
          <w:rFonts w:ascii="Verdana" w:eastAsia="Verdana" w:hAnsi="Verdana"/>
          <w:color w:val="000000" w:themeColor="text1"/>
          <w:szCs w:val="20"/>
        </w:rPr>
        <w:t xml:space="preserve">XIX. </w:t>
      </w:r>
      <w:r w:rsidRPr="00D13519">
        <w:rPr>
          <w:rFonts w:ascii="Verdana" w:eastAsia="Verdana" w:hAnsi="Verdana"/>
          <w:color w:val="000000" w:themeColor="text1"/>
          <w:szCs w:val="20"/>
        </w:rPr>
        <w:t>ГРАЖДАНСКО, ЕКОЛОГИЧНО И ИНТЕРКУЛТУРНО ОБРАЗОВАНИЕ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361"/>
        <w:gridCol w:w="3118"/>
        <w:gridCol w:w="2937"/>
      </w:tblGrid>
      <w:tr w:rsidR="00D13519" w:rsidRPr="00F56EA5" w14:paraId="553B9776" w14:textId="77777777" w:rsidTr="00D13519">
        <w:trPr>
          <w:jc w:val="center"/>
        </w:trPr>
        <w:tc>
          <w:tcPr>
            <w:tcW w:w="4361" w:type="dxa"/>
            <w:shd w:val="clear" w:color="auto" w:fill="D9EAD3"/>
            <w:vAlign w:val="center"/>
          </w:tcPr>
          <w:p w14:paraId="0070A79A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b/>
                <w:szCs w:val="20"/>
              </w:rPr>
              <w:t>Дейност</w:t>
            </w:r>
            <w:proofErr w:type="spellEnd"/>
          </w:p>
        </w:tc>
        <w:tc>
          <w:tcPr>
            <w:tcW w:w="3118" w:type="dxa"/>
            <w:shd w:val="clear" w:color="auto" w:fill="D9EAD3"/>
            <w:vAlign w:val="center"/>
          </w:tcPr>
          <w:p w14:paraId="7CDA7EA2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b/>
                <w:szCs w:val="20"/>
              </w:rPr>
              <w:t>Отговорник</w:t>
            </w:r>
            <w:proofErr w:type="spellEnd"/>
            <w:r w:rsidRPr="00F56EA5">
              <w:rPr>
                <w:b/>
                <w:szCs w:val="20"/>
              </w:rPr>
              <w:t>/</w:t>
            </w:r>
            <w:proofErr w:type="spellStart"/>
            <w:r w:rsidRPr="00F56EA5">
              <w:rPr>
                <w:b/>
                <w:szCs w:val="20"/>
              </w:rPr>
              <w:t>изпълнител</w:t>
            </w:r>
            <w:proofErr w:type="spellEnd"/>
          </w:p>
        </w:tc>
        <w:tc>
          <w:tcPr>
            <w:tcW w:w="2937" w:type="dxa"/>
            <w:shd w:val="clear" w:color="auto" w:fill="D9EAD3"/>
            <w:vAlign w:val="center"/>
          </w:tcPr>
          <w:p w14:paraId="6538F5D3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b/>
                <w:szCs w:val="20"/>
              </w:rPr>
              <w:t>Срок</w:t>
            </w:r>
            <w:proofErr w:type="spellEnd"/>
          </w:p>
        </w:tc>
      </w:tr>
      <w:tr w:rsidR="00D13519" w:rsidRPr="00F56EA5" w14:paraId="3DD4B42A" w14:textId="77777777" w:rsidTr="00D13519">
        <w:trPr>
          <w:jc w:val="center"/>
        </w:trPr>
        <w:tc>
          <w:tcPr>
            <w:tcW w:w="4361" w:type="dxa"/>
            <w:vAlign w:val="center"/>
          </w:tcPr>
          <w:p w14:paraId="6A2E74B6" w14:textId="77777777" w:rsidR="00D13519" w:rsidRPr="00F56EA5" w:rsidRDefault="00D13519" w:rsidP="0094649B">
            <w:pPr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Дейности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за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познаване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на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национални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символи</w:t>
            </w:r>
            <w:proofErr w:type="spellEnd"/>
            <w:r w:rsidRPr="00F56EA5">
              <w:rPr>
                <w:szCs w:val="20"/>
              </w:rPr>
              <w:t xml:space="preserve">, </w:t>
            </w:r>
            <w:proofErr w:type="spellStart"/>
            <w:r w:rsidRPr="00F56EA5">
              <w:rPr>
                <w:szCs w:val="20"/>
              </w:rPr>
              <w:t>традиции</w:t>
            </w:r>
            <w:proofErr w:type="spellEnd"/>
            <w:r w:rsidRPr="00F56EA5">
              <w:rPr>
                <w:szCs w:val="20"/>
              </w:rPr>
              <w:t xml:space="preserve"> и </w:t>
            </w:r>
            <w:proofErr w:type="spellStart"/>
            <w:r w:rsidRPr="00F56EA5">
              <w:rPr>
                <w:szCs w:val="20"/>
              </w:rPr>
              <w:t>културно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наследство</w:t>
            </w:r>
            <w:proofErr w:type="spellEnd"/>
            <w:r w:rsidRPr="00F56EA5">
              <w:rPr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13406B12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Учители</w:t>
            </w:r>
            <w:proofErr w:type="spellEnd"/>
          </w:p>
        </w:tc>
        <w:tc>
          <w:tcPr>
            <w:tcW w:w="2937" w:type="dxa"/>
            <w:vAlign w:val="center"/>
          </w:tcPr>
          <w:p w14:paraId="29585C2B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през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годината</w:t>
            </w:r>
            <w:proofErr w:type="spellEnd"/>
          </w:p>
        </w:tc>
      </w:tr>
      <w:tr w:rsidR="00D13519" w:rsidRPr="00F56EA5" w14:paraId="46E98BCC" w14:textId="77777777" w:rsidTr="00D13519">
        <w:trPr>
          <w:jc w:val="center"/>
        </w:trPr>
        <w:tc>
          <w:tcPr>
            <w:tcW w:w="4361" w:type="dxa"/>
            <w:vAlign w:val="center"/>
          </w:tcPr>
          <w:p w14:paraId="2410813B" w14:textId="77777777" w:rsidR="00D13519" w:rsidRPr="00F56EA5" w:rsidRDefault="00D13519" w:rsidP="0094649B">
            <w:pPr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Екологични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инициативи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за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разделно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събиране</w:t>
            </w:r>
            <w:proofErr w:type="spellEnd"/>
            <w:r w:rsidRPr="00F56EA5">
              <w:rPr>
                <w:szCs w:val="20"/>
              </w:rPr>
              <w:t xml:space="preserve">, </w:t>
            </w:r>
            <w:proofErr w:type="spellStart"/>
            <w:r w:rsidRPr="00F56EA5">
              <w:rPr>
                <w:szCs w:val="20"/>
              </w:rPr>
              <w:t>пестене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на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вода</w:t>
            </w:r>
            <w:proofErr w:type="spellEnd"/>
            <w:r w:rsidRPr="00F56EA5">
              <w:rPr>
                <w:szCs w:val="20"/>
              </w:rPr>
              <w:t xml:space="preserve"> и </w:t>
            </w:r>
            <w:proofErr w:type="spellStart"/>
            <w:r w:rsidRPr="00F56EA5">
              <w:rPr>
                <w:szCs w:val="20"/>
              </w:rPr>
              <w:t>енергия</w:t>
            </w:r>
            <w:proofErr w:type="spellEnd"/>
            <w:r w:rsidRPr="00F56EA5">
              <w:rPr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283A8356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Учители</w:t>
            </w:r>
            <w:proofErr w:type="spellEnd"/>
          </w:p>
        </w:tc>
        <w:tc>
          <w:tcPr>
            <w:tcW w:w="2937" w:type="dxa"/>
            <w:vAlign w:val="center"/>
          </w:tcPr>
          <w:p w14:paraId="67CD37FB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постоянен</w:t>
            </w:r>
            <w:proofErr w:type="spellEnd"/>
          </w:p>
        </w:tc>
      </w:tr>
      <w:tr w:rsidR="00D13519" w:rsidRPr="00F56EA5" w14:paraId="2DAC3688" w14:textId="77777777" w:rsidTr="00D13519">
        <w:trPr>
          <w:jc w:val="center"/>
        </w:trPr>
        <w:tc>
          <w:tcPr>
            <w:tcW w:w="4361" w:type="dxa"/>
            <w:vAlign w:val="center"/>
          </w:tcPr>
          <w:p w14:paraId="08A4F55E" w14:textId="77777777" w:rsidR="00D13519" w:rsidRPr="00F56EA5" w:rsidRDefault="00D13519" w:rsidP="0094649B">
            <w:pPr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Засаждане</w:t>
            </w:r>
            <w:proofErr w:type="spellEnd"/>
            <w:r w:rsidRPr="00F56EA5">
              <w:rPr>
                <w:szCs w:val="20"/>
              </w:rPr>
              <w:t xml:space="preserve"> и </w:t>
            </w:r>
            <w:proofErr w:type="spellStart"/>
            <w:r w:rsidRPr="00F56EA5">
              <w:rPr>
                <w:szCs w:val="20"/>
              </w:rPr>
              <w:t>грижа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за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растения</w:t>
            </w:r>
            <w:proofErr w:type="spellEnd"/>
            <w:r w:rsidRPr="00F56EA5">
              <w:rPr>
                <w:szCs w:val="20"/>
              </w:rPr>
              <w:t xml:space="preserve"> в </w:t>
            </w:r>
            <w:proofErr w:type="spellStart"/>
            <w:r w:rsidRPr="00F56EA5">
              <w:rPr>
                <w:szCs w:val="20"/>
              </w:rPr>
              <w:t>двора</w:t>
            </w:r>
            <w:proofErr w:type="spellEnd"/>
            <w:r w:rsidRPr="00F56EA5">
              <w:rPr>
                <w:szCs w:val="20"/>
              </w:rPr>
              <w:t>/</w:t>
            </w:r>
            <w:proofErr w:type="spellStart"/>
            <w:r w:rsidRPr="00F56EA5">
              <w:rPr>
                <w:szCs w:val="20"/>
              </w:rPr>
              <w:t>кътовете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на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групите</w:t>
            </w:r>
            <w:proofErr w:type="spellEnd"/>
            <w:r w:rsidRPr="00F56EA5">
              <w:rPr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3B65CBF9" w14:textId="660E9EDF" w:rsidR="00D13519" w:rsidRPr="00F56EA5" w:rsidRDefault="00D13519" w:rsidP="0094649B">
            <w:pPr>
              <w:jc w:val="center"/>
              <w:rPr>
                <w:szCs w:val="20"/>
              </w:rPr>
            </w:pPr>
            <w:r w:rsidRPr="00F56EA5">
              <w:rPr>
                <w:szCs w:val="20"/>
                <w:lang w:val="bg-BG"/>
              </w:rPr>
              <w:t xml:space="preserve">родители, </w:t>
            </w:r>
            <w:proofErr w:type="spellStart"/>
            <w:r w:rsidRPr="00F56EA5">
              <w:rPr>
                <w:szCs w:val="20"/>
              </w:rPr>
              <w:t>учители</w:t>
            </w:r>
            <w:proofErr w:type="spellEnd"/>
          </w:p>
        </w:tc>
        <w:tc>
          <w:tcPr>
            <w:tcW w:w="2937" w:type="dxa"/>
            <w:vAlign w:val="center"/>
          </w:tcPr>
          <w:p w14:paraId="4B4EEB78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есен</w:t>
            </w:r>
            <w:proofErr w:type="spellEnd"/>
            <w:r w:rsidRPr="00F56EA5">
              <w:rPr>
                <w:szCs w:val="20"/>
              </w:rPr>
              <w:t>/</w:t>
            </w:r>
            <w:proofErr w:type="spellStart"/>
            <w:r w:rsidRPr="00F56EA5">
              <w:rPr>
                <w:szCs w:val="20"/>
              </w:rPr>
              <w:t>пролет</w:t>
            </w:r>
            <w:proofErr w:type="spellEnd"/>
          </w:p>
        </w:tc>
      </w:tr>
      <w:tr w:rsidR="00D13519" w:rsidRPr="00F56EA5" w14:paraId="19FB54A7" w14:textId="77777777" w:rsidTr="00D13519">
        <w:trPr>
          <w:jc w:val="center"/>
        </w:trPr>
        <w:tc>
          <w:tcPr>
            <w:tcW w:w="4361" w:type="dxa"/>
            <w:vAlign w:val="center"/>
          </w:tcPr>
          <w:p w14:paraId="42B4D460" w14:textId="77777777" w:rsidR="00D13519" w:rsidRPr="00F56EA5" w:rsidRDefault="00D13519" w:rsidP="0094649B">
            <w:pPr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Ден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на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Земята</w:t>
            </w:r>
            <w:proofErr w:type="spellEnd"/>
            <w:r w:rsidRPr="00F56EA5">
              <w:rPr>
                <w:szCs w:val="20"/>
              </w:rPr>
              <w:t xml:space="preserve"> – </w:t>
            </w:r>
            <w:proofErr w:type="spellStart"/>
            <w:r w:rsidRPr="00F56EA5">
              <w:rPr>
                <w:szCs w:val="20"/>
              </w:rPr>
              <w:t>практическа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екологична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инициатива</w:t>
            </w:r>
            <w:proofErr w:type="spellEnd"/>
            <w:r w:rsidRPr="00F56EA5">
              <w:rPr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2E443FF7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3C202F">
              <w:rPr>
                <w:szCs w:val="20"/>
              </w:rPr>
              <w:t>Учители</w:t>
            </w:r>
            <w:proofErr w:type="spellEnd"/>
          </w:p>
        </w:tc>
        <w:tc>
          <w:tcPr>
            <w:tcW w:w="2937" w:type="dxa"/>
            <w:vAlign w:val="center"/>
          </w:tcPr>
          <w:p w14:paraId="0B56BF73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април</w:t>
            </w:r>
            <w:proofErr w:type="spellEnd"/>
          </w:p>
        </w:tc>
      </w:tr>
      <w:tr w:rsidR="00D13519" w:rsidRPr="00F56EA5" w14:paraId="49558892" w14:textId="77777777" w:rsidTr="00D13519">
        <w:trPr>
          <w:jc w:val="center"/>
        </w:trPr>
        <w:tc>
          <w:tcPr>
            <w:tcW w:w="4361" w:type="dxa"/>
            <w:vAlign w:val="center"/>
          </w:tcPr>
          <w:p w14:paraId="59EB5525" w14:textId="77777777" w:rsidR="00D13519" w:rsidRPr="00F56EA5" w:rsidRDefault="00D13519" w:rsidP="0094649B">
            <w:pPr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Дейности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за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приемане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на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различията</w:t>
            </w:r>
            <w:proofErr w:type="spellEnd"/>
            <w:r w:rsidRPr="00F56EA5">
              <w:rPr>
                <w:szCs w:val="20"/>
              </w:rPr>
              <w:t xml:space="preserve"> и </w:t>
            </w:r>
            <w:proofErr w:type="spellStart"/>
            <w:r w:rsidRPr="00F56EA5">
              <w:rPr>
                <w:szCs w:val="20"/>
              </w:rPr>
              <w:t>позитивно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общуване</w:t>
            </w:r>
            <w:proofErr w:type="spellEnd"/>
            <w:r w:rsidRPr="00F56EA5">
              <w:rPr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342E5B69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Учители</w:t>
            </w:r>
            <w:proofErr w:type="spellEnd"/>
            <w:r w:rsidRPr="00F56EA5">
              <w:rPr>
                <w:szCs w:val="20"/>
              </w:rPr>
              <w:t>/</w:t>
            </w:r>
            <w:proofErr w:type="spellStart"/>
            <w:r w:rsidRPr="00F56EA5">
              <w:rPr>
                <w:szCs w:val="20"/>
              </w:rPr>
              <w:t>специалисти</w:t>
            </w:r>
            <w:proofErr w:type="spellEnd"/>
          </w:p>
        </w:tc>
        <w:tc>
          <w:tcPr>
            <w:tcW w:w="2937" w:type="dxa"/>
            <w:vAlign w:val="center"/>
          </w:tcPr>
          <w:p w14:paraId="7175A55B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постоянен</w:t>
            </w:r>
            <w:proofErr w:type="spellEnd"/>
          </w:p>
        </w:tc>
      </w:tr>
      <w:tr w:rsidR="00D13519" w:rsidRPr="00F56EA5" w14:paraId="590820C7" w14:textId="77777777" w:rsidTr="00D13519">
        <w:trPr>
          <w:jc w:val="center"/>
        </w:trPr>
        <w:tc>
          <w:tcPr>
            <w:tcW w:w="4361" w:type="dxa"/>
            <w:vAlign w:val="center"/>
          </w:tcPr>
          <w:p w14:paraId="71653442" w14:textId="77777777" w:rsidR="00D13519" w:rsidRPr="00F56EA5" w:rsidRDefault="00D13519" w:rsidP="0094649B">
            <w:pPr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Участие</w:t>
            </w:r>
            <w:proofErr w:type="spellEnd"/>
            <w:r w:rsidRPr="00F56EA5">
              <w:rPr>
                <w:szCs w:val="20"/>
              </w:rPr>
              <w:t xml:space="preserve"> в </w:t>
            </w:r>
            <w:proofErr w:type="spellStart"/>
            <w:r w:rsidRPr="00F56EA5">
              <w:rPr>
                <w:szCs w:val="20"/>
              </w:rPr>
              <w:t>подходящи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общински</w:t>
            </w:r>
            <w:proofErr w:type="spellEnd"/>
            <w:r w:rsidRPr="00F56EA5">
              <w:rPr>
                <w:szCs w:val="20"/>
              </w:rPr>
              <w:t xml:space="preserve"> и </w:t>
            </w:r>
            <w:proofErr w:type="spellStart"/>
            <w:r w:rsidRPr="00F56EA5">
              <w:rPr>
                <w:szCs w:val="20"/>
              </w:rPr>
              <w:t>национални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инициативи</w:t>
            </w:r>
            <w:proofErr w:type="spellEnd"/>
            <w:r w:rsidRPr="00F56EA5">
              <w:rPr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5292C568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Директор</w:t>
            </w:r>
            <w:proofErr w:type="spellEnd"/>
            <w:r w:rsidRPr="00F56EA5">
              <w:rPr>
                <w:szCs w:val="20"/>
              </w:rPr>
              <w:t xml:space="preserve">, </w:t>
            </w:r>
            <w:proofErr w:type="spellStart"/>
            <w:r w:rsidRPr="00F56EA5">
              <w:rPr>
                <w:szCs w:val="20"/>
              </w:rPr>
              <w:t>учители</w:t>
            </w:r>
            <w:proofErr w:type="spellEnd"/>
          </w:p>
        </w:tc>
        <w:tc>
          <w:tcPr>
            <w:tcW w:w="2937" w:type="dxa"/>
            <w:vAlign w:val="center"/>
          </w:tcPr>
          <w:p w14:paraId="63AC0351" w14:textId="77777777" w:rsidR="00D13519" w:rsidRPr="00F56EA5" w:rsidRDefault="00D13519" w:rsidP="0094649B">
            <w:pPr>
              <w:jc w:val="center"/>
              <w:rPr>
                <w:szCs w:val="20"/>
              </w:rPr>
            </w:pPr>
            <w:proofErr w:type="spellStart"/>
            <w:r w:rsidRPr="00F56EA5">
              <w:rPr>
                <w:szCs w:val="20"/>
              </w:rPr>
              <w:t>при</w:t>
            </w:r>
            <w:proofErr w:type="spellEnd"/>
            <w:r w:rsidRPr="00F56EA5">
              <w:rPr>
                <w:szCs w:val="20"/>
              </w:rPr>
              <w:t xml:space="preserve"> </w:t>
            </w:r>
            <w:proofErr w:type="spellStart"/>
            <w:r w:rsidRPr="00F56EA5">
              <w:rPr>
                <w:szCs w:val="20"/>
              </w:rPr>
              <w:t>възможност</w:t>
            </w:r>
            <w:proofErr w:type="spellEnd"/>
          </w:p>
        </w:tc>
      </w:tr>
    </w:tbl>
    <w:p w14:paraId="3349A9A0" w14:textId="77777777" w:rsidR="000905EF" w:rsidRDefault="000905EF" w:rsidP="000905EF">
      <w:pPr>
        <w:pStyle w:val="21"/>
        <w:spacing w:before="0"/>
        <w:jc w:val="both"/>
        <w:rPr>
          <w:rFonts w:ascii="Verdana" w:eastAsia="Verdana" w:hAnsi="Verdana"/>
          <w:color w:val="000000" w:themeColor="text1"/>
          <w:szCs w:val="20"/>
          <w:lang w:val="bg-BG"/>
        </w:rPr>
      </w:pPr>
    </w:p>
    <w:p w14:paraId="14E0B495" w14:textId="5A9C2524" w:rsidR="00317798" w:rsidRPr="00D13519" w:rsidRDefault="00317798" w:rsidP="000905EF">
      <w:pPr>
        <w:pStyle w:val="21"/>
        <w:spacing w:before="0"/>
        <w:jc w:val="both"/>
        <w:rPr>
          <w:rFonts w:ascii="Verdana" w:hAnsi="Verdana"/>
          <w:b w:val="0"/>
          <w:bCs w:val="0"/>
          <w:color w:val="000000" w:themeColor="text1"/>
          <w:szCs w:val="20"/>
          <w:lang w:val="bg-BG"/>
        </w:rPr>
      </w:pPr>
      <w:proofErr w:type="spellStart"/>
      <w:r w:rsidRPr="000905EF">
        <w:rPr>
          <w:rFonts w:ascii="Verdana" w:eastAsia="Verdana" w:hAnsi="Verdana"/>
          <w:color w:val="000000" w:themeColor="text1"/>
          <w:szCs w:val="20"/>
        </w:rPr>
        <w:t>Очакван</w:t>
      </w:r>
      <w:proofErr w:type="spellEnd"/>
      <w:r w:rsidRPr="000905EF">
        <w:rPr>
          <w:rFonts w:ascii="Verdana" w:eastAsia="Verdana" w:hAnsi="Verdana"/>
          <w:color w:val="000000" w:themeColor="text1"/>
          <w:szCs w:val="20"/>
        </w:rPr>
        <w:t xml:space="preserve"> </w:t>
      </w:r>
      <w:proofErr w:type="spellStart"/>
      <w:r w:rsidRPr="000905EF">
        <w:rPr>
          <w:rFonts w:ascii="Verdana" w:eastAsia="Verdana" w:hAnsi="Verdana"/>
          <w:color w:val="000000" w:themeColor="text1"/>
          <w:szCs w:val="20"/>
        </w:rPr>
        <w:t>резултат</w:t>
      </w:r>
      <w:proofErr w:type="spellEnd"/>
      <w:r w:rsidRPr="000905EF">
        <w:rPr>
          <w:rFonts w:ascii="Verdana" w:eastAsia="Verdana" w:hAnsi="Verdana"/>
          <w:color w:val="000000" w:themeColor="text1"/>
          <w:szCs w:val="20"/>
          <w:lang w:val="bg-BG"/>
        </w:rPr>
        <w:t>:</w:t>
      </w:r>
      <w:r w:rsidR="000905EF">
        <w:rPr>
          <w:rFonts w:ascii="Verdana" w:hAnsi="Verdana"/>
          <w:b w:val="0"/>
          <w:bCs w:val="0"/>
          <w:color w:val="000000" w:themeColor="text1"/>
          <w:szCs w:val="20"/>
          <w:lang w:val="bg-BG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Децата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развиват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начални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граждански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,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социални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и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екологични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компетентности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чрез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реални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ситуации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,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личен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пример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и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участие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, а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не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само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чрез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информационно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представяне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на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 xml:space="preserve"> </w:t>
      </w:r>
      <w:proofErr w:type="spellStart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темите</w:t>
      </w:r>
      <w:proofErr w:type="spellEnd"/>
      <w:r w:rsidRPr="00D13519">
        <w:rPr>
          <w:rFonts w:ascii="Verdana" w:hAnsi="Verdana"/>
          <w:b w:val="0"/>
          <w:bCs w:val="0"/>
          <w:color w:val="000000" w:themeColor="text1"/>
          <w:szCs w:val="20"/>
        </w:rPr>
        <w:t>.</w:t>
      </w:r>
    </w:p>
    <w:p w14:paraId="2FEACD9E" w14:textId="77777777" w:rsidR="00D13519" w:rsidRPr="00D13519" w:rsidRDefault="00D13519" w:rsidP="00107E3E">
      <w:pPr>
        <w:spacing w:after="0"/>
        <w:jc w:val="center"/>
        <w:rPr>
          <w:b/>
          <w:color w:val="000000" w:themeColor="text1"/>
          <w:szCs w:val="20"/>
          <w:lang w:val="bg-BG"/>
        </w:rPr>
      </w:pPr>
    </w:p>
    <w:p w14:paraId="342303E5" w14:textId="77777777" w:rsidR="00D45855" w:rsidRDefault="00D45855" w:rsidP="00107E3E">
      <w:pPr>
        <w:spacing w:after="0"/>
        <w:jc w:val="center"/>
        <w:rPr>
          <w:b/>
          <w:szCs w:val="20"/>
        </w:rPr>
        <w:sectPr w:rsidR="00D45855" w:rsidSect="00D45855">
          <w:footerReference w:type="default" r:id="rId8"/>
          <w:pgSz w:w="12240" w:h="15840"/>
          <w:pgMar w:top="964" w:right="1020" w:bottom="964" w:left="1020" w:header="720" w:footer="720" w:gutter="0"/>
          <w:cols w:space="720"/>
          <w:docGrid w:linePitch="360"/>
        </w:sectPr>
      </w:pPr>
    </w:p>
    <w:p w14:paraId="29C51CA0" w14:textId="77777777" w:rsidR="00D45855" w:rsidRDefault="00D45855" w:rsidP="00107E3E">
      <w:pPr>
        <w:spacing w:after="0"/>
        <w:jc w:val="center"/>
        <w:rPr>
          <w:b/>
          <w:szCs w:val="20"/>
        </w:rPr>
      </w:pPr>
    </w:p>
    <w:p w14:paraId="53BEB9D0" w14:textId="101EFBC6" w:rsidR="00D45855" w:rsidRPr="00D45855" w:rsidRDefault="00D45855" w:rsidP="00EE3E7C">
      <w:pPr>
        <w:spacing w:after="0"/>
        <w:jc w:val="center"/>
        <w:rPr>
          <w:b/>
          <w:bCs/>
          <w:szCs w:val="20"/>
          <w:lang w:val="bg-BG"/>
        </w:rPr>
      </w:pPr>
      <w:r w:rsidRPr="00D45855">
        <w:rPr>
          <w:b/>
          <w:bCs/>
          <w:szCs w:val="20"/>
          <w:lang w:val="bg-BG"/>
        </w:rPr>
        <w:t>ДЕТСКА ГРАДИНА № 53 „СЛЪНЧЕВО ЗАЙЧЕ“</w:t>
      </w:r>
      <w:r w:rsidRPr="00D45855">
        <w:rPr>
          <w:b/>
          <w:bCs/>
          <w:szCs w:val="20"/>
          <w:lang w:val="bg-BG"/>
        </w:rPr>
        <w:tab/>
      </w:r>
    </w:p>
    <w:p w14:paraId="11201EBE" w14:textId="77777777" w:rsidR="00EE3E7C" w:rsidRPr="00EE3E7C" w:rsidRDefault="00D45855" w:rsidP="00EE3E7C">
      <w:pPr>
        <w:spacing w:after="0"/>
        <w:jc w:val="center"/>
        <w:rPr>
          <w:b/>
          <w:bCs/>
          <w:szCs w:val="20"/>
        </w:rPr>
      </w:pPr>
      <w:r w:rsidRPr="00D45855">
        <w:rPr>
          <w:b/>
          <w:bCs/>
          <w:szCs w:val="20"/>
          <w:lang w:val="bg-BG"/>
        </w:rPr>
        <w:t>СЕДМИЧНО РАЗПРЕДЕЛЕНИЕ НА ОСНОВНИТЕ ФОРМИ НА ПЕДАГОГИЧЕСКО ВЗАИМОДЕЙСТВИЕ</w:t>
      </w:r>
    </w:p>
    <w:p w14:paraId="1D1D45B3" w14:textId="446047A3" w:rsidR="00D45855" w:rsidRPr="00D45855" w:rsidRDefault="00D45855" w:rsidP="0010213E">
      <w:pPr>
        <w:spacing w:after="0"/>
        <w:jc w:val="center"/>
        <w:rPr>
          <w:b/>
          <w:bCs/>
          <w:szCs w:val="20"/>
          <w:lang w:val="bg-BG"/>
        </w:rPr>
      </w:pPr>
      <w:r w:rsidRPr="00D45855">
        <w:rPr>
          <w:b/>
          <w:bCs/>
          <w:szCs w:val="20"/>
          <w:lang w:val="bg-BG"/>
        </w:rPr>
        <w:t xml:space="preserve"> – ОФПВ ЗА 2026- 2027 УЧЕБНА ГОДИНА</w:t>
      </w:r>
    </w:p>
    <w:tbl>
      <w:tblPr>
        <w:tblW w:w="0" w:type="auto"/>
        <w:jc w:val="righ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1"/>
        <w:gridCol w:w="2096"/>
        <w:gridCol w:w="2551"/>
        <w:gridCol w:w="3542"/>
        <w:gridCol w:w="2976"/>
        <w:gridCol w:w="2287"/>
        <w:gridCol w:w="236"/>
      </w:tblGrid>
      <w:tr w:rsidR="00D45855" w:rsidRPr="00D45855" w14:paraId="5FBDE49B" w14:textId="77777777" w:rsidTr="00EE3E7C">
        <w:trPr>
          <w:trHeight w:val="505"/>
          <w:jc w:val="right"/>
        </w:trPr>
        <w:tc>
          <w:tcPr>
            <w:tcW w:w="1511" w:type="dxa"/>
          </w:tcPr>
          <w:p w14:paraId="0707A25F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Централна сграда</w:t>
            </w:r>
          </w:p>
          <w:p w14:paraId="4AECCEC8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„Кап. Райчо“</w:t>
            </w:r>
          </w:p>
        </w:tc>
        <w:tc>
          <w:tcPr>
            <w:tcW w:w="2096" w:type="dxa"/>
          </w:tcPr>
          <w:p w14:paraId="79C5B84D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понеделник</w:t>
            </w:r>
          </w:p>
        </w:tc>
        <w:tc>
          <w:tcPr>
            <w:tcW w:w="2551" w:type="dxa"/>
          </w:tcPr>
          <w:p w14:paraId="313C6686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вторник</w:t>
            </w:r>
          </w:p>
        </w:tc>
        <w:tc>
          <w:tcPr>
            <w:tcW w:w="3542" w:type="dxa"/>
          </w:tcPr>
          <w:p w14:paraId="7535E297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сряда</w:t>
            </w:r>
          </w:p>
        </w:tc>
        <w:tc>
          <w:tcPr>
            <w:tcW w:w="2976" w:type="dxa"/>
          </w:tcPr>
          <w:p w14:paraId="2F42B8BD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четвъртък</w:t>
            </w:r>
          </w:p>
        </w:tc>
        <w:tc>
          <w:tcPr>
            <w:tcW w:w="2287" w:type="dxa"/>
          </w:tcPr>
          <w:p w14:paraId="2DB5E422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петък</w:t>
            </w: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</w:tcPr>
          <w:p w14:paraId="35FDAC0B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3C9B37EC" w14:textId="77777777" w:rsidTr="0010213E">
        <w:trPr>
          <w:trHeight w:val="289"/>
          <w:jc w:val="right"/>
        </w:trPr>
        <w:tc>
          <w:tcPr>
            <w:tcW w:w="14963" w:type="dxa"/>
            <w:gridSpan w:val="6"/>
            <w:shd w:val="clear" w:color="auto" w:fill="D6E3BC" w:themeFill="accent3" w:themeFillTint="66"/>
          </w:tcPr>
          <w:p w14:paraId="12F7FA82" w14:textId="40E473A8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ПЪРВА ГРУПА - Учители: М. Йосифо</w:t>
            </w:r>
            <w:r w:rsidR="00EE3E7C" w:rsidRPr="0010213E">
              <w:rPr>
                <w:bCs/>
                <w:szCs w:val="20"/>
                <w:lang w:val="bg-BG"/>
              </w:rPr>
              <w:t>ва/Р. Йорданова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  <w:shd w:val="clear" w:color="auto" w:fill="D6E3BC" w:themeFill="accent3" w:themeFillTint="66"/>
          </w:tcPr>
          <w:p w14:paraId="4E520BCB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3B7E1C5E" w14:textId="77777777" w:rsidTr="00EE3E7C">
        <w:trPr>
          <w:trHeight w:val="1014"/>
          <w:jc w:val="right"/>
        </w:trPr>
        <w:tc>
          <w:tcPr>
            <w:tcW w:w="1511" w:type="dxa"/>
            <w:tcBorders>
              <w:bottom w:val="single" w:sz="4" w:space="0" w:color="000000"/>
            </w:tcBorders>
          </w:tcPr>
          <w:p w14:paraId="29BD3606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СУТРИН</w:t>
            </w:r>
          </w:p>
        </w:tc>
        <w:tc>
          <w:tcPr>
            <w:tcW w:w="2096" w:type="dxa"/>
            <w:tcBorders>
              <w:bottom w:val="single" w:sz="4" w:space="0" w:color="000000"/>
              <w:right w:val="single" w:sz="4" w:space="0" w:color="000000"/>
            </w:tcBorders>
          </w:tcPr>
          <w:p w14:paraId="5ACE3D20" w14:textId="77777777" w:rsidR="00D45855" w:rsidRPr="00D45855" w:rsidRDefault="00D45855" w:rsidP="00EE3E7C">
            <w:pPr>
              <w:numPr>
                <w:ilvl w:val="0"/>
                <w:numId w:val="7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  <w:p w14:paraId="350BD043" w14:textId="77777777" w:rsidR="00D45855" w:rsidRPr="00D45855" w:rsidRDefault="00D45855" w:rsidP="00EE3E7C">
            <w:pPr>
              <w:numPr>
                <w:ilvl w:val="0"/>
                <w:numId w:val="7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79CD" w14:textId="77777777" w:rsidR="00D45855" w:rsidRPr="00D45855" w:rsidRDefault="00D45855" w:rsidP="00EE3E7C">
            <w:pPr>
              <w:numPr>
                <w:ilvl w:val="0"/>
                <w:numId w:val="7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 2.Музика</w:t>
            </w:r>
          </w:p>
        </w:tc>
        <w:tc>
          <w:tcPr>
            <w:tcW w:w="3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70AE" w14:textId="77777777" w:rsidR="00D45855" w:rsidRPr="00D45855" w:rsidRDefault="00D45855" w:rsidP="00EE3E7C">
            <w:pPr>
              <w:numPr>
                <w:ilvl w:val="0"/>
                <w:numId w:val="72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 2.Изобразително изкуство –</w:t>
            </w:r>
          </w:p>
          <w:p w14:paraId="27F1C0CB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/Мод. /</w:t>
            </w:r>
            <w:proofErr w:type="spellStart"/>
            <w:r w:rsidRPr="00D45855">
              <w:rPr>
                <w:bCs/>
                <w:szCs w:val="20"/>
                <w:lang w:val="bg-BG"/>
              </w:rPr>
              <w:t>апл</w:t>
            </w:r>
            <w:proofErr w:type="spellEnd"/>
            <w:r w:rsidRPr="00D45855">
              <w:rPr>
                <w:bCs/>
                <w:szCs w:val="20"/>
                <w:lang w:val="bg-BG"/>
              </w:rPr>
              <w:t>./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EFB6" w14:textId="77777777" w:rsidR="00D45855" w:rsidRPr="00D45855" w:rsidRDefault="00D45855" w:rsidP="00EE3E7C">
            <w:pPr>
              <w:numPr>
                <w:ilvl w:val="0"/>
                <w:numId w:val="7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Конструиране и технологии 2.Музика</w:t>
            </w:r>
          </w:p>
        </w:tc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</w:tcPr>
          <w:p w14:paraId="7A61C2ED" w14:textId="77777777" w:rsidR="00D45855" w:rsidRPr="00D45855" w:rsidRDefault="00D45855" w:rsidP="00EE3E7C">
            <w:pPr>
              <w:numPr>
                <w:ilvl w:val="0"/>
                <w:numId w:val="7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 – /Рис./</w:t>
            </w:r>
          </w:p>
          <w:p w14:paraId="137FE594" w14:textId="77777777" w:rsidR="00D45855" w:rsidRPr="00D45855" w:rsidRDefault="00D45855" w:rsidP="00EE3E7C">
            <w:pPr>
              <w:numPr>
                <w:ilvl w:val="0"/>
                <w:numId w:val="7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</w:tcPr>
          <w:p w14:paraId="2C9717F0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643D9B57" w14:textId="77777777" w:rsidTr="00EE3E7C">
        <w:trPr>
          <w:trHeight w:val="503"/>
          <w:jc w:val="right"/>
        </w:trPr>
        <w:tc>
          <w:tcPr>
            <w:tcW w:w="1511" w:type="dxa"/>
            <w:tcBorders>
              <w:top w:val="single" w:sz="4" w:space="0" w:color="000000"/>
            </w:tcBorders>
          </w:tcPr>
          <w:p w14:paraId="7013153E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СЛЕДОБЕД</w:t>
            </w:r>
          </w:p>
        </w:tc>
        <w:tc>
          <w:tcPr>
            <w:tcW w:w="2096" w:type="dxa"/>
            <w:tcBorders>
              <w:top w:val="single" w:sz="4" w:space="0" w:color="000000"/>
              <w:right w:val="single" w:sz="4" w:space="0" w:color="000000"/>
            </w:tcBorders>
          </w:tcPr>
          <w:p w14:paraId="2722D639" w14:textId="77777777" w:rsidR="00D45855" w:rsidRPr="00D45855" w:rsidRDefault="00D45855" w:rsidP="00EE3E7C">
            <w:pPr>
              <w:numPr>
                <w:ilvl w:val="0"/>
                <w:numId w:val="69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</w:t>
            </w:r>
          </w:p>
          <w:p w14:paraId="7E81155B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литература -ХЛ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1D3D4B" w14:textId="77777777" w:rsidR="00D45855" w:rsidRPr="00D45855" w:rsidRDefault="00D45855" w:rsidP="00EE3E7C">
            <w:pPr>
              <w:numPr>
                <w:ilvl w:val="0"/>
                <w:numId w:val="6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53C31" w14:textId="77777777" w:rsidR="00D45855" w:rsidRPr="00D45855" w:rsidRDefault="00D45855" w:rsidP="00EE3E7C">
            <w:pPr>
              <w:numPr>
                <w:ilvl w:val="0"/>
                <w:numId w:val="67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л-ра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A2E463" w14:textId="77777777" w:rsidR="00D45855" w:rsidRPr="00D45855" w:rsidRDefault="00D45855" w:rsidP="00EE3E7C">
            <w:pPr>
              <w:numPr>
                <w:ilvl w:val="0"/>
                <w:numId w:val="66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</w:tcPr>
          <w:p w14:paraId="622099D5" w14:textId="77777777" w:rsidR="00D45855" w:rsidRPr="00D45855" w:rsidRDefault="00D45855" w:rsidP="00EE3E7C">
            <w:pPr>
              <w:numPr>
                <w:ilvl w:val="0"/>
                <w:numId w:val="65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култура/ПИ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</w:tcPr>
          <w:p w14:paraId="17BA6190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19E9D69D" w14:textId="77777777" w:rsidTr="0010213E">
        <w:trPr>
          <w:trHeight w:val="510"/>
          <w:jc w:val="right"/>
        </w:trPr>
        <w:tc>
          <w:tcPr>
            <w:tcW w:w="1511" w:type="dxa"/>
            <w:tcBorders>
              <w:right w:val="nil"/>
            </w:tcBorders>
            <w:shd w:val="clear" w:color="auto" w:fill="D6E3BC" w:themeFill="accent3" w:themeFillTint="66"/>
          </w:tcPr>
          <w:p w14:paraId="2A7D4421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  <w:tc>
          <w:tcPr>
            <w:tcW w:w="2096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22AB7291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2656F094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ВТОРА "А" ГРУПА -</w:t>
            </w:r>
          </w:p>
        </w:tc>
        <w:tc>
          <w:tcPr>
            <w:tcW w:w="3542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705837AD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Учители:</w:t>
            </w:r>
          </w:p>
          <w:p w14:paraId="035CE6DB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proofErr w:type="spellStart"/>
            <w:r w:rsidRPr="00D45855">
              <w:rPr>
                <w:bCs/>
                <w:szCs w:val="20"/>
                <w:lang w:val="bg-BG"/>
              </w:rPr>
              <w:t>Д.Максимова</w:t>
            </w:r>
            <w:proofErr w:type="spellEnd"/>
            <w:r w:rsidRPr="00D45855">
              <w:rPr>
                <w:bCs/>
                <w:szCs w:val="20"/>
                <w:lang w:val="bg-BG"/>
              </w:rPr>
              <w:t>/</w:t>
            </w:r>
            <w:proofErr w:type="spellStart"/>
            <w:r w:rsidRPr="00D45855">
              <w:rPr>
                <w:bCs/>
                <w:szCs w:val="20"/>
                <w:lang w:val="bg-BG"/>
              </w:rPr>
              <w:t>Пл.Атанасова</w:t>
            </w:r>
            <w:proofErr w:type="spellEnd"/>
          </w:p>
        </w:tc>
        <w:tc>
          <w:tcPr>
            <w:tcW w:w="2976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1E110E8B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  <w:tc>
          <w:tcPr>
            <w:tcW w:w="2287" w:type="dxa"/>
            <w:tcBorders>
              <w:left w:val="nil"/>
            </w:tcBorders>
            <w:shd w:val="clear" w:color="auto" w:fill="D6E3BC" w:themeFill="accent3" w:themeFillTint="66"/>
          </w:tcPr>
          <w:p w14:paraId="0F6799B4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  <w:tc>
          <w:tcPr>
            <w:tcW w:w="236" w:type="dxa"/>
            <w:vMerge/>
            <w:tcBorders>
              <w:top w:val="nil"/>
              <w:right w:val="nil"/>
            </w:tcBorders>
            <w:shd w:val="clear" w:color="auto" w:fill="D6E3BC" w:themeFill="accent3" w:themeFillTint="66"/>
          </w:tcPr>
          <w:p w14:paraId="14805281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13555DD9" w14:textId="77777777" w:rsidTr="00EE3E7C">
        <w:trPr>
          <w:trHeight w:val="865"/>
          <w:jc w:val="right"/>
        </w:trPr>
        <w:tc>
          <w:tcPr>
            <w:tcW w:w="1511" w:type="dxa"/>
            <w:tcBorders>
              <w:bottom w:val="single" w:sz="4" w:space="0" w:color="000000"/>
            </w:tcBorders>
          </w:tcPr>
          <w:p w14:paraId="3ADAFDE8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СУТРИН</w:t>
            </w:r>
          </w:p>
        </w:tc>
        <w:tc>
          <w:tcPr>
            <w:tcW w:w="2096" w:type="dxa"/>
            <w:tcBorders>
              <w:bottom w:val="single" w:sz="4" w:space="0" w:color="000000"/>
              <w:right w:val="single" w:sz="4" w:space="0" w:color="000000"/>
            </w:tcBorders>
          </w:tcPr>
          <w:p w14:paraId="7E4B81F2" w14:textId="77777777" w:rsidR="00D45855" w:rsidRPr="00D45855" w:rsidRDefault="00D45855" w:rsidP="00EE3E7C">
            <w:pPr>
              <w:numPr>
                <w:ilvl w:val="0"/>
                <w:numId w:val="6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  <w:p w14:paraId="31C52ADC" w14:textId="77777777" w:rsidR="00D45855" w:rsidRPr="00D45855" w:rsidRDefault="00D45855" w:rsidP="00EE3E7C">
            <w:pPr>
              <w:numPr>
                <w:ilvl w:val="0"/>
                <w:numId w:val="6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FCD4" w14:textId="77777777" w:rsidR="00D45855" w:rsidRPr="00D45855" w:rsidRDefault="00D45855" w:rsidP="00EE3E7C">
            <w:pPr>
              <w:numPr>
                <w:ilvl w:val="0"/>
                <w:numId w:val="6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</w:t>
            </w:r>
          </w:p>
          <w:p w14:paraId="3E355916" w14:textId="77777777" w:rsidR="00D45855" w:rsidRPr="00D45855" w:rsidRDefault="00D45855" w:rsidP="00EE3E7C">
            <w:pPr>
              <w:numPr>
                <w:ilvl w:val="0"/>
                <w:numId w:val="6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3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7570" w14:textId="77777777" w:rsidR="00D45855" w:rsidRPr="00D45855" w:rsidRDefault="00D45855" w:rsidP="00EE3E7C">
            <w:pPr>
              <w:numPr>
                <w:ilvl w:val="0"/>
                <w:numId w:val="62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  <w:p w14:paraId="7651185C" w14:textId="77777777" w:rsidR="00D45855" w:rsidRPr="00D45855" w:rsidRDefault="00D45855" w:rsidP="00EE3E7C">
            <w:pPr>
              <w:numPr>
                <w:ilvl w:val="0"/>
                <w:numId w:val="62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 –</w:t>
            </w:r>
          </w:p>
          <w:p w14:paraId="202076FD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/Мод./</w:t>
            </w:r>
            <w:proofErr w:type="spellStart"/>
            <w:r w:rsidRPr="00D45855">
              <w:rPr>
                <w:bCs/>
                <w:szCs w:val="20"/>
                <w:lang w:val="bg-BG"/>
              </w:rPr>
              <w:t>апл</w:t>
            </w:r>
            <w:proofErr w:type="spellEnd"/>
            <w:r w:rsidRPr="00D45855">
              <w:rPr>
                <w:bCs/>
                <w:szCs w:val="20"/>
                <w:lang w:val="bg-BG"/>
              </w:rPr>
              <w:t>./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7B3D" w14:textId="77777777" w:rsidR="00D45855" w:rsidRPr="00D45855" w:rsidRDefault="00D45855" w:rsidP="00EE3E7C">
            <w:pPr>
              <w:numPr>
                <w:ilvl w:val="0"/>
                <w:numId w:val="6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Конструиране и технологии</w:t>
            </w:r>
          </w:p>
          <w:p w14:paraId="3A6196E5" w14:textId="77777777" w:rsidR="00D45855" w:rsidRPr="00D45855" w:rsidRDefault="00D45855" w:rsidP="00EE3E7C">
            <w:pPr>
              <w:numPr>
                <w:ilvl w:val="0"/>
                <w:numId w:val="6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</w:tcPr>
          <w:p w14:paraId="4CE6B0D3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1.Изобразително изкуство –</w:t>
            </w:r>
          </w:p>
          <w:p w14:paraId="491A5C21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/Рис./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</w:tcPr>
          <w:p w14:paraId="134D30C9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425F6281" w14:textId="77777777" w:rsidTr="00EE3E7C">
        <w:trPr>
          <w:trHeight w:val="556"/>
          <w:jc w:val="right"/>
        </w:trPr>
        <w:tc>
          <w:tcPr>
            <w:tcW w:w="1511" w:type="dxa"/>
            <w:tcBorders>
              <w:top w:val="single" w:sz="4" w:space="0" w:color="000000"/>
            </w:tcBorders>
          </w:tcPr>
          <w:p w14:paraId="4CFE049B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СЛЕДОБЕД</w:t>
            </w:r>
          </w:p>
        </w:tc>
        <w:tc>
          <w:tcPr>
            <w:tcW w:w="2096" w:type="dxa"/>
            <w:tcBorders>
              <w:top w:val="single" w:sz="4" w:space="0" w:color="000000"/>
              <w:right w:val="single" w:sz="4" w:space="0" w:color="000000"/>
            </w:tcBorders>
          </w:tcPr>
          <w:p w14:paraId="48037FAE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1.Български език и литература -ХЛ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461A17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1.Околен свят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63C311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1.Български език и литература Физическа култура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3F2D6F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1.Математика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</w:tcPr>
          <w:p w14:paraId="11BEAF07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1.Физическа култура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</w:tcPr>
          <w:p w14:paraId="5B4D5FC1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6158052B" w14:textId="77777777" w:rsidTr="0010213E">
        <w:trPr>
          <w:gridAfter w:val="1"/>
          <w:wAfter w:w="236" w:type="dxa"/>
          <w:trHeight w:val="268"/>
          <w:jc w:val="right"/>
        </w:trPr>
        <w:tc>
          <w:tcPr>
            <w:tcW w:w="14963" w:type="dxa"/>
            <w:gridSpan w:val="6"/>
            <w:tcBorders>
              <w:right w:val="nil"/>
            </w:tcBorders>
            <w:shd w:val="clear" w:color="auto" w:fill="D6E3BC" w:themeFill="accent3" w:themeFillTint="66"/>
          </w:tcPr>
          <w:p w14:paraId="6052BE36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 xml:space="preserve">ТРЕТА „А“ ГРУПА – Учители: </w:t>
            </w:r>
            <w:proofErr w:type="spellStart"/>
            <w:r w:rsidRPr="00D45855">
              <w:rPr>
                <w:bCs/>
                <w:szCs w:val="20"/>
                <w:lang w:val="bg-BG"/>
              </w:rPr>
              <w:t>Д.Парушева</w:t>
            </w:r>
            <w:proofErr w:type="spellEnd"/>
            <w:r w:rsidRPr="00D45855">
              <w:rPr>
                <w:bCs/>
                <w:szCs w:val="20"/>
                <w:lang w:val="bg-BG"/>
              </w:rPr>
              <w:t>/</w:t>
            </w:r>
            <w:proofErr w:type="spellStart"/>
            <w:r w:rsidRPr="00D45855">
              <w:rPr>
                <w:bCs/>
                <w:szCs w:val="20"/>
                <w:lang w:val="bg-BG"/>
              </w:rPr>
              <w:t>Д.Хотинова</w:t>
            </w:r>
            <w:proofErr w:type="spellEnd"/>
          </w:p>
        </w:tc>
      </w:tr>
      <w:tr w:rsidR="00D45855" w:rsidRPr="00D45855" w14:paraId="0182E8F5" w14:textId="77777777" w:rsidTr="00EE3E7C">
        <w:trPr>
          <w:trHeight w:val="825"/>
          <w:jc w:val="right"/>
        </w:trPr>
        <w:tc>
          <w:tcPr>
            <w:tcW w:w="1511" w:type="dxa"/>
            <w:tcBorders>
              <w:bottom w:val="single" w:sz="6" w:space="0" w:color="000000"/>
            </w:tcBorders>
          </w:tcPr>
          <w:p w14:paraId="08CB1D83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СУТРИН</w:t>
            </w:r>
          </w:p>
        </w:tc>
        <w:tc>
          <w:tcPr>
            <w:tcW w:w="2096" w:type="dxa"/>
            <w:tcBorders>
              <w:bottom w:val="single" w:sz="4" w:space="0" w:color="000000"/>
              <w:right w:val="single" w:sz="4" w:space="0" w:color="000000"/>
            </w:tcBorders>
          </w:tcPr>
          <w:p w14:paraId="7337EABA" w14:textId="77777777" w:rsidR="00D45855" w:rsidRPr="00D45855" w:rsidRDefault="00D45855" w:rsidP="00EE3E7C">
            <w:pPr>
              <w:numPr>
                <w:ilvl w:val="0"/>
                <w:numId w:val="6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  <w:p w14:paraId="4334CDFE" w14:textId="77777777" w:rsidR="00D45855" w:rsidRPr="00D45855" w:rsidRDefault="00D45855" w:rsidP="00EE3E7C">
            <w:pPr>
              <w:numPr>
                <w:ilvl w:val="0"/>
                <w:numId w:val="6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5CD1" w14:textId="77777777" w:rsidR="00D45855" w:rsidRPr="00D45855" w:rsidRDefault="00D45855" w:rsidP="00EE3E7C">
            <w:pPr>
              <w:numPr>
                <w:ilvl w:val="0"/>
                <w:numId w:val="59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</w:t>
            </w:r>
          </w:p>
          <w:p w14:paraId="3D28AC12" w14:textId="77777777" w:rsidR="00D45855" w:rsidRPr="00D45855" w:rsidRDefault="00D45855" w:rsidP="00EE3E7C">
            <w:pPr>
              <w:numPr>
                <w:ilvl w:val="0"/>
                <w:numId w:val="59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3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08D4" w14:textId="77777777" w:rsidR="00D45855" w:rsidRPr="00D45855" w:rsidRDefault="00D45855" w:rsidP="00EE3E7C">
            <w:pPr>
              <w:numPr>
                <w:ilvl w:val="0"/>
                <w:numId w:val="5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  <w:p w14:paraId="1E858223" w14:textId="77777777" w:rsidR="00D45855" w:rsidRPr="00D45855" w:rsidRDefault="00D45855" w:rsidP="00EE3E7C">
            <w:pPr>
              <w:numPr>
                <w:ilvl w:val="0"/>
                <w:numId w:val="5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</w:t>
            </w:r>
          </w:p>
          <w:p w14:paraId="02DE3962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/Мод./рис./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0EB7" w14:textId="77777777" w:rsidR="00D45855" w:rsidRPr="00D45855" w:rsidRDefault="00D45855" w:rsidP="00EE3E7C">
            <w:pPr>
              <w:numPr>
                <w:ilvl w:val="0"/>
                <w:numId w:val="57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Конструиране и технологии</w:t>
            </w:r>
          </w:p>
          <w:p w14:paraId="5ADD391B" w14:textId="77777777" w:rsidR="00D45855" w:rsidRPr="00D45855" w:rsidRDefault="00D45855" w:rsidP="00EE3E7C">
            <w:pPr>
              <w:numPr>
                <w:ilvl w:val="0"/>
                <w:numId w:val="57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</w:tcPr>
          <w:p w14:paraId="73E49B3F" w14:textId="77777777" w:rsidR="00D45855" w:rsidRPr="00D45855" w:rsidRDefault="00D45855" w:rsidP="00EE3E7C">
            <w:pPr>
              <w:numPr>
                <w:ilvl w:val="0"/>
                <w:numId w:val="56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</w:t>
            </w:r>
          </w:p>
          <w:p w14:paraId="2424A2F2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</w:t>
            </w:r>
            <w:proofErr w:type="spellStart"/>
            <w:r w:rsidRPr="00D45855">
              <w:rPr>
                <w:bCs/>
                <w:szCs w:val="20"/>
                <w:lang w:val="bg-BG"/>
              </w:rPr>
              <w:t>Апл</w:t>
            </w:r>
            <w:proofErr w:type="spellEnd"/>
            <w:r w:rsidRPr="00D45855">
              <w:rPr>
                <w:bCs/>
                <w:szCs w:val="20"/>
                <w:lang w:val="bg-BG"/>
              </w:rPr>
              <w:t>./</w:t>
            </w:r>
          </w:p>
          <w:p w14:paraId="2C8BD67D" w14:textId="77777777" w:rsidR="00D45855" w:rsidRPr="00D45855" w:rsidRDefault="00D45855" w:rsidP="00EE3E7C">
            <w:pPr>
              <w:numPr>
                <w:ilvl w:val="0"/>
                <w:numId w:val="56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36" w:type="dxa"/>
            <w:vMerge w:val="restart"/>
            <w:tcBorders>
              <w:left w:val="nil"/>
              <w:bottom w:val="nil"/>
              <w:right w:val="nil"/>
            </w:tcBorders>
          </w:tcPr>
          <w:p w14:paraId="0BB03236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32D1C691" w14:textId="77777777" w:rsidTr="00EE3E7C">
        <w:trPr>
          <w:trHeight w:val="599"/>
          <w:jc w:val="right"/>
        </w:trPr>
        <w:tc>
          <w:tcPr>
            <w:tcW w:w="1511" w:type="dxa"/>
            <w:tcBorders>
              <w:top w:val="single" w:sz="6" w:space="0" w:color="000000"/>
            </w:tcBorders>
          </w:tcPr>
          <w:p w14:paraId="162FC058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lastRenderedPageBreak/>
              <w:t>СЛЕДОБЕД</w:t>
            </w:r>
          </w:p>
        </w:tc>
        <w:tc>
          <w:tcPr>
            <w:tcW w:w="2096" w:type="dxa"/>
            <w:tcBorders>
              <w:top w:val="single" w:sz="4" w:space="0" w:color="000000"/>
              <w:right w:val="single" w:sz="4" w:space="0" w:color="000000"/>
            </w:tcBorders>
          </w:tcPr>
          <w:p w14:paraId="40F2B26E" w14:textId="77777777" w:rsidR="00D45855" w:rsidRPr="00D45855" w:rsidRDefault="00D45855" w:rsidP="00EE3E7C">
            <w:pPr>
              <w:numPr>
                <w:ilvl w:val="0"/>
                <w:numId w:val="55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 - ХЛ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B40FB9" w14:textId="77777777" w:rsidR="00D45855" w:rsidRPr="00D45855" w:rsidRDefault="00D45855" w:rsidP="00EE3E7C">
            <w:pPr>
              <w:numPr>
                <w:ilvl w:val="0"/>
                <w:numId w:val="5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CC01A0" w14:textId="77777777" w:rsidR="00D45855" w:rsidRPr="00D45855" w:rsidRDefault="00D45855" w:rsidP="00EE3E7C">
            <w:pPr>
              <w:numPr>
                <w:ilvl w:val="0"/>
                <w:numId w:val="5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</w:t>
            </w:r>
          </w:p>
          <w:p w14:paraId="6C6733A9" w14:textId="77777777" w:rsidR="00D45855" w:rsidRPr="00D45855" w:rsidRDefault="00D45855" w:rsidP="00EE3E7C">
            <w:pPr>
              <w:numPr>
                <w:ilvl w:val="0"/>
                <w:numId w:val="5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35C0BF" w14:textId="77777777" w:rsidR="00D45855" w:rsidRPr="00D45855" w:rsidRDefault="00D45855" w:rsidP="00EE3E7C">
            <w:pPr>
              <w:numPr>
                <w:ilvl w:val="0"/>
                <w:numId w:val="52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</w:tcPr>
          <w:p w14:paraId="7F303E05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1.Конструиране и технологии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82F76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6CE65D6C" w14:textId="77777777" w:rsidTr="0010213E">
        <w:trPr>
          <w:trHeight w:val="511"/>
          <w:jc w:val="right"/>
        </w:trPr>
        <w:tc>
          <w:tcPr>
            <w:tcW w:w="12676" w:type="dxa"/>
            <w:gridSpan w:val="5"/>
            <w:shd w:val="clear" w:color="auto" w:fill="D6E3BC" w:themeFill="accent3" w:themeFillTint="66"/>
          </w:tcPr>
          <w:p w14:paraId="34BB7687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Трета «Б» група - Учители:</w:t>
            </w:r>
          </w:p>
          <w:p w14:paraId="16BEE852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proofErr w:type="spellStart"/>
            <w:r w:rsidRPr="00D45855">
              <w:rPr>
                <w:bCs/>
                <w:szCs w:val="20"/>
                <w:lang w:val="bg-BG"/>
              </w:rPr>
              <w:t>Й.Димитрова</w:t>
            </w:r>
            <w:proofErr w:type="spellEnd"/>
            <w:r w:rsidRPr="00D45855">
              <w:rPr>
                <w:bCs/>
                <w:szCs w:val="20"/>
                <w:lang w:val="bg-BG"/>
              </w:rPr>
              <w:t xml:space="preserve"> /</w:t>
            </w:r>
            <w:proofErr w:type="spellStart"/>
            <w:r w:rsidRPr="00D45855">
              <w:rPr>
                <w:bCs/>
                <w:szCs w:val="20"/>
                <w:lang w:val="bg-BG"/>
              </w:rPr>
              <w:t>К.Тодорова</w:t>
            </w:r>
            <w:proofErr w:type="spellEnd"/>
          </w:p>
        </w:tc>
        <w:tc>
          <w:tcPr>
            <w:tcW w:w="2287" w:type="dxa"/>
            <w:tcBorders>
              <w:right w:val="nil"/>
            </w:tcBorders>
            <w:shd w:val="clear" w:color="auto" w:fill="D6E3BC" w:themeFill="accent3" w:themeFillTint="66"/>
          </w:tcPr>
          <w:p w14:paraId="34E34C02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</w:tcPr>
          <w:p w14:paraId="0EE7C7BD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799F20D9" w14:textId="77777777" w:rsidTr="00EE3E7C">
        <w:trPr>
          <w:trHeight w:val="829"/>
          <w:jc w:val="right"/>
        </w:trPr>
        <w:tc>
          <w:tcPr>
            <w:tcW w:w="1511" w:type="dxa"/>
            <w:tcBorders>
              <w:bottom w:val="single" w:sz="4" w:space="0" w:color="000000"/>
            </w:tcBorders>
          </w:tcPr>
          <w:p w14:paraId="5C9AE82D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СУТРИН</w:t>
            </w:r>
          </w:p>
        </w:tc>
        <w:tc>
          <w:tcPr>
            <w:tcW w:w="2096" w:type="dxa"/>
            <w:tcBorders>
              <w:bottom w:val="single" w:sz="6" w:space="0" w:color="000000"/>
              <w:right w:val="single" w:sz="4" w:space="0" w:color="000000"/>
            </w:tcBorders>
          </w:tcPr>
          <w:p w14:paraId="3DC9EE93" w14:textId="77777777" w:rsidR="00D45855" w:rsidRPr="00D45855" w:rsidRDefault="00D45855" w:rsidP="00EE3E7C">
            <w:pPr>
              <w:numPr>
                <w:ilvl w:val="0"/>
                <w:numId w:val="5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  <w:p w14:paraId="06D24A48" w14:textId="77777777" w:rsidR="00D45855" w:rsidRPr="00D45855" w:rsidRDefault="00D45855" w:rsidP="00EE3E7C">
            <w:pPr>
              <w:numPr>
                <w:ilvl w:val="0"/>
                <w:numId w:val="5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786D91" w14:textId="77777777" w:rsidR="00D45855" w:rsidRPr="00D45855" w:rsidRDefault="00D45855" w:rsidP="00EE3E7C">
            <w:pPr>
              <w:numPr>
                <w:ilvl w:val="0"/>
                <w:numId w:val="5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</w:t>
            </w:r>
          </w:p>
          <w:p w14:paraId="43104378" w14:textId="77777777" w:rsidR="00D45855" w:rsidRPr="00D45855" w:rsidRDefault="00D45855" w:rsidP="00EE3E7C">
            <w:pPr>
              <w:numPr>
                <w:ilvl w:val="0"/>
                <w:numId w:val="5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354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F92CBB" w14:textId="77777777" w:rsidR="00D45855" w:rsidRPr="00D45855" w:rsidRDefault="00D45855" w:rsidP="00EE3E7C">
            <w:pPr>
              <w:numPr>
                <w:ilvl w:val="0"/>
                <w:numId w:val="49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  <w:p w14:paraId="2F35EF7B" w14:textId="77777777" w:rsidR="00D45855" w:rsidRPr="00D45855" w:rsidRDefault="00D45855" w:rsidP="00EE3E7C">
            <w:pPr>
              <w:numPr>
                <w:ilvl w:val="0"/>
                <w:numId w:val="49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</w:t>
            </w:r>
          </w:p>
          <w:p w14:paraId="43310A97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/Мод./рис./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6" w:space="0" w:color="000000"/>
            </w:tcBorders>
          </w:tcPr>
          <w:p w14:paraId="4B701294" w14:textId="77777777" w:rsidR="00D45855" w:rsidRPr="00D45855" w:rsidRDefault="00D45855" w:rsidP="00EE3E7C">
            <w:pPr>
              <w:numPr>
                <w:ilvl w:val="0"/>
                <w:numId w:val="4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Конструиране и технологии</w:t>
            </w:r>
          </w:p>
          <w:p w14:paraId="25859BCC" w14:textId="77777777" w:rsidR="00D45855" w:rsidRPr="00D45855" w:rsidRDefault="00D45855" w:rsidP="00EE3E7C">
            <w:pPr>
              <w:numPr>
                <w:ilvl w:val="0"/>
                <w:numId w:val="4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2287" w:type="dxa"/>
            <w:tcBorders>
              <w:bottom w:val="single" w:sz="6" w:space="0" w:color="000000"/>
              <w:right w:val="single" w:sz="4" w:space="0" w:color="000000"/>
            </w:tcBorders>
          </w:tcPr>
          <w:p w14:paraId="11B6A765" w14:textId="77777777" w:rsidR="00D45855" w:rsidRPr="00D45855" w:rsidRDefault="00D45855" w:rsidP="00EE3E7C">
            <w:pPr>
              <w:numPr>
                <w:ilvl w:val="0"/>
                <w:numId w:val="47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</w:t>
            </w:r>
          </w:p>
          <w:p w14:paraId="27408FB4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</w:t>
            </w:r>
            <w:proofErr w:type="spellStart"/>
            <w:r w:rsidRPr="00D45855">
              <w:rPr>
                <w:bCs/>
                <w:szCs w:val="20"/>
                <w:lang w:val="bg-BG"/>
              </w:rPr>
              <w:t>Апл</w:t>
            </w:r>
            <w:proofErr w:type="spellEnd"/>
            <w:r w:rsidRPr="00D45855">
              <w:rPr>
                <w:bCs/>
                <w:szCs w:val="20"/>
                <w:lang w:val="bg-BG"/>
              </w:rPr>
              <w:t>./</w:t>
            </w:r>
          </w:p>
          <w:p w14:paraId="72D5C733" w14:textId="77777777" w:rsidR="00D45855" w:rsidRPr="00D45855" w:rsidRDefault="00D45855" w:rsidP="00EE3E7C">
            <w:pPr>
              <w:numPr>
                <w:ilvl w:val="0"/>
                <w:numId w:val="47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47F56D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503B1C37" w14:textId="77777777" w:rsidTr="00EE3E7C">
        <w:trPr>
          <w:trHeight w:val="553"/>
          <w:jc w:val="right"/>
        </w:trPr>
        <w:tc>
          <w:tcPr>
            <w:tcW w:w="1511" w:type="dxa"/>
            <w:tcBorders>
              <w:top w:val="single" w:sz="4" w:space="0" w:color="000000"/>
            </w:tcBorders>
          </w:tcPr>
          <w:p w14:paraId="68BC2542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СЛЕДОБЕД</w:t>
            </w:r>
          </w:p>
        </w:tc>
        <w:tc>
          <w:tcPr>
            <w:tcW w:w="2096" w:type="dxa"/>
            <w:tcBorders>
              <w:top w:val="single" w:sz="6" w:space="0" w:color="000000"/>
              <w:right w:val="single" w:sz="4" w:space="0" w:color="000000"/>
            </w:tcBorders>
          </w:tcPr>
          <w:p w14:paraId="14EE3BB5" w14:textId="77777777" w:rsidR="00D45855" w:rsidRPr="00D45855" w:rsidRDefault="00D45855" w:rsidP="00EE3E7C">
            <w:pPr>
              <w:numPr>
                <w:ilvl w:val="0"/>
                <w:numId w:val="46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 - ХЛ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1275435B" w14:textId="77777777" w:rsidR="00D45855" w:rsidRPr="00D45855" w:rsidRDefault="00D45855" w:rsidP="00EE3E7C">
            <w:pPr>
              <w:numPr>
                <w:ilvl w:val="0"/>
                <w:numId w:val="45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37A5C12B" w14:textId="77777777" w:rsidR="00D45855" w:rsidRPr="00D45855" w:rsidRDefault="00D45855" w:rsidP="00EE3E7C">
            <w:pPr>
              <w:numPr>
                <w:ilvl w:val="0"/>
                <w:numId w:val="4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</w:t>
            </w:r>
          </w:p>
          <w:p w14:paraId="6CF0508E" w14:textId="77777777" w:rsidR="00D45855" w:rsidRPr="00D45855" w:rsidRDefault="00D45855" w:rsidP="00EE3E7C">
            <w:pPr>
              <w:numPr>
                <w:ilvl w:val="0"/>
                <w:numId w:val="4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4" w:space="0" w:color="000000"/>
            </w:tcBorders>
          </w:tcPr>
          <w:p w14:paraId="5A4F51CB" w14:textId="77777777" w:rsidR="00D45855" w:rsidRPr="00D45855" w:rsidRDefault="00D45855" w:rsidP="00EE3E7C">
            <w:pPr>
              <w:numPr>
                <w:ilvl w:val="0"/>
                <w:numId w:val="4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</w:tc>
        <w:tc>
          <w:tcPr>
            <w:tcW w:w="2287" w:type="dxa"/>
            <w:tcBorders>
              <w:top w:val="single" w:sz="6" w:space="0" w:color="000000"/>
              <w:right w:val="single" w:sz="4" w:space="0" w:color="000000"/>
            </w:tcBorders>
          </w:tcPr>
          <w:p w14:paraId="3001BC7A" w14:textId="77777777" w:rsidR="00D45855" w:rsidRPr="00D45855" w:rsidRDefault="00D45855" w:rsidP="00EE3E7C">
            <w:pPr>
              <w:numPr>
                <w:ilvl w:val="0"/>
                <w:numId w:val="42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Конструиране и технологии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A86518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5AC2F185" w14:textId="77777777" w:rsidTr="0010213E">
        <w:trPr>
          <w:trHeight w:val="313"/>
          <w:jc w:val="right"/>
        </w:trPr>
        <w:tc>
          <w:tcPr>
            <w:tcW w:w="14963" w:type="dxa"/>
            <w:gridSpan w:val="6"/>
            <w:shd w:val="clear" w:color="auto" w:fill="D6E3BC" w:themeFill="accent3" w:themeFillTint="66"/>
          </w:tcPr>
          <w:p w14:paraId="06B6434C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 xml:space="preserve">ЧЕТВЪРТА ГРУПА - учители: </w:t>
            </w:r>
            <w:proofErr w:type="spellStart"/>
            <w:r w:rsidRPr="00D45855">
              <w:rPr>
                <w:bCs/>
                <w:szCs w:val="20"/>
                <w:lang w:val="bg-BG"/>
              </w:rPr>
              <w:t>Д.Апостолова</w:t>
            </w:r>
            <w:proofErr w:type="spellEnd"/>
            <w:r w:rsidRPr="00D45855">
              <w:rPr>
                <w:bCs/>
                <w:szCs w:val="20"/>
                <w:lang w:val="bg-BG"/>
              </w:rPr>
              <w:t xml:space="preserve"> /</w:t>
            </w:r>
            <w:proofErr w:type="spellStart"/>
            <w:r w:rsidRPr="00D45855">
              <w:rPr>
                <w:bCs/>
                <w:szCs w:val="20"/>
                <w:lang w:val="bg-BG"/>
              </w:rPr>
              <w:t>М.Емурлова</w:t>
            </w:r>
            <w:proofErr w:type="spellEnd"/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</w:tcPr>
          <w:p w14:paraId="194081DE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7BE47334" w14:textId="77777777" w:rsidTr="00EE3E7C">
        <w:trPr>
          <w:trHeight w:val="1031"/>
          <w:jc w:val="right"/>
        </w:trPr>
        <w:tc>
          <w:tcPr>
            <w:tcW w:w="1511" w:type="dxa"/>
            <w:tcBorders>
              <w:bottom w:val="single" w:sz="4" w:space="0" w:color="000000"/>
            </w:tcBorders>
          </w:tcPr>
          <w:p w14:paraId="03B86D49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  <w:p w14:paraId="5545478F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СУТРИН</w:t>
            </w:r>
          </w:p>
        </w:tc>
        <w:tc>
          <w:tcPr>
            <w:tcW w:w="2096" w:type="dxa"/>
            <w:tcBorders>
              <w:bottom w:val="single" w:sz="4" w:space="0" w:color="000000"/>
              <w:right w:val="single" w:sz="4" w:space="0" w:color="000000"/>
            </w:tcBorders>
          </w:tcPr>
          <w:p w14:paraId="5DD72212" w14:textId="77777777" w:rsidR="00D45855" w:rsidRPr="00D45855" w:rsidRDefault="00D45855" w:rsidP="00EE3E7C">
            <w:pPr>
              <w:numPr>
                <w:ilvl w:val="0"/>
                <w:numId w:val="4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  <w:p w14:paraId="214306AD" w14:textId="77777777" w:rsidR="00D45855" w:rsidRPr="00D45855" w:rsidRDefault="00D45855" w:rsidP="00EE3E7C">
            <w:pPr>
              <w:numPr>
                <w:ilvl w:val="0"/>
                <w:numId w:val="4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  <w:p w14:paraId="2363D12C" w14:textId="77777777" w:rsidR="00D45855" w:rsidRPr="00D45855" w:rsidRDefault="00D45855" w:rsidP="00EE3E7C">
            <w:pPr>
              <w:numPr>
                <w:ilvl w:val="0"/>
                <w:numId w:val="41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52E9" w14:textId="77777777" w:rsidR="00D45855" w:rsidRPr="00D45855" w:rsidRDefault="00D45855" w:rsidP="00EE3E7C">
            <w:pPr>
              <w:numPr>
                <w:ilvl w:val="0"/>
                <w:numId w:val="4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</w:t>
            </w:r>
          </w:p>
          <w:p w14:paraId="3BE58AE3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литература</w:t>
            </w:r>
          </w:p>
          <w:p w14:paraId="700E02EC" w14:textId="77777777" w:rsidR="00D45855" w:rsidRPr="00D45855" w:rsidRDefault="00D45855" w:rsidP="00EE3E7C">
            <w:pPr>
              <w:numPr>
                <w:ilvl w:val="0"/>
                <w:numId w:val="40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3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1D7B" w14:textId="77777777" w:rsidR="00D45855" w:rsidRPr="00D45855" w:rsidRDefault="00D45855" w:rsidP="00EE3E7C">
            <w:pPr>
              <w:numPr>
                <w:ilvl w:val="0"/>
                <w:numId w:val="39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  <w:p w14:paraId="7ADEDA5C" w14:textId="77777777" w:rsidR="00D45855" w:rsidRPr="00D45855" w:rsidRDefault="00D45855" w:rsidP="00EE3E7C">
            <w:pPr>
              <w:numPr>
                <w:ilvl w:val="0"/>
                <w:numId w:val="39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</w:t>
            </w:r>
          </w:p>
          <w:p w14:paraId="526C0417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/Мод./рис./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CC30" w14:textId="77777777" w:rsidR="00D45855" w:rsidRPr="00D45855" w:rsidRDefault="00D45855" w:rsidP="00EE3E7C">
            <w:pPr>
              <w:numPr>
                <w:ilvl w:val="0"/>
                <w:numId w:val="3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л-ра</w:t>
            </w:r>
          </w:p>
          <w:p w14:paraId="4ED6FB25" w14:textId="77777777" w:rsidR="00D45855" w:rsidRPr="00D45855" w:rsidRDefault="00D45855" w:rsidP="00EE3E7C">
            <w:pPr>
              <w:numPr>
                <w:ilvl w:val="0"/>
                <w:numId w:val="3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Конструиране и технологии</w:t>
            </w:r>
          </w:p>
          <w:p w14:paraId="286D8CA4" w14:textId="77777777" w:rsidR="00D45855" w:rsidRPr="00D45855" w:rsidRDefault="00D45855" w:rsidP="00EE3E7C">
            <w:pPr>
              <w:numPr>
                <w:ilvl w:val="0"/>
                <w:numId w:val="38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Музика</w:t>
            </w:r>
          </w:p>
        </w:tc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</w:tcPr>
          <w:p w14:paraId="0DB92D06" w14:textId="77777777" w:rsidR="00D45855" w:rsidRPr="00D45855" w:rsidRDefault="00D45855" w:rsidP="00EE3E7C">
            <w:pPr>
              <w:numPr>
                <w:ilvl w:val="0"/>
                <w:numId w:val="37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  <w:p w14:paraId="1400F08F" w14:textId="77777777" w:rsidR="00D45855" w:rsidRPr="00D45855" w:rsidRDefault="00D45855" w:rsidP="00EE3E7C">
            <w:pPr>
              <w:numPr>
                <w:ilvl w:val="0"/>
                <w:numId w:val="37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Изобразително изкуство</w:t>
            </w:r>
          </w:p>
          <w:p w14:paraId="03196C54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/</w:t>
            </w:r>
            <w:proofErr w:type="spellStart"/>
            <w:r w:rsidRPr="00D45855">
              <w:rPr>
                <w:bCs/>
                <w:szCs w:val="20"/>
                <w:lang w:val="bg-BG"/>
              </w:rPr>
              <w:t>Апл</w:t>
            </w:r>
            <w:proofErr w:type="spellEnd"/>
            <w:r w:rsidRPr="00D45855">
              <w:rPr>
                <w:bCs/>
                <w:szCs w:val="20"/>
                <w:lang w:val="bg-BG"/>
              </w:rPr>
              <w:t>./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5D85D8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0D5CF573" w14:textId="77777777" w:rsidTr="00EE3E7C">
        <w:trPr>
          <w:trHeight w:val="844"/>
          <w:jc w:val="right"/>
        </w:trPr>
        <w:tc>
          <w:tcPr>
            <w:tcW w:w="1511" w:type="dxa"/>
            <w:tcBorders>
              <w:top w:val="single" w:sz="4" w:space="0" w:color="000000"/>
            </w:tcBorders>
          </w:tcPr>
          <w:p w14:paraId="06248A86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СЛЕДОБЕД</w:t>
            </w:r>
          </w:p>
        </w:tc>
        <w:tc>
          <w:tcPr>
            <w:tcW w:w="2096" w:type="dxa"/>
            <w:tcBorders>
              <w:top w:val="single" w:sz="4" w:space="0" w:color="000000"/>
              <w:right w:val="single" w:sz="4" w:space="0" w:color="000000"/>
            </w:tcBorders>
          </w:tcPr>
          <w:p w14:paraId="42E2E80F" w14:textId="77777777" w:rsidR="00D45855" w:rsidRPr="00D45855" w:rsidRDefault="00D45855" w:rsidP="00EE3E7C">
            <w:pPr>
              <w:numPr>
                <w:ilvl w:val="0"/>
                <w:numId w:val="36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 - ХЛ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ED55D4" w14:textId="77777777" w:rsidR="00D45855" w:rsidRPr="00D45855" w:rsidRDefault="00D45855" w:rsidP="00EE3E7C">
            <w:pPr>
              <w:numPr>
                <w:ilvl w:val="0"/>
                <w:numId w:val="35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Околен свят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025957" w14:textId="77777777" w:rsidR="00D45855" w:rsidRPr="00D45855" w:rsidRDefault="00D45855" w:rsidP="00EE3E7C">
            <w:pPr>
              <w:numPr>
                <w:ilvl w:val="0"/>
                <w:numId w:val="3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Български език и литература</w:t>
            </w:r>
          </w:p>
          <w:p w14:paraId="6E2A48B4" w14:textId="77777777" w:rsidR="00D45855" w:rsidRPr="00D45855" w:rsidRDefault="00D45855" w:rsidP="00EE3E7C">
            <w:pPr>
              <w:numPr>
                <w:ilvl w:val="0"/>
                <w:numId w:val="34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340305" w14:textId="77777777" w:rsidR="00D45855" w:rsidRPr="00D45855" w:rsidRDefault="00D45855" w:rsidP="00EE3E7C">
            <w:pPr>
              <w:numPr>
                <w:ilvl w:val="0"/>
                <w:numId w:val="3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Математика</w:t>
            </w:r>
          </w:p>
          <w:p w14:paraId="5164CABB" w14:textId="77777777" w:rsidR="00D45855" w:rsidRPr="00D45855" w:rsidRDefault="00D45855" w:rsidP="00EE3E7C">
            <w:pPr>
              <w:numPr>
                <w:ilvl w:val="0"/>
                <w:numId w:val="33"/>
              </w:num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Физическа култура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</w:tcPr>
          <w:p w14:paraId="22C241B3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1. Конструиране и технологии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5F3ABC" w14:textId="77777777" w:rsidR="00D45855" w:rsidRPr="00D45855" w:rsidRDefault="00D45855" w:rsidP="00EE3E7C">
            <w:pPr>
              <w:spacing w:after="0"/>
              <w:jc w:val="center"/>
              <w:rPr>
                <w:bCs/>
                <w:szCs w:val="20"/>
                <w:lang w:val="bg-BG"/>
              </w:rPr>
            </w:pPr>
          </w:p>
        </w:tc>
      </w:tr>
    </w:tbl>
    <w:p w14:paraId="4240E444" w14:textId="77777777" w:rsidR="00D45855" w:rsidRPr="00D45855" w:rsidRDefault="00D45855" w:rsidP="00EE3E7C">
      <w:pPr>
        <w:spacing w:after="0"/>
        <w:jc w:val="center"/>
        <w:rPr>
          <w:b/>
          <w:szCs w:val="20"/>
        </w:rPr>
        <w:sectPr w:rsidR="00D45855" w:rsidRPr="00D45855" w:rsidSect="00D45855">
          <w:pgSz w:w="16840" w:h="11910" w:orient="landscape"/>
          <w:pgMar w:top="360" w:right="0" w:bottom="0" w:left="425" w:header="708" w:footer="708" w:gutter="0"/>
          <w:cols w:space="708"/>
        </w:sectPr>
      </w:pPr>
    </w:p>
    <w:p w14:paraId="009FDE47" w14:textId="77777777" w:rsidR="00EE3E7C" w:rsidRDefault="00D45855" w:rsidP="0010213E">
      <w:pPr>
        <w:tabs>
          <w:tab w:val="left" w:pos="1620"/>
        </w:tabs>
        <w:jc w:val="center"/>
        <w:rPr>
          <w:b/>
          <w:szCs w:val="20"/>
        </w:rPr>
      </w:pPr>
      <w:r w:rsidRPr="00D45855">
        <w:rPr>
          <w:b/>
          <w:szCs w:val="20"/>
          <w:lang w:val="bg-BG"/>
        </w:rPr>
        <w:lastRenderedPageBreak/>
        <w:t>СЕДМИЧНО РАЗПРЕДЕЛЕНИЕ НА ОСНОВНИТЕ ФОРМИ НА ПЕДАГОГИЧЕСКО ВЗАИМОДЕЙСТВИЕ –</w:t>
      </w:r>
    </w:p>
    <w:p w14:paraId="27724ECF" w14:textId="726643EE" w:rsidR="00D45855" w:rsidRPr="00D45855" w:rsidRDefault="00D45855" w:rsidP="0010213E">
      <w:pPr>
        <w:tabs>
          <w:tab w:val="left" w:pos="1620"/>
        </w:tabs>
        <w:jc w:val="center"/>
        <w:rPr>
          <w:b/>
          <w:szCs w:val="20"/>
        </w:rPr>
      </w:pPr>
      <w:r w:rsidRPr="00D45855">
        <w:rPr>
          <w:b/>
          <w:szCs w:val="20"/>
          <w:lang w:val="bg-BG"/>
        </w:rPr>
        <w:t>ОФПВ ЗА 2026- 2027 УЧЕБНА ГОДИНА</w:t>
      </w:r>
    </w:p>
    <w:tbl>
      <w:tblPr>
        <w:tblW w:w="14621" w:type="dxa"/>
        <w:tblInd w:w="8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2268"/>
        <w:gridCol w:w="2693"/>
        <w:gridCol w:w="2508"/>
        <w:gridCol w:w="2835"/>
        <w:gridCol w:w="2977"/>
      </w:tblGrid>
      <w:tr w:rsidR="00D45855" w:rsidRPr="00D45855" w14:paraId="78D11CC3" w14:textId="77777777" w:rsidTr="00EE3E7C">
        <w:trPr>
          <w:trHeight w:val="368"/>
        </w:trPr>
        <w:tc>
          <w:tcPr>
            <w:tcW w:w="1340" w:type="dxa"/>
          </w:tcPr>
          <w:p w14:paraId="6746192A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Филиали</w:t>
            </w:r>
          </w:p>
        </w:tc>
        <w:tc>
          <w:tcPr>
            <w:tcW w:w="2268" w:type="dxa"/>
          </w:tcPr>
          <w:p w14:paraId="0740426B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понеделник</w:t>
            </w:r>
          </w:p>
        </w:tc>
        <w:tc>
          <w:tcPr>
            <w:tcW w:w="2693" w:type="dxa"/>
          </w:tcPr>
          <w:p w14:paraId="4740B466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вторник</w:t>
            </w:r>
          </w:p>
        </w:tc>
        <w:tc>
          <w:tcPr>
            <w:tcW w:w="2508" w:type="dxa"/>
          </w:tcPr>
          <w:p w14:paraId="1855895E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сряда</w:t>
            </w:r>
          </w:p>
        </w:tc>
        <w:tc>
          <w:tcPr>
            <w:tcW w:w="2835" w:type="dxa"/>
          </w:tcPr>
          <w:p w14:paraId="2483AC99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четвъртък</w:t>
            </w:r>
          </w:p>
        </w:tc>
        <w:tc>
          <w:tcPr>
            <w:tcW w:w="2977" w:type="dxa"/>
          </w:tcPr>
          <w:p w14:paraId="6A812E10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петък</w:t>
            </w:r>
          </w:p>
        </w:tc>
      </w:tr>
      <w:tr w:rsidR="00D45855" w:rsidRPr="00D45855" w14:paraId="5D6EA2EB" w14:textId="77777777" w:rsidTr="0010213E">
        <w:trPr>
          <w:trHeight w:val="347"/>
        </w:trPr>
        <w:tc>
          <w:tcPr>
            <w:tcW w:w="14621" w:type="dxa"/>
            <w:gridSpan w:val="6"/>
            <w:shd w:val="clear" w:color="auto" w:fill="D6E3BC" w:themeFill="accent3" w:themeFillTint="66"/>
          </w:tcPr>
          <w:p w14:paraId="094955D6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ФИЛИАЛ БЛ.27</w:t>
            </w:r>
            <w:r w:rsidRPr="00D45855">
              <w:rPr>
                <w:bCs/>
                <w:i/>
                <w:szCs w:val="20"/>
                <w:lang w:val="bg-BG"/>
              </w:rPr>
              <w:tab/>
              <w:t xml:space="preserve">Втора „Б" ГРУПА </w:t>
            </w:r>
            <w:r w:rsidRPr="00D45855">
              <w:rPr>
                <w:bCs/>
                <w:szCs w:val="20"/>
                <w:lang w:val="bg-BG"/>
              </w:rPr>
              <w:t>- учители: Г. Йорданова- / Ил. Илиева</w:t>
            </w:r>
          </w:p>
        </w:tc>
      </w:tr>
      <w:tr w:rsidR="00D45855" w:rsidRPr="00D45855" w14:paraId="1A09B031" w14:textId="77777777" w:rsidTr="00EE3E7C">
        <w:trPr>
          <w:trHeight w:val="854"/>
        </w:trPr>
        <w:tc>
          <w:tcPr>
            <w:tcW w:w="1340" w:type="dxa"/>
            <w:tcBorders>
              <w:bottom w:val="single" w:sz="4" w:space="0" w:color="000000"/>
            </w:tcBorders>
          </w:tcPr>
          <w:p w14:paraId="786D09B4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СУТРИН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0A1A33A8" w14:textId="77777777" w:rsidR="00D45855" w:rsidRPr="00D45855" w:rsidRDefault="00D45855" w:rsidP="00D45855">
            <w:pPr>
              <w:numPr>
                <w:ilvl w:val="0"/>
                <w:numId w:val="32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Околен свят</w:t>
            </w:r>
          </w:p>
          <w:p w14:paraId="2A3C71D9" w14:textId="77777777" w:rsidR="00D45855" w:rsidRPr="00D45855" w:rsidRDefault="00D45855" w:rsidP="00D45855">
            <w:pPr>
              <w:numPr>
                <w:ilvl w:val="0"/>
                <w:numId w:val="32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Физическа култура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660D" w14:textId="77777777" w:rsidR="00D45855" w:rsidRPr="00D45855" w:rsidRDefault="00D45855" w:rsidP="00D45855">
            <w:pPr>
              <w:numPr>
                <w:ilvl w:val="0"/>
                <w:numId w:val="31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Български език и литература</w:t>
            </w:r>
          </w:p>
          <w:p w14:paraId="4D9FE0DB" w14:textId="77777777" w:rsidR="00D45855" w:rsidRPr="00D45855" w:rsidRDefault="00D45855" w:rsidP="00D45855">
            <w:pPr>
              <w:numPr>
                <w:ilvl w:val="0"/>
                <w:numId w:val="31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Музика</w:t>
            </w:r>
          </w:p>
        </w:tc>
        <w:tc>
          <w:tcPr>
            <w:tcW w:w="2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0D33" w14:textId="77777777" w:rsidR="00D45855" w:rsidRPr="00D45855" w:rsidRDefault="00D45855" w:rsidP="00D45855">
            <w:pPr>
              <w:numPr>
                <w:ilvl w:val="0"/>
                <w:numId w:val="30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Математика</w:t>
            </w:r>
          </w:p>
          <w:p w14:paraId="5D41169F" w14:textId="77777777" w:rsidR="00D45855" w:rsidRPr="00D45855" w:rsidRDefault="00D45855" w:rsidP="00D45855">
            <w:pPr>
              <w:numPr>
                <w:ilvl w:val="0"/>
                <w:numId w:val="30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Изобразително изкуство –</w:t>
            </w:r>
          </w:p>
          <w:p w14:paraId="250DBB56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/</w:t>
            </w:r>
            <w:r w:rsidRPr="00D45855">
              <w:rPr>
                <w:bCs/>
                <w:szCs w:val="20"/>
                <w:lang w:val="bg-BG"/>
              </w:rPr>
              <w:t>Мод. /</w:t>
            </w:r>
            <w:proofErr w:type="spellStart"/>
            <w:r w:rsidRPr="00D45855">
              <w:rPr>
                <w:bCs/>
                <w:szCs w:val="20"/>
                <w:lang w:val="bg-BG"/>
              </w:rPr>
              <w:t>апл</w:t>
            </w:r>
            <w:proofErr w:type="spellEnd"/>
            <w:r w:rsidRPr="00D45855">
              <w:rPr>
                <w:bCs/>
                <w:szCs w:val="20"/>
                <w:lang w:val="bg-BG"/>
              </w:rPr>
              <w:t>./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A976" w14:textId="77777777" w:rsidR="00D45855" w:rsidRPr="00D45855" w:rsidRDefault="00D45855" w:rsidP="00D45855">
            <w:pPr>
              <w:numPr>
                <w:ilvl w:val="0"/>
                <w:numId w:val="29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Конструиране и технологии 2.Музика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04E9D7D5" w14:textId="77777777" w:rsidR="00D45855" w:rsidRPr="00D45855" w:rsidRDefault="00D45855" w:rsidP="00D45855">
            <w:pPr>
              <w:numPr>
                <w:ilvl w:val="0"/>
                <w:numId w:val="28"/>
              </w:num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Изобразително изкуство – /</w:t>
            </w:r>
            <w:r w:rsidRPr="00D45855">
              <w:rPr>
                <w:bCs/>
                <w:szCs w:val="20"/>
                <w:lang w:val="bg-BG"/>
              </w:rPr>
              <w:t>Рис./</w:t>
            </w:r>
          </w:p>
        </w:tc>
      </w:tr>
      <w:tr w:rsidR="00D45855" w:rsidRPr="00D45855" w14:paraId="234CCD51" w14:textId="77777777" w:rsidTr="00EE3E7C">
        <w:trPr>
          <w:trHeight w:val="505"/>
        </w:trPr>
        <w:tc>
          <w:tcPr>
            <w:tcW w:w="1340" w:type="dxa"/>
            <w:tcBorders>
              <w:top w:val="single" w:sz="4" w:space="0" w:color="000000"/>
            </w:tcBorders>
          </w:tcPr>
          <w:p w14:paraId="00B908EB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СЛЕДОБЕД</w:t>
            </w: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</w:tcPr>
          <w:p w14:paraId="5597CCED" w14:textId="77777777" w:rsidR="00D45855" w:rsidRPr="00D45855" w:rsidRDefault="00D45855" w:rsidP="00D45855">
            <w:pPr>
              <w:numPr>
                <w:ilvl w:val="0"/>
                <w:numId w:val="27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Български език и литература -ХЛ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9D8AB9" w14:textId="77777777" w:rsidR="00D45855" w:rsidRPr="00D45855" w:rsidRDefault="00D45855" w:rsidP="00D45855">
            <w:pPr>
              <w:numPr>
                <w:ilvl w:val="0"/>
                <w:numId w:val="26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Околен свят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FAC5B" w14:textId="77777777" w:rsidR="00D45855" w:rsidRPr="00D45855" w:rsidRDefault="00D45855" w:rsidP="00D45855">
            <w:pPr>
              <w:numPr>
                <w:ilvl w:val="0"/>
                <w:numId w:val="25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Физическа култура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E3EE09" w14:textId="77777777" w:rsidR="00D45855" w:rsidRPr="00D45855" w:rsidRDefault="00D45855" w:rsidP="00D45855">
            <w:pPr>
              <w:numPr>
                <w:ilvl w:val="0"/>
                <w:numId w:val="24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Математика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</w:tcPr>
          <w:p w14:paraId="132F93FB" w14:textId="77777777" w:rsidR="00D45855" w:rsidRPr="00D45855" w:rsidRDefault="00D45855" w:rsidP="00D45855">
            <w:pPr>
              <w:numPr>
                <w:ilvl w:val="0"/>
                <w:numId w:val="23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Физическа култура/ПИ</w:t>
            </w:r>
          </w:p>
        </w:tc>
      </w:tr>
      <w:tr w:rsidR="00D45855" w:rsidRPr="00D45855" w14:paraId="3AD4E23E" w14:textId="77777777" w:rsidTr="0010213E">
        <w:trPr>
          <w:trHeight w:val="505"/>
        </w:trPr>
        <w:tc>
          <w:tcPr>
            <w:tcW w:w="1340" w:type="dxa"/>
            <w:tcBorders>
              <w:right w:val="nil"/>
            </w:tcBorders>
            <w:shd w:val="clear" w:color="auto" w:fill="D6E3BC" w:themeFill="accent3" w:themeFillTint="66"/>
          </w:tcPr>
          <w:p w14:paraId="546D5AB1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ФИЛИАЛ БЛ. 28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023D0FF9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7B9A647F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Втора "В" ГРУПА -</w:t>
            </w:r>
          </w:p>
        </w:tc>
        <w:tc>
          <w:tcPr>
            <w:tcW w:w="2508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6D0E604F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Учители: Хр. Василева /Ива Фотева</w:t>
            </w: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D6E3BC" w:themeFill="accent3" w:themeFillTint="66"/>
          </w:tcPr>
          <w:p w14:paraId="5B91B780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</w:p>
        </w:tc>
        <w:tc>
          <w:tcPr>
            <w:tcW w:w="2977" w:type="dxa"/>
            <w:tcBorders>
              <w:left w:val="nil"/>
            </w:tcBorders>
            <w:shd w:val="clear" w:color="auto" w:fill="D6E3BC" w:themeFill="accent3" w:themeFillTint="66"/>
          </w:tcPr>
          <w:p w14:paraId="00398CA2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</w:p>
        </w:tc>
      </w:tr>
      <w:tr w:rsidR="00D45855" w:rsidRPr="00D45855" w14:paraId="6C25F7F9" w14:textId="77777777" w:rsidTr="00EE3E7C">
        <w:trPr>
          <w:trHeight w:val="870"/>
        </w:trPr>
        <w:tc>
          <w:tcPr>
            <w:tcW w:w="1340" w:type="dxa"/>
            <w:tcBorders>
              <w:bottom w:val="single" w:sz="4" w:space="0" w:color="000000"/>
            </w:tcBorders>
          </w:tcPr>
          <w:p w14:paraId="13F831A1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СУТРИН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14:paraId="3394ABD4" w14:textId="77777777" w:rsidR="00D45855" w:rsidRPr="00D45855" w:rsidRDefault="00D45855" w:rsidP="00D45855">
            <w:pPr>
              <w:numPr>
                <w:ilvl w:val="0"/>
                <w:numId w:val="22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Околен свят</w:t>
            </w:r>
          </w:p>
          <w:p w14:paraId="6990C2A6" w14:textId="77777777" w:rsidR="00D45855" w:rsidRPr="00D45855" w:rsidRDefault="00D45855" w:rsidP="00D45855">
            <w:pPr>
              <w:numPr>
                <w:ilvl w:val="0"/>
                <w:numId w:val="22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Физическа култура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43F3" w14:textId="77777777" w:rsidR="00D45855" w:rsidRPr="00D45855" w:rsidRDefault="00D45855" w:rsidP="00D45855">
            <w:pPr>
              <w:numPr>
                <w:ilvl w:val="0"/>
                <w:numId w:val="21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Български език и литература</w:t>
            </w:r>
          </w:p>
          <w:p w14:paraId="13A3C5D4" w14:textId="77777777" w:rsidR="00D45855" w:rsidRPr="00D45855" w:rsidRDefault="00D45855" w:rsidP="00D45855">
            <w:pPr>
              <w:numPr>
                <w:ilvl w:val="0"/>
                <w:numId w:val="21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Музика</w:t>
            </w:r>
          </w:p>
        </w:tc>
        <w:tc>
          <w:tcPr>
            <w:tcW w:w="2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15EF" w14:textId="77777777" w:rsidR="00D45855" w:rsidRPr="00D45855" w:rsidRDefault="00D45855" w:rsidP="00D45855">
            <w:pPr>
              <w:numPr>
                <w:ilvl w:val="0"/>
                <w:numId w:val="20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Математика</w:t>
            </w:r>
          </w:p>
          <w:p w14:paraId="1179B0A8" w14:textId="2695230A" w:rsidR="00D45855" w:rsidRPr="00D45855" w:rsidRDefault="00D45855" w:rsidP="00D45855">
            <w:pPr>
              <w:numPr>
                <w:ilvl w:val="0"/>
                <w:numId w:val="20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Изобразително изкуство –</w:t>
            </w:r>
            <w:proofErr w:type="spellStart"/>
            <w:r w:rsidR="0010213E">
              <w:rPr>
                <w:bCs/>
                <w:szCs w:val="20"/>
                <w:lang w:val="bg-BG"/>
              </w:rPr>
              <w:t>м</w:t>
            </w:r>
            <w:r w:rsidRPr="00D45855">
              <w:rPr>
                <w:bCs/>
                <w:szCs w:val="20"/>
                <w:lang w:val="bg-BG"/>
              </w:rPr>
              <w:t>од</w:t>
            </w:r>
            <w:proofErr w:type="spellEnd"/>
            <w:r w:rsidRPr="00D45855">
              <w:rPr>
                <w:bCs/>
                <w:szCs w:val="20"/>
                <w:lang w:val="bg-BG"/>
              </w:rPr>
              <w:t>.</w:t>
            </w:r>
            <w:r w:rsidR="0010213E">
              <w:rPr>
                <w:bCs/>
                <w:szCs w:val="20"/>
                <w:lang w:val="bg-BG"/>
              </w:rPr>
              <w:t>,</w:t>
            </w:r>
            <w:proofErr w:type="spellStart"/>
            <w:r w:rsidR="0010213E">
              <w:rPr>
                <w:bCs/>
                <w:szCs w:val="20"/>
                <w:lang w:val="bg-BG"/>
              </w:rPr>
              <w:t>апл</w:t>
            </w:r>
            <w:proofErr w:type="spellEnd"/>
            <w:r w:rsidR="0010213E">
              <w:rPr>
                <w:bCs/>
                <w:szCs w:val="20"/>
                <w:lang w:val="bg-BG"/>
              </w:rPr>
              <w:t>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DCB9" w14:textId="77777777" w:rsidR="00D45855" w:rsidRPr="00D45855" w:rsidRDefault="00D45855" w:rsidP="00D45855">
            <w:pPr>
              <w:numPr>
                <w:ilvl w:val="0"/>
                <w:numId w:val="19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Конструиране и технологии</w:t>
            </w:r>
          </w:p>
          <w:p w14:paraId="787267D1" w14:textId="77777777" w:rsidR="00D45855" w:rsidRPr="00D45855" w:rsidRDefault="00D45855" w:rsidP="00D45855">
            <w:pPr>
              <w:numPr>
                <w:ilvl w:val="0"/>
                <w:numId w:val="19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Музика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C35EF30" w14:textId="68DE158D" w:rsidR="00D45855" w:rsidRPr="00D45855" w:rsidRDefault="00D45855" w:rsidP="00D45855">
            <w:pPr>
              <w:numPr>
                <w:ilvl w:val="0"/>
                <w:numId w:val="18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 xml:space="preserve">Изобразително изкуство </w:t>
            </w:r>
          </w:p>
        </w:tc>
      </w:tr>
      <w:tr w:rsidR="00D45855" w:rsidRPr="00D45855" w14:paraId="7AC5559A" w14:textId="77777777" w:rsidTr="00EE3E7C">
        <w:trPr>
          <w:trHeight w:val="760"/>
        </w:trPr>
        <w:tc>
          <w:tcPr>
            <w:tcW w:w="1340" w:type="dxa"/>
            <w:tcBorders>
              <w:top w:val="single" w:sz="4" w:space="0" w:color="000000"/>
            </w:tcBorders>
          </w:tcPr>
          <w:p w14:paraId="07A70F42" w14:textId="77777777" w:rsidR="00D45855" w:rsidRPr="00D45855" w:rsidRDefault="00D45855" w:rsidP="00D45855">
            <w:pPr>
              <w:tabs>
                <w:tab w:val="left" w:pos="1620"/>
              </w:tabs>
              <w:rPr>
                <w:bCs/>
                <w:szCs w:val="20"/>
                <w:lang w:val="bg-BG"/>
              </w:rPr>
            </w:pPr>
            <w:r w:rsidRPr="00D45855">
              <w:rPr>
                <w:bCs/>
                <w:szCs w:val="20"/>
                <w:lang w:val="bg-BG"/>
              </w:rPr>
              <w:t>СЛЕДОБЕД</w:t>
            </w: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</w:tcPr>
          <w:p w14:paraId="2F011DEF" w14:textId="77777777" w:rsidR="00D45855" w:rsidRPr="00D45855" w:rsidRDefault="00D45855" w:rsidP="00D45855">
            <w:pPr>
              <w:numPr>
                <w:ilvl w:val="0"/>
                <w:numId w:val="17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Български език и литература -ХЛ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E63430" w14:textId="77777777" w:rsidR="00D45855" w:rsidRPr="00D45855" w:rsidRDefault="00D45855" w:rsidP="00D45855">
            <w:pPr>
              <w:numPr>
                <w:ilvl w:val="0"/>
                <w:numId w:val="16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Околен свят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6CF187" w14:textId="77777777" w:rsidR="00D45855" w:rsidRPr="00D45855" w:rsidRDefault="00D45855" w:rsidP="00D45855">
            <w:pPr>
              <w:numPr>
                <w:ilvl w:val="0"/>
                <w:numId w:val="15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Български език и литература</w:t>
            </w:r>
          </w:p>
          <w:p w14:paraId="787A8495" w14:textId="77777777" w:rsidR="00D45855" w:rsidRPr="00D45855" w:rsidRDefault="00D45855" w:rsidP="00D45855">
            <w:pPr>
              <w:numPr>
                <w:ilvl w:val="0"/>
                <w:numId w:val="15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Физическа култура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D3F58" w14:textId="77777777" w:rsidR="00D45855" w:rsidRPr="00D45855" w:rsidRDefault="00D45855" w:rsidP="00D45855">
            <w:pPr>
              <w:numPr>
                <w:ilvl w:val="0"/>
                <w:numId w:val="14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Математика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</w:tcPr>
          <w:p w14:paraId="3BB3C625" w14:textId="77777777" w:rsidR="00D45855" w:rsidRPr="00D45855" w:rsidRDefault="00D45855" w:rsidP="00D45855">
            <w:pPr>
              <w:numPr>
                <w:ilvl w:val="0"/>
                <w:numId w:val="13"/>
              </w:numPr>
              <w:tabs>
                <w:tab w:val="left" w:pos="1620"/>
              </w:tabs>
              <w:rPr>
                <w:bCs/>
                <w:i/>
                <w:szCs w:val="20"/>
                <w:lang w:val="bg-BG"/>
              </w:rPr>
            </w:pPr>
            <w:r w:rsidRPr="00D45855">
              <w:rPr>
                <w:bCs/>
                <w:i/>
                <w:szCs w:val="20"/>
                <w:lang w:val="bg-BG"/>
              </w:rPr>
              <w:t>Физическа култура</w:t>
            </w:r>
          </w:p>
        </w:tc>
      </w:tr>
    </w:tbl>
    <w:p w14:paraId="5089B2EF" w14:textId="79471E6C" w:rsidR="00D45855" w:rsidRPr="0010213E" w:rsidRDefault="00D45855" w:rsidP="00D45855">
      <w:pPr>
        <w:tabs>
          <w:tab w:val="left" w:pos="1620"/>
        </w:tabs>
        <w:rPr>
          <w:szCs w:val="20"/>
          <w:lang w:val="bg-BG"/>
        </w:rPr>
        <w:sectPr w:rsidR="00D45855" w:rsidRPr="0010213E" w:rsidSect="00EE3E7C">
          <w:pgSz w:w="15840" w:h="12240" w:orient="landscape"/>
          <w:pgMar w:top="1020" w:right="0" w:bottom="1020" w:left="964" w:header="720" w:footer="720" w:gutter="0"/>
          <w:cols w:space="720"/>
          <w:docGrid w:linePitch="360"/>
        </w:sectPr>
      </w:pPr>
    </w:p>
    <w:p w14:paraId="3BD3BA92" w14:textId="77777777" w:rsidR="00D45855" w:rsidRPr="0010213E" w:rsidRDefault="00D45855" w:rsidP="0010213E">
      <w:pPr>
        <w:spacing w:after="0"/>
        <w:rPr>
          <w:b/>
          <w:szCs w:val="20"/>
          <w:lang w:val="bg-BG"/>
        </w:rPr>
      </w:pPr>
    </w:p>
    <w:p w14:paraId="2E83FF13" w14:textId="77777777" w:rsidR="00D45855" w:rsidRDefault="00D45855" w:rsidP="00107E3E">
      <w:pPr>
        <w:spacing w:after="0"/>
        <w:jc w:val="center"/>
        <w:rPr>
          <w:b/>
          <w:szCs w:val="20"/>
        </w:rPr>
      </w:pPr>
    </w:p>
    <w:p w14:paraId="511A7563" w14:textId="44A9508D" w:rsidR="002A75BC" w:rsidRPr="00107E3E" w:rsidRDefault="00000000" w:rsidP="00107E3E">
      <w:pPr>
        <w:spacing w:after="0"/>
        <w:jc w:val="center"/>
        <w:rPr>
          <w:szCs w:val="20"/>
        </w:rPr>
      </w:pPr>
      <w:r w:rsidRPr="00107E3E">
        <w:rPr>
          <w:b/>
          <w:szCs w:val="20"/>
        </w:rPr>
        <w:t>XI. ЗАКЛЮЧИТЕЛНИ РАЗПОРЕДБИ</w:t>
      </w:r>
    </w:p>
    <w:p w14:paraId="0252A434" w14:textId="7459D5E7" w:rsidR="00D13519" w:rsidRDefault="00D13519" w:rsidP="002B1107">
      <w:pPr>
        <w:spacing w:after="0"/>
        <w:jc w:val="both"/>
        <w:rPr>
          <w:szCs w:val="20"/>
        </w:rPr>
      </w:pPr>
      <w:proofErr w:type="spellStart"/>
      <w:r w:rsidRPr="00F56EA5">
        <w:rPr>
          <w:szCs w:val="20"/>
        </w:rPr>
        <w:t>Изпълнението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на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плана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се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проследява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текущо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от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директора</w:t>
      </w:r>
      <w:proofErr w:type="spellEnd"/>
      <w:r w:rsidRPr="00F56EA5">
        <w:rPr>
          <w:szCs w:val="20"/>
        </w:rPr>
        <w:t xml:space="preserve">, </w:t>
      </w:r>
      <w:proofErr w:type="spellStart"/>
      <w:r w:rsidRPr="00F56EA5">
        <w:rPr>
          <w:szCs w:val="20"/>
        </w:rPr>
        <w:t>Педагогическия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съвет</w:t>
      </w:r>
      <w:proofErr w:type="spellEnd"/>
      <w:r w:rsidRPr="00F56EA5">
        <w:rPr>
          <w:szCs w:val="20"/>
        </w:rPr>
        <w:t xml:space="preserve"> и </w:t>
      </w:r>
      <w:proofErr w:type="spellStart"/>
      <w:r w:rsidRPr="00F56EA5">
        <w:rPr>
          <w:szCs w:val="20"/>
        </w:rPr>
        <w:t>определените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комисии</w:t>
      </w:r>
      <w:proofErr w:type="spellEnd"/>
      <w:r w:rsidRPr="00F56EA5">
        <w:rPr>
          <w:szCs w:val="20"/>
        </w:rPr>
        <w:t>/</w:t>
      </w:r>
      <w:proofErr w:type="spellStart"/>
      <w:r w:rsidRPr="00F56EA5">
        <w:rPr>
          <w:szCs w:val="20"/>
        </w:rPr>
        <w:t>работни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екипи</w:t>
      </w:r>
      <w:proofErr w:type="spellEnd"/>
      <w:r w:rsidRPr="00F56EA5">
        <w:rPr>
          <w:szCs w:val="20"/>
        </w:rPr>
        <w:t xml:space="preserve">. </w:t>
      </w:r>
      <w:proofErr w:type="spellStart"/>
      <w:r w:rsidRPr="00F56EA5">
        <w:rPr>
          <w:szCs w:val="20"/>
        </w:rPr>
        <w:t>При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необходимост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дейностите</w:t>
      </w:r>
      <w:proofErr w:type="spellEnd"/>
      <w:r w:rsidRPr="00F56EA5">
        <w:rPr>
          <w:szCs w:val="20"/>
        </w:rPr>
        <w:t xml:space="preserve"> и </w:t>
      </w:r>
      <w:proofErr w:type="spellStart"/>
      <w:r w:rsidRPr="00F56EA5">
        <w:rPr>
          <w:szCs w:val="20"/>
        </w:rPr>
        <w:t>сроковете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могат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да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бъдат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актуализирани</w:t>
      </w:r>
      <w:proofErr w:type="spellEnd"/>
      <w:r w:rsidRPr="00F56EA5">
        <w:rPr>
          <w:szCs w:val="20"/>
        </w:rPr>
        <w:t xml:space="preserve"> в </w:t>
      </w:r>
      <w:proofErr w:type="spellStart"/>
      <w:r w:rsidRPr="00F56EA5">
        <w:rPr>
          <w:szCs w:val="20"/>
        </w:rPr>
        <w:t>съответствие</w:t>
      </w:r>
      <w:proofErr w:type="spellEnd"/>
      <w:r w:rsidRPr="00F56EA5">
        <w:rPr>
          <w:szCs w:val="20"/>
        </w:rPr>
        <w:t xml:space="preserve"> с </w:t>
      </w:r>
      <w:proofErr w:type="spellStart"/>
      <w:r w:rsidRPr="00F56EA5">
        <w:rPr>
          <w:szCs w:val="20"/>
        </w:rPr>
        <w:t>нормативни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промени</w:t>
      </w:r>
      <w:proofErr w:type="spellEnd"/>
      <w:r w:rsidRPr="00F56EA5">
        <w:rPr>
          <w:szCs w:val="20"/>
        </w:rPr>
        <w:t xml:space="preserve">, </w:t>
      </w:r>
      <w:proofErr w:type="spellStart"/>
      <w:r w:rsidRPr="00F56EA5">
        <w:rPr>
          <w:szCs w:val="20"/>
        </w:rPr>
        <w:t>възникнали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обстоятелства</w:t>
      </w:r>
      <w:proofErr w:type="spellEnd"/>
      <w:r w:rsidRPr="00F56EA5">
        <w:rPr>
          <w:szCs w:val="20"/>
        </w:rPr>
        <w:t xml:space="preserve"> и </w:t>
      </w:r>
      <w:proofErr w:type="spellStart"/>
      <w:r w:rsidRPr="00F56EA5">
        <w:rPr>
          <w:szCs w:val="20"/>
        </w:rPr>
        <w:t>решения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на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компетентните</w:t>
      </w:r>
      <w:proofErr w:type="spellEnd"/>
      <w:r w:rsidRPr="00F56EA5">
        <w:rPr>
          <w:szCs w:val="20"/>
        </w:rPr>
        <w:t xml:space="preserve"> </w:t>
      </w:r>
      <w:proofErr w:type="spellStart"/>
      <w:r w:rsidRPr="00F56EA5">
        <w:rPr>
          <w:szCs w:val="20"/>
        </w:rPr>
        <w:t>органи</w:t>
      </w:r>
      <w:proofErr w:type="spellEnd"/>
      <w:r w:rsidRPr="00F56EA5">
        <w:rPr>
          <w:szCs w:val="20"/>
        </w:rPr>
        <w:t>.</w:t>
      </w:r>
    </w:p>
    <w:p w14:paraId="7F163A64" w14:textId="0AABF7EB" w:rsidR="002A75BC" w:rsidRPr="00107E3E" w:rsidRDefault="00000000" w:rsidP="002B1107">
      <w:pPr>
        <w:spacing w:after="0"/>
        <w:jc w:val="both"/>
        <w:rPr>
          <w:szCs w:val="20"/>
        </w:rPr>
      </w:pPr>
      <w:proofErr w:type="spellStart"/>
      <w:r w:rsidRPr="00107E3E">
        <w:rPr>
          <w:szCs w:val="20"/>
        </w:rPr>
        <w:t>Конкретният</w:t>
      </w:r>
      <w:proofErr w:type="spellEnd"/>
      <w:r w:rsidRPr="00107E3E">
        <w:rPr>
          <w:szCs w:val="20"/>
        </w:rPr>
        <w:t xml:space="preserve"> </w:t>
      </w:r>
      <w:proofErr w:type="spellStart"/>
      <w:r w:rsidRPr="00107E3E">
        <w:rPr>
          <w:szCs w:val="20"/>
        </w:rPr>
        <w:t>поименен</w:t>
      </w:r>
      <w:proofErr w:type="spellEnd"/>
      <w:r w:rsidRPr="00107E3E">
        <w:rPr>
          <w:szCs w:val="20"/>
        </w:rPr>
        <w:t xml:space="preserve"> </w:t>
      </w:r>
      <w:proofErr w:type="spellStart"/>
      <w:r w:rsidRPr="00107E3E">
        <w:rPr>
          <w:szCs w:val="20"/>
        </w:rPr>
        <w:t>състав</w:t>
      </w:r>
      <w:proofErr w:type="spellEnd"/>
      <w:r w:rsidRPr="00107E3E">
        <w:rPr>
          <w:szCs w:val="20"/>
        </w:rPr>
        <w:t xml:space="preserve"> </w:t>
      </w:r>
      <w:proofErr w:type="spellStart"/>
      <w:r w:rsidRPr="00107E3E">
        <w:rPr>
          <w:szCs w:val="20"/>
        </w:rPr>
        <w:t>на</w:t>
      </w:r>
      <w:proofErr w:type="spellEnd"/>
      <w:r w:rsidRPr="00107E3E">
        <w:rPr>
          <w:szCs w:val="20"/>
        </w:rPr>
        <w:t xml:space="preserve"> </w:t>
      </w:r>
      <w:proofErr w:type="spellStart"/>
      <w:r w:rsidRPr="00107E3E">
        <w:rPr>
          <w:szCs w:val="20"/>
        </w:rPr>
        <w:t>комисиите</w:t>
      </w:r>
      <w:proofErr w:type="spellEnd"/>
      <w:r w:rsidRPr="00107E3E">
        <w:rPr>
          <w:szCs w:val="20"/>
        </w:rPr>
        <w:t xml:space="preserve">, </w:t>
      </w:r>
      <w:proofErr w:type="spellStart"/>
      <w:r w:rsidRPr="00107E3E">
        <w:rPr>
          <w:szCs w:val="20"/>
        </w:rPr>
        <w:t>работните</w:t>
      </w:r>
      <w:proofErr w:type="spellEnd"/>
      <w:r w:rsidRPr="00107E3E">
        <w:rPr>
          <w:szCs w:val="20"/>
        </w:rPr>
        <w:t xml:space="preserve"> </w:t>
      </w:r>
      <w:proofErr w:type="spellStart"/>
      <w:r w:rsidRPr="00107E3E">
        <w:rPr>
          <w:szCs w:val="20"/>
        </w:rPr>
        <w:t>групи</w:t>
      </w:r>
      <w:proofErr w:type="spellEnd"/>
      <w:r w:rsidRPr="00107E3E">
        <w:rPr>
          <w:szCs w:val="20"/>
        </w:rPr>
        <w:t xml:space="preserve">, </w:t>
      </w:r>
      <w:proofErr w:type="spellStart"/>
      <w:r w:rsidRPr="00107E3E">
        <w:rPr>
          <w:szCs w:val="20"/>
        </w:rPr>
        <w:t>екипите</w:t>
      </w:r>
      <w:proofErr w:type="spellEnd"/>
      <w:r w:rsidRPr="00107E3E">
        <w:rPr>
          <w:szCs w:val="20"/>
        </w:rPr>
        <w:t xml:space="preserve"> и отговорните длъжностни лица се определя със заповед на директора и/или с решение на Педагогическия съвет, когато това е приложимо.</w:t>
      </w:r>
    </w:p>
    <w:p w14:paraId="2B3968DF" w14:textId="5BC8BF72" w:rsidR="00107E3E" w:rsidRPr="00107E3E" w:rsidRDefault="00D13519" w:rsidP="00D13519">
      <w:pPr>
        <w:spacing w:after="0"/>
        <w:jc w:val="both"/>
        <w:rPr>
          <w:szCs w:val="20"/>
        </w:rPr>
      </w:pPr>
      <w:proofErr w:type="spellStart"/>
      <w:r w:rsidRPr="00D13519">
        <w:rPr>
          <w:szCs w:val="20"/>
        </w:rPr>
        <w:t>Годишният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план</w:t>
      </w:r>
      <w:proofErr w:type="spellEnd"/>
      <w:r w:rsidRPr="00D13519">
        <w:rPr>
          <w:szCs w:val="20"/>
        </w:rPr>
        <w:t xml:space="preserve"> </w:t>
      </w:r>
      <w:r w:rsidR="00CB5941">
        <w:rPr>
          <w:szCs w:val="20"/>
          <w:lang w:val="bg-BG"/>
        </w:rPr>
        <w:t xml:space="preserve">за дейността на детската градина </w:t>
      </w:r>
      <w:r w:rsidRPr="00D13519">
        <w:rPr>
          <w:szCs w:val="20"/>
        </w:rPr>
        <w:t xml:space="preserve">е </w:t>
      </w:r>
      <w:proofErr w:type="spellStart"/>
      <w:r w:rsidRPr="00D13519">
        <w:rPr>
          <w:szCs w:val="20"/>
        </w:rPr>
        <w:t>приет</w:t>
      </w:r>
      <w:proofErr w:type="spellEnd"/>
      <w:r w:rsidRPr="00D13519">
        <w:rPr>
          <w:szCs w:val="20"/>
        </w:rPr>
        <w:t xml:space="preserve"> с </w:t>
      </w:r>
      <w:proofErr w:type="spellStart"/>
      <w:r w:rsidRPr="00D13519">
        <w:rPr>
          <w:szCs w:val="20"/>
        </w:rPr>
        <w:t>решение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на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Педагогическия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съвет</w:t>
      </w:r>
      <w:proofErr w:type="spellEnd"/>
      <w:r w:rsidRPr="00D13519">
        <w:rPr>
          <w:szCs w:val="20"/>
        </w:rPr>
        <w:t xml:space="preserve"> – </w:t>
      </w:r>
      <w:proofErr w:type="spellStart"/>
      <w:r w:rsidRPr="00D13519">
        <w:rPr>
          <w:szCs w:val="20"/>
        </w:rPr>
        <w:t>Протокол</w:t>
      </w:r>
      <w:proofErr w:type="spellEnd"/>
      <w:r w:rsidRPr="00D13519">
        <w:rPr>
          <w:szCs w:val="20"/>
        </w:rPr>
        <w:t xml:space="preserve"> № </w:t>
      </w:r>
      <w:r>
        <w:rPr>
          <w:szCs w:val="20"/>
        </w:rPr>
        <w:t>1</w:t>
      </w:r>
      <w:r w:rsidRPr="00D13519">
        <w:rPr>
          <w:szCs w:val="20"/>
        </w:rPr>
        <w:t>/</w:t>
      </w:r>
      <w:r>
        <w:rPr>
          <w:szCs w:val="20"/>
        </w:rPr>
        <w:t>14.09.</w:t>
      </w:r>
      <w:r w:rsidRPr="00D13519">
        <w:rPr>
          <w:szCs w:val="20"/>
        </w:rPr>
        <w:t xml:space="preserve">2026 г. и е </w:t>
      </w:r>
      <w:proofErr w:type="spellStart"/>
      <w:r w:rsidRPr="00D13519">
        <w:rPr>
          <w:szCs w:val="20"/>
        </w:rPr>
        <w:t>утвърден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със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Заповед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на</w:t>
      </w:r>
      <w:proofErr w:type="spellEnd"/>
      <w:r w:rsidRPr="00D13519">
        <w:rPr>
          <w:szCs w:val="20"/>
        </w:rPr>
        <w:t xml:space="preserve"> </w:t>
      </w:r>
      <w:proofErr w:type="spellStart"/>
      <w:r w:rsidRPr="00D13519">
        <w:rPr>
          <w:szCs w:val="20"/>
        </w:rPr>
        <w:t>директора</w:t>
      </w:r>
      <w:proofErr w:type="spellEnd"/>
      <w:r w:rsidRPr="00D13519">
        <w:rPr>
          <w:szCs w:val="20"/>
        </w:rPr>
        <w:t>.</w:t>
      </w:r>
    </w:p>
    <w:sectPr w:rsidR="00107E3E" w:rsidRPr="00107E3E" w:rsidSect="00D45855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9A482" w14:textId="77777777" w:rsidR="00B3633A" w:rsidRDefault="00B3633A">
      <w:pPr>
        <w:spacing w:after="0" w:line="240" w:lineRule="auto"/>
      </w:pPr>
      <w:r>
        <w:separator/>
      </w:r>
    </w:p>
  </w:endnote>
  <w:endnote w:type="continuationSeparator" w:id="0">
    <w:p w14:paraId="38FE3AC6" w14:textId="77777777" w:rsidR="00B3633A" w:rsidRDefault="00B3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8CC2" w14:textId="2EFB8086" w:rsidR="002A75BC" w:rsidRDefault="00000000">
    <w:pPr>
      <w:pStyle w:val="a7"/>
      <w:jc w:val="center"/>
    </w:pPr>
    <w:r>
      <w:rPr>
        <w:sz w:val="16"/>
      </w:rPr>
      <w:t>ДГ № 53 „</w:t>
    </w:r>
    <w:proofErr w:type="spellStart"/>
    <w:r>
      <w:rPr>
        <w:sz w:val="16"/>
      </w:rPr>
      <w:t>Слънчево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зайче</w:t>
    </w:r>
    <w:proofErr w:type="spellEnd"/>
    <w:r>
      <w:rPr>
        <w:sz w:val="16"/>
      </w:rPr>
      <w:t>“ |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Годишен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комплексен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план</w:t>
    </w:r>
    <w:proofErr w:type="spellEnd"/>
    <w:r>
      <w:rPr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EFAAF" w14:textId="77777777" w:rsidR="00B3633A" w:rsidRDefault="00B3633A">
      <w:pPr>
        <w:spacing w:after="0" w:line="240" w:lineRule="auto"/>
      </w:pPr>
      <w:r>
        <w:separator/>
      </w:r>
    </w:p>
  </w:footnote>
  <w:footnote w:type="continuationSeparator" w:id="0">
    <w:p w14:paraId="24AAEFB7" w14:textId="77777777" w:rsidR="00B3633A" w:rsidRDefault="00B36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00EA7"/>
    <w:multiLevelType w:val="hybridMultilevel"/>
    <w:tmpl w:val="86723F7A"/>
    <w:lvl w:ilvl="0" w:tplc="A6AC9D68">
      <w:start w:val="1"/>
      <w:numFmt w:val="decimal"/>
      <w:lvlText w:val="%1."/>
      <w:lvlJc w:val="left"/>
      <w:pPr>
        <w:ind w:left="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bg-BG" w:eastAsia="en-US" w:bidi="ar-SA"/>
      </w:rPr>
    </w:lvl>
    <w:lvl w:ilvl="1" w:tplc="06ECE52E">
      <w:numFmt w:val="bullet"/>
      <w:lvlText w:val="•"/>
      <w:lvlJc w:val="left"/>
      <w:pPr>
        <w:ind w:left="254" w:hanging="167"/>
      </w:pPr>
      <w:rPr>
        <w:rFonts w:hint="default"/>
        <w:lang w:val="bg-BG" w:eastAsia="en-US" w:bidi="ar-SA"/>
      </w:rPr>
    </w:lvl>
    <w:lvl w:ilvl="2" w:tplc="CDAA8BBC">
      <w:numFmt w:val="bullet"/>
      <w:lvlText w:val="•"/>
      <w:lvlJc w:val="left"/>
      <w:pPr>
        <w:ind w:left="508" w:hanging="167"/>
      </w:pPr>
      <w:rPr>
        <w:rFonts w:hint="default"/>
        <w:lang w:val="bg-BG" w:eastAsia="en-US" w:bidi="ar-SA"/>
      </w:rPr>
    </w:lvl>
    <w:lvl w:ilvl="3" w:tplc="40FC7466">
      <w:numFmt w:val="bullet"/>
      <w:lvlText w:val="•"/>
      <w:lvlJc w:val="left"/>
      <w:pPr>
        <w:ind w:left="762" w:hanging="167"/>
      </w:pPr>
      <w:rPr>
        <w:rFonts w:hint="default"/>
        <w:lang w:val="bg-BG" w:eastAsia="en-US" w:bidi="ar-SA"/>
      </w:rPr>
    </w:lvl>
    <w:lvl w:ilvl="4" w:tplc="E564F444">
      <w:numFmt w:val="bullet"/>
      <w:lvlText w:val="•"/>
      <w:lvlJc w:val="left"/>
      <w:pPr>
        <w:ind w:left="1016" w:hanging="167"/>
      </w:pPr>
      <w:rPr>
        <w:rFonts w:hint="default"/>
        <w:lang w:val="bg-BG" w:eastAsia="en-US" w:bidi="ar-SA"/>
      </w:rPr>
    </w:lvl>
    <w:lvl w:ilvl="5" w:tplc="6A084A6C">
      <w:numFmt w:val="bullet"/>
      <w:lvlText w:val="•"/>
      <w:lvlJc w:val="left"/>
      <w:pPr>
        <w:ind w:left="1270" w:hanging="167"/>
      </w:pPr>
      <w:rPr>
        <w:rFonts w:hint="default"/>
        <w:lang w:val="bg-BG" w:eastAsia="en-US" w:bidi="ar-SA"/>
      </w:rPr>
    </w:lvl>
    <w:lvl w:ilvl="6" w:tplc="857666A4">
      <w:numFmt w:val="bullet"/>
      <w:lvlText w:val="•"/>
      <w:lvlJc w:val="left"/>
      <w:pPr>
        <w:ind w:left="1524" w:hanging="167"/>
      </w:pPr>
      <w:rPr>
        <w:rFonts w:hint="default"/>
        <w:lang w:val="bg-BG" w:eastAsia="en-US" w:bidi="ar-SA"/>
      </w:rPr>
    </w:lvl>
    <w:lvl w:ilvl="7" w:tplc="268E7C9A">
      <w:numFmt w:val="bullet"/>
      <w:lvlText w:val="•"/>
      <w:lvlJc w:val="left"/>
      <w:pPr>
        <w:ind w:left="1778" w:hanging="167"/>
      </w:pPr>
      <w:rPr>
        <w:rFonts w:hint="default"/>
        <w:lang w:val="bg-BG" w:eastAsia="en-US" w:bidi="ar-SA"/>
      </w:rPr>
    </w:lvl>
    <w:lvl w:ilvl="8" w:tplc="B5121E22">
      <w:numFmt w:val="bullet"/>
      <w:lvlText w:val="•"/>
      <w:lvlJc w:val="left"/>
      <w:pPr>
        <w:ind w:left="2032" w:hanging="167"/>
      </w:pPr>
      <w:rPr>
        <w:rFonts w:hint="default"/>
        <w:lang w:val="bg-BG" w:eastAsia="en-US" w:bidi="ar-SA"/>
      </w:rPr>
    </w:lvl>
  </w:abstractNum>
  <w:abstractNum w:abstractNumId="10" w15:restartNumberingAfterBreak="0">
    <w:nsid w:val="01B77D1F"/>
    <w:multiLevelType w:val="hybridMultilevel"/>
    <w:tmpl w:val="A2D2E202"/>
    <w:lvl w:ilvl="0" w:tplc="0D9A4AAC">
      <w:start w:val="1"/>
      <w:numFmt w:val="decimal"/>
      <w:lvlText w:val="%1."/>
      <w:lvlJc w:val="left"/>
      <w:pPr>
        <w:ind w:left="246" w:hanging="18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0F3EFAC6">
      <w:numFmt w:val="bullet"/>
      <w:lvlText w:val="•"/>
      <w:lvlJc w:val="left"/>
      <w:pPr>
        <w:ind w:left="498" w:hanging="182"/>
      </w:pPr>
      <w:rPr>
        <w:rFonts w:hint="default"/>
        <w:lang w:val="bg-BG" w:eastAsia="en-US" w:bidi="ar-SA"/>
      </w:rPr>
    </w:lvl>
    <w:lvl w:ilvl="2" w:tplc="06BE1418">
      <w:numFmt w:val="bullet"/>
      <w:lvlText w:val="•"/>
      <w:lvlJc w:val="left"/>
      <w:pPr>
        <w:ind w:left="757" w:hanging="182"/>
      </w:pPr>
      <w:rPr>
        <w:rFonts w:hint="default"/>
        <w:lang w:val="bg-BG" w:eastAsia="en-US" w:bidi="ar-SA"/>
      </w:rPr>
    </w:lvl>
    <w:lvl w:ilvl="3" w:tplc="1D7A1C24">
      <w:numFmt w:val="bullet"/>
      <w:lvlText w:val="•"/>
      <w:lvlJc w:val="left"/>
      <w:pPr>
        <w:ind w:left="1015" w:hanging="182"/>
      </w:pPr>
      <w:rPr>
        <w:rFonts w:hint="default"/>
        <w:lang w:val="bg-BG" w:eastAsia="en-US" w:bidi="ar-SA"/>
      </w:rPr>
    </w:lvl>
    <w:lvl w:ilvl="4" w:tplc="EE9EB0A6">
      <w:numFmt w:val="bullet"/>
      <w:lvlText w:val="•"/>
      <w:lvlJc w:val="left"/>
      <w:pPr>
        <w:ind w:left="1274" w:hanging="182"/>
      </w:pPr>
      <w:rPr>
        <w:rFonts w:hint="default"/>
        <w:lang w:val="bg-BG" w:eastAsia="en-US" w:bidi="ar-SA"/>
      </w:rPr>
    </w:lvl>
    <w:lvl w:ilvl="5" w:tplc="62B2A7AA">
      <w:numFmt w:val="bullet"/>
      <w:lvlText w:val="•"/>
      <w:lvlJc w:val="left"/>
      <w:pPr>
        <w:ind w:left="1533" w:hanging="182"/>
      </w:pPr>
      <w:rPr>
        <w:rFonts w:hint="default"/>
        <w:lang w:val="bg-BG" w:eastAsia="en-US" w:bidi="ar-SA"/>
      </w:rPr>
    </w:lvl>
    <w:lvl w:ilvl="6" w:tplc="CB40EDB8">
      <w:numFmt w:val="bullet"/>
      <w:lvlText w:val="•"/>
      <w:lvlJc w:val="left"/>
      <w:pPr>
        <w:ind w:left="1791" w:hanging="182"/>
      </w:pPr>
      <w:rPr>
        <w:rFonts w:hint="default"/>
        <w:lang w:val="bg-BG" w:eastAsia="en-US" w:bidi="ar-SA"/>
      </w:rPr>
    </w:lvl>
    <w:lvl w:ilvl="7" w:tplc="2EF4D6F2">
      <w:numFmt w:val="bullet"/>
      <w:lvlText w:val="•"/>
      <w:lvlJc w:val="left"/>
      <w:pPr>
        <w:ind w:left="2050" w:hanging="182"/>
      </w:pPr>
      <w:rPr>
        <w:rFonts w:hint="default"/>
        <w:lang w:val="bg-BG" w:eastAsia="en-US" w:bidi="ar-SA"/>
      </w:rPr>
    </w:lvl>
    <w:lvl w:ilvl="8" w:tplc="80C0AC8A">
      <w:numFmt w:val="bullet"/>
      <w:lvlText w:val="•"/>
      <w:lvlJc w:val="left"/>
      <w:pPr>
        <w:ind w:left="2309" w:hanging="182"/>
      </w:pPr>
      <w:rPr>
        <w:rFonts w:hint="default"/>
        <w:lang w:val="bg-BG" w:eastAsia="en-US" w:bidi="ar-SA"/>
      </w:rPr>
    </w:lvl>
  </w:abstractNum>
  <w:abstractNum w:abstractNumId="11" w15:restartNumberingAfterBreak="0">
    <w:nsid w:val="03033837"/>
    <w:multiLevelType w:val="hybridMultilevel"/>
    <w:tmpl w:val="8A02FF46"/>
    <w:lvl w:ilvl="0" w:tplc="DF00B18C">
      <w:start w:val="1"/>
      <w:numFmt w:val="decimal"/>
      <w:lvlText w:val="%1."/>
      <w:lvlJc w:val="left"/>
      <w:pPr>
        <w:ind w:left="242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DB5AA8C8">
      <w:numFmt w:val="bullet"/>
      <w:lvlText w:val="•"/>
      <w:lvlJc w:val="left"/>
      <w:pPr>
        <w:ind w:left="569" w:hanging="181"/>
      </w:pPr>
      <w:rPr>
        <w:rFonts w:hint="default"/>
        <w:lang w:val="bg-BG" w:eastAsia="en-US" w:bidi="ar-SA"/>
      </w:rPr>
    </w:lvl>
    <w:lvl w:ilvl="2" w:tplc="7026DB30">
      <w:numFmt w:val="bullet"/>
      <w:lvlText w:val="•"/>
      <w:lvlJc w:val="left"/>
      <w:pPr>
        <w:ind w:left="898" w:hanging="181"/>
      </w:pPr>
      <w:rPr>
        <w:rFonts w:hint="default"/>
        <w:lang w:val="bg-BG" w:eastAsia="en-US" w:bidi="ar-SA"/>
      </w:rPr>
    </w:lvl>
    <w:lvl w:ilvl="3" w:tplc="64D49AB0">
      <w:numFmt w:val="bullet"/>
      <w:lvlText w:val="•"/>
      <w:lvlJc w:val="left"/>
      <w:pPr>
        <w:ind w:left="1227" w:hanging="181"/>
      </w:pPr>
      <w:rPr>
        <w:rFonts w:hint="default"/>
        <w:lang w:val="bg-BG" w:eastAsia="en-US" w:bidi="ar-SA"/>
      </w:rPr>
    </w:lvl>
    <w:lvl w:ilvl="4" w:tplc="EAC8AAA4">
      <w:numFmt w:val="bullet"/>
      <w:lvlText w:val="•"/>
      <w:lvlJc w:val="left"/>
      <w:pPr>
        <w:ind w:left="1556" w:hanging="181"/>
      </w:pPr>
      <w:rPr>
        <w:rFonts w:hint="default"/>
        <w:lang w:val="bg-BG" w:eastAsia="en-US" w:bidi="ar-SA"/>
      </w:rPr>
    </w:lvl>
    <w:lvl w:ilvl="5" w:tplc="F6664D1E">
      <w:numFmt w:val="bullet"/>
      <w:lvlText w:val="•"/>
      <w:lvlJc w:val="left"/>
      <w:pPr>
        <w:ind w:left="1886" w:hanging="181"/>
      </w:pPr>
      <w:rPr>
        <w:rFonts w:hint="default"/>
        <w:lang w:val="bg-BG" w:eastAsia="en-US" w:bidi="ar-SA"/>
      </w:rPr>
    </w:lvl>
    <w:lvl w:ilvl="6" w:tplc="FA924B1C">
      <w:numFmt w:val="bullet"/>
      <w:lvlText w:val="•"/>
      <w:lvlJc w:val="left"/>
      <w:pPr>
        <w:ind w:left="2215" w:hanging="181"/>
      </w:pPr>
      <w:rPr>
        <w:rFonts w:hint="default"/>
        <w:lang w:val="bg-BG" w:eastAsia="en-US" w:bidi="ar-SA"/>
      </w:rPr>
    </w:lvl>
    <w:lvl w:ilvl="7" w:tplc="C82CC41A">
      <w:numFmt w:val="bullet"/>
      <w:lvlText w:val="•"/>
      <w:lvlJc w:val="left"/>
      <w:pPr>
        <w:ind w:left="2544" w:hanging="181"/>
      </w:pPr>
      <w:rPr>
        <w:rFonts w:hint="default"/>
        <w:lang w:val="bg-BG" w:eastAsia="en-US" w:bidi="ar-SA"/>
      </w:rPr>
    </w:lvl>
    <w:lvl w:ilvl="8" w:tplc="D14E48C8">
      <w:numFmt w:val="bullet"/>
      <w:lvlText w:val="•"/>
      <w:lvlJc w:val="left"/>
      <w:pPr>
        <w:ind w:left="2873" w:hanging="181"/>
      </w:pPr>
      <w:rPr>
        <w:rFonts w:hint="default"/>
        <w:lang w:val="bg-BG" w:eastAsia="en-US" w:bidi="ar-SA"/>
      </w:rPr>
    </w:lvl>
  </w:abstractNum>
  <w:abstractNum w:abstractNumId="12" w15:restartNumberingAfterBreak="0">
    <w:nsid w:val="03B0365C"/>
    <w:multiLevelType w:val="hybridMultilevel"/>
    <w:tmpl w:val="5E8A423C"/>
    <w:lvl w:ilvl="0" w:tplc="5EE62FCC">
      <w:start w:val="1"/>
      <w:numFmt w:val="decimal"/>
      <w:lvlText w:val="%1."/>
      <w:lvlJc w:val="left"/>
      <w:pPr>
        <w:ind w:left="243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1C3A1DA6">
      <w:numFmt w:val="bullet"/>
      <w:lvlText w:val="•"/>
      <w:lvlJc w:val="left"/>
      <w:pPr>
        <w:ind w:left="470" w:hanging="181"/>
      </w:pPr>
      <w:rPr>
        <w:rFonts w:hint="default"/>
        <w:lang w:val="bg-BG" w:eastAsia="en-US" w:bidi="ar-SA"/>
      </w:rPr>
    </w:lvl>
    <w:lvl w:ilvl="2" w:tplc="AA76EE44">
      <w:numFmt w:val="bullet"/>
      <w:lvlText w:val="•"/>
      <w:lvlJc w:val="left"/>
      <w:pPr>
        <w:ind w:left="700" w:hanging="181"/>
      </w:pPr>
      <w:rPr>
        <w:rFonts w:hint="default"/>
        <w:lang w:val="bg-BG" w:eastAsia="en-US" w:bidi="ar-SA"/>
      </w:rPr>
    </w:lvl>
    <w:lvl w:ilvl="3" w:tplc="27A65DDC">
      <w:numFmt w:val="bullet"/>
      <w:lvlText w:val="•"/>
      <w:lvlJc w:val="left"/>
      <w:pPr>
        <w:ind w:left="930" w:hanging="181"/>
      </w:pPr>
      <w:rPr>
        <w:rFonts w:hint="default"/>
        <w:lang w:val="bg-BG" w:eastAsia="en-US" w:bidi="ar-SA"/>
      </w:rPr>
    </w:lvl>
    <w:lvl w:ilvl="4" w:tplc="3EFA5316">
      <w:numFmt w:val="bullet"/>
      <w:lvlText w:val="•"/>
      <w:lvlJc w:val="left"/>
      <w:pPr>
        <w:ind w:left="1160" w:hanging="181"/>
      </w:pPr>
      <w:rPr>
        <w:rFonts w:hint="default"/>
        <w:lang w:val="bg-BG" w:eastAsia="en-US" w:bidi="ar-SA"/>
      </w:rPr>
    </w:lvl>
    <w:lvl w:ilvl="5" w:tplc="D6EC9794">
      <w:numFmt w:val="bullet"/>
      <w:lvlText w:val="•"/>
      <w:lvlJc w:val="left"/>
      <w:pPr>
        <w:ind w:left="1390" w:hanging="181"/>
      </w:pPr>
      <w:rPr>
        <w:rFonts w:hint="default"/>
        <w:lang w:val="bg-BG" w:eastAsia="en-US" w:bidi="ar-SA"/>
      </w:rPr>
    </w:lvl>
    <w:lvl w:ilvl="6" w:tplc="9D404BB4">
      <w:numFmt w:val="bullet"/>
      <w:lvlText w:val="•"/>
      <w:lvlJc w:val="left"/>
      <w:pPr>
        <w:ind w:left="1620" w:hanging="181"/>
      </w:pPr>
      <w:rPr>
        <w:rFonts w:hint="default"/>
        <w:lang w:val="bg-BG" w:eastAsia="en-US" w:bidi="ar-SA"/>
      </w:rPr>
    </w:lvl>
    <w:lvl w:ilvl="7" w:tplc="A5FE9C26">
      <w:numFmt w:val="bullet"/>
      <w:lvlText w:val="•"/>
      <w:lvlJc w:val="left"/>
      <w:pPr>
        <w:ind w:left="1850" w:hanging="181"/>
      </w:pPr>
      <w:rPr>
        <w:rFonts w:hint="default"/>
        <w:lang w:val="bg-BG" w:eastAsia="en-US" w:bidi="ar-SA"/>
      </w:rPr>
    </w:lvl>
    <w:lvl w:ilvl="8" w:tplc="EA38E3FC">
      <w:numFmt w:val="bullet"/>
      <w:lvlText w:val="•"/>
      <w:lvlJc w:val="left"/>
      <w:pPr>
        <w:ind w:left="2080" w:hanging="181"/>
      </w:pPr>
      <w:rPr>
        <w:rFonts w:hint="default"/>
        <w:lang w:val="bg-BG" w:eastAsia="en-US" w:bidi="ar-SA"/>
      </w:rPr>
    </w:lvl>
  </w:abstractNum>
  <w:abstractNum w:abstractNumId="13" w15:restartNumberingAfterBreak="0">
    <w:nsid w:val="065E7376"/>
    <w:multiLevelType w:val="hybridMultilevel"/>
    <w:tmpl w:val="B32AC06C"/>
    <w:lvl w:ilvl="0" w:tplc="A2ECAAD8">
      <w:start w:val="1"/>
      <w:numFmt w:val="decimal"/>
      <w:lvlText w:val="%1."/>
      <w:lvlJc w:val="left"/>
      <w:pPr>
        <w:ind w:left="169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0"/>
        <w:szCs w:val="20"/>
        <w:lang w:val="bg-BG" w:eastAsia="en-US" w:bidi="ar-SA"/>
      </w:rPr>
    </w:lvl>
    <w:lvl w:ilvl="1" w:tplc="B5BEF092">
      <w:numFmt w:val="bullet"/>
      <w:lvlText w:val="•"/>
      <w:lvlJc w:val="left"/>
      <w:pPr>
        <w:ind w:left="398" w:hanging="167"/>
      </w:pPr>
      <w:rPr>
        <w:rFonts w:hint="default"/>
        <w:lang w:val="bg-BG" w:eastAsia="en-US" w:bidi="ar-SA"/>
      </w:rPr>
    </w:lvl>
    <w:lvl w:ilvl="2" w:tplc="CF2ED142">
      <w:numFmt w:val="bullet"/>
      <w:lvlText w:val="•"/>
      <w:lvlJc w:val="left"/>
      <w:pPr>
        <w:ind w:left="636" w:hanging="167"/>
      </w:pPr>
      <w:rPr>
        <w:rFonts w:hint="default"/>
        <w:lang w:val="bg-BG" w:eastAsia="en-US" w:bidi="ar-SA"/>
      </w:rPr>
    </w:lvl>
    <w:lvl w:ilvl="3" w:tplc="8F34281E">
      <w:numFmt w:val="bullet"/>
      <w:lvlText w:val="•"/>
      <w:lvlJc w:val="left"/>
      <w:pPr>
        <w:ind w:left="874" w:hanging="167"/>
      </w:pPr>
      <w:rPr>
        <w:rFonts w:hint="default"/>
        <w:lang w:val="bg-BG" w:eastAsia="en-US" w:bidi="ar-SA"/>
      </w:rPr>
    </w:lvl>
    <w:lvl w:ilvl="4" w:tplc="55C4C054">
      <w:numFmt w:val="bullet"/>
      <w:lvlText w:val="•"/>
      <w:lvlJc w:val="left"/>
      <w:pPr>
        <w:ind w:left="1112" w:hanging="167"/>
      </w:pPr>
      <w:rPr>
        <w:rFonts w:hint="default"/>
        <w:lang w:val="bg-BG" w:eastAsia="en-US" w:bidi="ar-SA"/>
      </w:rPr>
    </w:lvl>
    <w:lvl w:ilvl="5" w:tplc="D2FE14A2">
      <w:numFmt w:val="bullet"/>
      <w:lvlText w:val="•"/>
      <w:lvlJc w:val="left"/>
      <w:pPr>
        <w:ind w:left="1350" w:hanging="167"/>
      </w:pPr>
      <w:rPr>
        <w:rFonts w:hint="default"/>
        <w:lang w:val="bg-BG" w:eastAsia="en-US" w:bidi="ar-SA"/>
      </w:rPr>
    </w:lvl>
    <w:lvl w:ilvl="6" w:tplc="0D6C593E">
      <w:numFmt w:val="bullet"/>
      <w:lvlText w:val="•"/>
      <w:lvlJc w:val="left"/>
      <w:pPr>
        <w:ind w:left="1588" w:hanging="167"/>
      </w:pPr>
      <w:rPr>
        <w:rFonts w:hint="default"/>
        <w:lang w:val="bg-BG" w:eastAsia="en-US" w:bidi="ar-SA"/>
      </w:rPr>
    </w:lvl>
    <w:lvl w:ilvl="7" w:tplc="2B968354">
      <w:numFmt w:val="bullet"/>
      <w:lvlText w:val="•"/>
      <w:lvlJc w:val="left"/>
      <w:pPr>
        <w:ind w:left="1826" w:hanging="167"/>
      </w:pPr>
      <w:rPr>
        <w:rFonts w:hint="default"/>
        <w:lang w:val="bg-BG" w:eastAsia="en-US" w:bidi="ar-SA"/>
      </w:rPr>
    </w:lvl>
    <w:lvl w:ilvl="8" w:tplc="AC4EBD78">
      <w:numFmt w:val="bullet"/>
      <w:lvlText w:val="•"/>
      <w:lvlJc w:val="left"/>
      <w:pPr>
        <w:ind w:left="2064" w:hanging="167"/>
      </w:pPr>
      <w:rPr>
        <w:rFonts w:hint="default"/>
        <w:lang w:val="bg-BG" w:eastAsia="en-US" w:bidi="ar-SA"/>
      </w:rPr>
    </w:lvl>
  </w:abstractNum>
  <w:abstractNum w:abstractNumId="14" w15:restartNumberingAfterBreak="0">
    <w:nsid w:val="07A331FE"/>
    <w:multiLevelType w:val="hybridMultilevel"/>
    <w:tmpl w:val="2D7EAB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AF349B"/>
    <w:multiLevelType w:val="hybridMultilevel"/>
    <w:tmpl w:val="33D82D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C11585"/>
    <w:multiLevelType w:val="hybridMultilevel"/>
    <w:tmpl w:val="A694E5F4"/>
    <w:lvl w:ilvl="0" w:tplc="729C5CE2">
      <w:start w:val="1"/>
      <w:numFmt w:val="decimal"/>
      <w:lvlText w:val="%1."/>
      <w:lvlJc w:val="left"/>
      <w:pPr>
        <w:ind w:left="243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DB4A551E">
      <w:numFmt w:val="bullet"/>
      <w:lvlText w:val="•"/>
      <w:lvlJc w:val="left"/>
      <w:pPr>
        <w:ind w:left="455" w:hanging="181"/>
      </w:pPr>
      <w:rPr>
        <w:rFonts w:hint="default"/>
        <w:lang w:val="bg-BG" w:eastAsia="en-US" w:bidi="ar-SA"/>
      </w:rPr>
    </w:lvl>
    <w:lvl w:ilvl="2" w:tplc="C6984858">
      <w:numFmt w:val="bullet"/>
      <w:lvlText w:val="•"/>
      <w:lvlJc w:val="left"/>
      <w:pPr>
        <w:ind w:left="671" w:hanging="181"/>
      </w:pPr>
      <w:rPr>
        <w:rFonts w:hint="default"/>
        <w:lang w:val="bg-BG" w:eastAsia="en-US" w:bidi="ar-SA"/>
      </w:rPr>
    </w:lvl>
    <w:lvl w:ilvl="3" w:tplc="BA82BB26">
      <w:numFmt w:val="bullet"/>
      <w:lvlText w:val="•"/>
      <w:lvlJc w:val="left"/>
      <w:pPr>
        <w:ind w:left="886" w:hanging="181"/>
      </w:pPr>
      <w:rPr>
        <w:rFonts w:hint="default"/>
        <w:lang w:val="bg-BG" w:eastAsia="en-US" w:bidi="ar-SA"/>
      </w:rPr>
    </w:lvl>
    <w:lvl w:ilvl="4" w:tplc="20409388">
      <w:numFmt w:val="bullet"/>
      <w:lvlText w:val="•"/>
      <w:lvlJc w:val="left"/>
      <w:pPr>
        <w:ind w:left="1102" w:hanging="181"/>
      </w:pPr>
      <w:rPr>
        <w:rFonts w:hint="default"/>
        <w:lang w:val="bg-BG" w:eastAsia="en-US" w:bidi="ar-SA"/>
      </w:rPr>
    </w:lvl>
    <w:lvl w:ilvl="5" w:tplc="66D46552">
      <w:numFmt w:val="bullet"/>
      <w:lvlText w:val="•"/>
      <w:lvlJc w:val="left"/>
      <w:pPr>
        <w:ind w:left="1318" w:hanging="181"/>
      </w:pPr>
      <w:rPr>
        <w:rFonts w:hint="default"/>
        <w:lang w:val="bg-BG" w:eastAsia="en-US" w:bidi="ar-SA"/>
      </w:rPr>
    </w:lvl>
    <w:lvl w:ilvl="6" w:tplc="96663746">
      <w:numFmt w:val="bullet"/>
      <w:lvlText w:val="•"/>
      <w:lvlJc w:val="left"/>
      <w:pPr>
        <w:ind w:left="1533" w:hanging="181"/>
      </w:pPr>
      <w:rPr>
        <w:rFonts w:hint="default"/>
        <w:lang w:val="bg-BG" w:eastAsia="en-US" w:bidi="ar-SA"/>
      </w:rPr>
    </w:lvl>
    <w:lvl w:ilvl="7" w:tplc="0A76996E">
      <w:numFmt w:val="bullet"/>
      <w:lvlText w:val="•"/>
      <w:lvlJc w:val="left"/>
      <w:pPr>
        <w:ind w:left="1749" w:hanging="181"/>
      </w:pPr>
      <w:rPr>
        <w:rFonts w:hint="default"/>
        <w:lang w:val="bg-BG" w:eastAsia="en-US" w:bidi="ar-SA"/>
      </w:rPr>
    </w:lvl>
    <w:lvl w:ilvl="8" w:tplc="8CECA0E2">
      <w:numFmt w:val="bullet"/>
      <w:lvlText w:val="•"/>
      <w:lvlJc w:val="left"/>
      <w:pPr>
        <w:ind w:left="1965" w:hanging="181"/>
      </w:pPr>
      <w:rPr>
        <w:rFonts w:hint="default"/>
        <w:lang w:val="bg-BG" w:eastAsia="en-US" w:bidi="ar-SA"/>
      </w:rPr>
    </w:lvl>
  </w:abstractNum>
  <w:abstractNum w:abstractNumId="17" w15:restartNumberingAfterBreak="0">
    <w:nsid w:val="0BD34246"/>
    <w:multiLevelType w:val="hybridMultilevel"/>
    <w:tmpl w:val="86A29C44"/>
    <w:lvl w:ilvl="0" w:tplc="6300515E">
      <w:start w:val="1"/>
      <w:numFmt w:val="decimal"/>
      <w:lvlText w:val="%1."/>
      <w:lvlJc w:val="left"/>
      <w:pPr>
        <w:ind w:left="168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E5BE6992">
      <w:numFmt w:val="bullet"/>
      <w:lvlText w:val="•"/>
      <w:lvlJc w:val="left"/>
      <w:pPr>
        <w:ind w:left="383" w:hanging="167"/>
      </w:pPr>
      <w:rPr>
        <w:rFonts w:hint="default"/>
        <w:lang w:val="bg-BG" w:eastAsia="en-US" w:bidi="ar-SA"/>
      </w:rPr>
    </w:lvl>
    <w:lvl w:ilvl="2" w:tplc="7D8CD022">
      <w:numFmt w:val="bullet"/>
      <w:lvlText w:val="•"/>
      <w:lvlJc w:val="left"/>
      <w:pPr>
        <w:ind w:left="607" w:hanging="167"/>
      </w:pPr>
      <w:rPr>
        <w:rFonts w:hint="default"/>
        <w:lang w:val="bg-BG" w:eastAsia="en-US" w:bidi="ar-SA"/>
      </w:rPr>
    </w:lvl>
    <w:lvl w:ilvl="3" w:tplc="208A938C">
      <w:numFmt w:val="bullet"/>
      <w:lvlText w:val="•"/>
      <w:lvlJc w:val="left"/>
      <w:pPr>
        <w:ind w:left="830" w:hanging="167"/>
      </w:pPr>
      <w:rPr>
        <w:rFonts w:hint="default"/>
        <w:lang w:val="bg-BG" w:eastAsia="en-US" w:bidi="ar-SA"/>
      </w:rPr>
    </w:lvl>
    <w:lvl w:ilvl="4" w:tplc="FD8693D8">
      <w:numFmt w:val="bullet"/>
      <w:lvlText w:val="•"/>
      <w:lvlJc w:val="left"/>
      <w:pPr>
        <w:ind w:left="1054" w:hanging="167"/>
      </w:pPr>
      <w:rPr>
        <w:rFonts w:hint="default"/>
        <w:lang w:val="bg-BG" w:eastAsia="en-US" w:bidi="ar-SA"/>
      </w:rPr>
    </w:lvl>
    <w:lvl w:ilvl="5" w:tplc="6F9E7310">
      <w:numFmt w:val="bullet"/>
      <w:lvlText w:val="•"/>
      <w:lvlJc w:val="left"/>
      <w:pPr>
        <w:ind w:left="1278" w:hanging="167"/>
      </w:pPr>
      <w:rPr>
        <w:rFonts w:hint="default"/>
        <w:lang w:val="bg-BG" w:eastAsia="en-US" w:bidi="ar-SA"/>
      </w:rPr>
    </w:lvl>
    <w:lvl w:ilvl="6" w:tplc="A1829ACE">
      <w:numFmt w:val="bullet"/>
      <w:lvlText w:val="•"/>
      <w:lvlJc w:val="left"/>
      <w:pPr>
        <w:ind w:left="1501" w:hanging="167"/>
      </w:pPr>
      <w:rPr>
        <w:rFonts w:hint="default"/>
        <w:lang w:val="bg-BG" w:eastAsia="en-US" w:bidi="ar-SA"/>
      </w:rPr>
    </w:lvl>
    <w:lvl w:ilvl="7" w:tplc="4054464A">
      <w:numFmt w:val="bullet"/>
      <w:lvlText w:val="•"/>
      <w:lvlJc w:val="left"/>
      <w:pPr>
        <w:ind w:left="1725" w:hanging="167"/>
      </w:pPr>
      <w:rPr>
        <w:rFonts w:hint="default"/>
        <w:lang w:val="bg-BG" w:eastAsia="en-US" w:bidi="ar-SA"/>
      </w:rPr>
    </w:lvl>
    <w:lvl w:ilvl="8" w:tplc="1380946A">
      <w:numFmt w:val="bullet"/>
      <w:lvlText w:val="•"/>
      <w:lvlJc w:val="left"/>
      <w:pPr>
        <w:ind w:left="1949" w:hanging="167"/>
      </w:pPr>
      <w:rPr>
        <w:rFonts w:hint="default"/>
        <w:lang w:val="bg-BG" w:eastAsia="en-US" w:bidi="ar-SA"/>
      </w:rPr>
    </w:lvl>
  </w:abstractNum>
  <w:abstractNum w:abstractNumId="18" w15:restartNumberingAfterBreak="0">
    <w:nsid w:val="0BF86821"/>
    <w:multiLevelType w:val="hybridMultilevel"/>
    <w:tmpl w:val="ED9ACA9A"/>
    <w:lvl w:ilvl="0" w:tplc="32BEF708">
      <w:start w:val="1"/>
      <w:numFmt w:val="decimal"/>
      <w:lvlText w:val="%1."/>
      <w:lvlJc w:val="left"/>
      <w:pPr>
        <w:ind w:left="169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74EC1C24">
      <w:numFmt w:val="bullet"/>
      <w:lvlText w:val="•"/>
      <w:lvlJc w:val="left"/>
      <w:pPr>
        <w:ind w:left="426" w:hanging="167"/>
      </w:pPr>
      <w:rPr>
        <w:rFonts w:hint="default"/>
        <w:lang w:val="bg-BG" w:eastAsia="en-US" w:bidi="ar-SA"/>
      </w:rPr>
    </w:lvl>
    <w:lvl w:ilvl="2" w:tplc="11D8CB7E">
      <w:numFmt w:val="bullet"/>
      <w:lvlText w:val="•"/>
      <w:lvlJc w:val="left"/>
      <w:pPr>
        <w:ind w:left="692" w:hanging="167"/>
      </w:pPr>
      <w:rPr>
        <w:rFonts w:hint="default"/>
        <w:lang w:val="bg-BG" w:eastAsia="en-US" w:bidi="ar-SA"/>
      </w:rPr>
    </w:lvl>
    <w:lvl w:ilvl="3" w:tplc="1E040226">
      <w:numFmt w:val="bullet"/>
      <w:lvlText w:val="•"/>
      <w:lvlJc w:val="left"/>
      <w:pPr>
        <w:ind w:left="958" w:hanging="167"/>
      </w:pPr>
      <w:rPr>
        <w:rFonts w:hint="default"/>
        <w:lang w:val="bg-BG" w:eastAsia="en-US" w:bidi="ar-SA"/>
      </w:rPr>
    </w:lvl>
    <w:lvl w:ilvl="4" w:tplc="D00AC59C">
      <w:numFmt w:val="bullet"/>
      <w:lvlText w:val="•"/>
      <w:lvlJc w:val="left"/>
      <w:pPr>
        <w:ind w:left="1224" w:hanging="167"/>
      </w:pPr>
      <w:rPr>
        <w:rFonts w:hint="default"/>
        <w:lang w:val="bg-BG" w:eastAsia="en-US" w:bidi="ar-SA"/>
      </w:rPr>
    </w:lvl>
    <w:lvl w:ilvl="5" w:tplc="7CD6AC46">
      <w:numFmt w:val="bullet"/>
      <w:lvlText w:val="•"/>
      <w:lvlJc w:val="left"/>
      <w:pPr>
        <w:ind w:left="1490" w:hanging="167"/>
      </w:pPr>
      <w:rPr>
        <w:rFonts w:hint="default"/>
        <w:lang w:val="bg-BG" w:eastAsia="en-US" w:bidi="ar-SA"/>
      </w:rPr>
    </w:lvl>
    <w:lvl w:ilvl="6" w:tplc="7B364900">
      <w:numFmt w:val="bullet"/>
      <w:lvlText w:val="•"/>
      <w:lvlJc w:val="left"/>
      <w:pPr>
        <w:ind w:left="1756" w:hanging="167"/>
      </w:pPr>
      <w:rPr>
        <w:rFonts w:hint="default"/>
        <w:lang w:val="bg-BG" w:eastAsia="en-US" w:bidi="ar-SA"/>
      </w:rPr>
    </w:lvl>
    <w:lvl w:ilvl="7" w:tplc="0276D998">
      <w:numFmt w:val="bullet"/>
      <w:lvlText w:val="•"/>
      <w:lvlJc w:val="left"/>
      <w:pPr>
        <w:ind w:left="2023" w:hanging="167"/>
      </w:pPr>
      <w:rPr>
        <w:rFonts w:hint="default"/>
        <w:lang w:val="bg-BG" w:eastAsia="en-US" w:bidi="ar-SA"/>
      </w:rPr>
    </w:lvl>
    <w:lvl w:ilvl="8" w:tplc="4970DF06">
      <w:numFmt w:val="bullet"/>
      <w:lvlText w:val="•"/>
      <w:lvlJc w:val="left"/>
      <w:pPr>
        <w:ind w:left="2289" w:hanging="167"/>
      </w:pPr>
      <w:rPr>
        <w:rFonts w:hint="default"/>
        <w:lang w:val="bg-BG" w:eastAsia="en-US" w:bidi="ar-SA"/>
      </w:rPr>
    </w:lvl>
  </w:abstractNum>
  <w:abstractNum w:abstractNumId="19" w15:restartNumberingAfterBreak="0">
    <w:nsid w:val="0E7D7EB9"/>
    <w:multiLevelType w:val="hybridMultilevel"/>
    <w:tmpl w:val="AA12FC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B8569F"/>
    <w:multiLevelType w:val="hybridMultilevel"/>
    <w:tmpl w:val="96EA2036"/>
    <w:lvl w:ilvl="0" w:tplc="1E10C0BC">
      <w:start w:val="1"/>
      <w:numFmt w:val="decimal"/>
      <w:lvlText w:val="%1."/>
      <w:lvlJc w:val="left"/>
      <w:pPr>
        <w:ind w:left="5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0"/>
        <w:szCs w:val="20"/>
        <w:lang w:val="bg-BG" w:eastAsia="en-US" w:bidi="ar-SA"/>
      </w:rPr>
    </w:lvl>
    <w:lvl w:ilvl="1" w:tplc="6E6478FA">
      <w:numFmt w:val="bullet"/>
      <w:lvlText w:val="•"/>
      <w:lvlJc w:val="left"/>
      <w:pPr>
        <w:ind w:left="282" w:hanging="167"/>
      </w:pPr>
      <w:rPr>
        <w:rFonts w:hint="default"/>
        <w:lang w:val="bg-BG" w:eastAsia="en-US" w:bidi="ar-SA"/>
      </w:rPr>
    </w:lvl>
    <w:lvl w:ilvl="2" w:tplc="950A43F6">
      <w:numFmt w:val="bullet"/>
      <w:lvlText w:val="•"/>
      <w:lvlJc w:val="left"/>
      <w:pPr>
        <w:ind w:left="565" w:hanging="167"/>
      </w:pPr>
      <w:rPr>
        <w:rFonts w:hint="default"/>
        <w:lang w:val="bg-BG" w:eastAsia="en-US" w:bidi="ar-SA"/>
      </w:rPr>
    </w:lvl>
    <w:lvl w:ilvl="3" w:tplc="A9A83584">
      <w:numFmt w:val="bullet"/>
      <w:lvlText w:val="•"/>
      <w:lvlJc w:val="left"/>
      <w:pPr>
        <w:ind w:left="847" w:hanging="167"/>
      </w:pPr>
      <w:rPr>
        <w:rFonts w:hint="default"/>
        <w:lang w:val="bg-BG" w:eastAsia="en-US" w:bidi="ar-SA"/>
      </w:rPr>
    </w:lvl>
    <w:lvl w:ilvl="4" w:tplc="7C96F1C4">
      <w:numFmt w:val="bullet"/>
      <w:lvlText w:val="•"/>
      <w:lvlJc w:val="left"/>
      <w:pPr>
        <w:ind w:left="1130" w:hanging="167"/>
      </w:pPr>
      <w:rPr>
        <w:rFonts w:hint="default"/>
        <w:lang w:val="bg-BG" w:eastAsia="en-US" w:bidi="ar-SA"/>
      </w:rPr>
    </w:lvl>
    <w:lvl w:ilvl="5" w:tplc="A6D4B32C">
      <w:numFmt w:val="bullet"/>
      <w:lvlText w:val="•"/>
      <w:lvlJc w:val="left"/>
      <w:pPr>
        <w:ind w:left="1413" w:hanging="167"/>
      </w:pPr>
      <w:rPr>
        <w:rFonts w:hint="default"/>
        <w:lang w:val="bg-BG" w:eastAsia="en-US" w:bidi="ar-SA"/>
      </w:rPr>
    </w:lvl>
    <w:lvl w:ilvl="6" w:tplc="2EC0E844">
      <w:numFmt w:val="bullet"/>
      <w:lvlText w:val="•"/>
      <w:lvlJc w:val="left"/>
      <w:pPr>
        <w:ind w:left="1695" w:hanging="167"/>
      </w:pPr>
      <w:rPr>
        <w:rFonts w:hint="default"/>
        <w:lang w:val="bg-BG" w:eastAsia="en-US" w:bidi="ar-SA"/>
      </w:rPr>
    </w:lvl>
    <w:lvl w:ilvl="7" w:tplc="0FE4DD3E">
      <w:numFmt w:val="bullet"/>
      <w:lvlText w:val="•"/>
      <w:lvlJc w:val="left"/>
      <w:pPr>
        <w:ind w:left="1978" w:hanging="167"/>
      </w:pPr>
      <w:rPr>
        <w:rFonts w:hint="default"/>
        <w:lang w:val="bg-BG" w:eastAsia="en-US" w:bidi="ar-SA"/>
      </w:rPr>
    </w:lvl>
    <w:lvl w:ilvl="8" w:tplc="3000ECF0">
      <w:numFmt w:val="bullet"/>
      <w:lvlText w:val="•"/>
      <w:lvlJc w:val="left"/>
      <w:pPr>
        <w:ind w:left="2261" w:hanging="167"/>
      </w:pPr>
      <w:rPr>
        <w:rFonts w:hint="default"/>
        <w:lang w:val="bg-BG" w:eastAsia="en-US" w:bidi="ar-SA"/>
      </w:rPr>
    </w:lvl>
  </w:abstractNum>
  <w:abstractNum w:abstractNumId="21" w15:restartNumberingAfterBreak="0">
    <w:nsid w:val="12B31923"/>
    <w:multiLevelType w:val="hybridMultilevel"/>
    <w:tmpl w:val="08702DB2"/>
    <w:lvl w:ilvl="0" w:tplc="56BAA038">
      <w:start w:val="1"/>
      <w:numFmt w:val="decimal"/>
      <w:lvlText w:val="%1."/>
      <w:lvlJc w:val="left"/>
      <w:pPr>
        <w:ind w:left="167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F2847BAE">
      <w:numFmt w:val="bullet"/>
      <w:lvlText w:val="•"/>
      <w:lvlJc w:val="left"/>
      <w:pPr>
        <w:ind w:left="497" w:hanging="167"/>
      </w:pPr>
      <w:rPr>
        <w:rFonts w:hint="default"/>
        <w:lang w:val="bg-BG" w:eastAsia="en-US" w:bidi="ar-SA"/>
      </w:rPr>
    </w:lvl>
    <w:lvl w:ilvl="2" w:tplc="377E324E">
      <w:numFmt w:val="bullet"/>
      <w:lvlText w:val="•"/>
      <w:lvlJc w:val="left"/>
      <w:pPr>
        <w:ind w:left="834" w:hanging="167"/>
      </w:pPr>
      <w:rPr>
        <w:rFonts w:hint="default"/>
        <w:lang w:val="bg-BG" w:eastAsia="en-US" w:bidi="ar-SA"/>
      </w:rPr>
    </w:lvl>
    <w:lvl w:ilvl="3" w:tplc="260CFC60">
      <w:numFmt w:val="bullet"/>
      <w:lvlText w:val="•"/>
      <w:lvlJc w:val="left"/>
      <w:pPr>
        <w:ind w:left="1171" w:hanging="167"/>
      </w:pPr>
      <w:rPr>
        <w:rFonts w:hint="default"/>
        <w:lang w:val="bg-BG" w:eastAsia="en-US" w:bidi="ar-SA"/>
      </w:rPr>
    </w:lvl>
    <w:lvl w:ilvl="4" w:tplc="ACE6A534">
      <w:numFmt w:val="bullet"/>
      <w:lvlText w:val="•"/>
      <w:lvlJc w:val="left"/>
      <w:pPr>
        <w:ind w:left="1508" w:hanging="167"/>
      </w:pPr>
      <w:rPr>
        <w:rFonts w:hint="default"/>
        <w:lang w:val="bg-BG" w:eastAsia="en-US" w:bidi="ar-SA"/>
      </w:rPr>
    </w:lvl>
    <w:lvl w:ilvl="5" w:tplc="3C34F772">
      <w:numFmt w:val="bullet"/>
      <w:lvlText w:val="•"/>
      <w:lvlJc w:val="left"/>
      <w:pPr>
        <w:ind w:left="1846" w:hanging="167"/>
      </w:pPr>
      <w:rPr>
        <w:rFonts w:hint="default"/>
        <w:lang w:val="bg-BG" w:eastAsia="en-US" w:bidi="ar-SA"/>
      </w:rPr>
    </w:lvl>
    <w:lvl w:ilvl="6" w:tplc="7DACBBCA">
      <w:numFmt w:val="bullet"/>
      <w:lvlText w:val="•"/>
      <w:lvlJc w:val="left"/>
      <w:pPr>
        <w:ind w:left="2183" w:hanging="167"/>
      </w:pPr>
      <w:rPr>
        <w:rFonts w:hint="default"/>
        <w:lang w:val="bg-BG" w:eastAsia="en-US" w:bidi="ar-SA"/>
      </w:rPr>
    </w:lvl>
    <w:lvl w:ilvl="7" w:tplc="EA72A20C">
      <w:numFmt w:val="bullet"/>
      <w:lvlText w:val="•"/>
      <w:lvlJc w:val="left"/>
      <w:pPr>
        <w:ind w:left="2520" w:hanging="167"/>
      </w:pPr>
      <w:rPr>
        <w:rFonts w:hint="default"/>
        <w:lang w:val="bg-BG" w:eastAsia="en-US" w:bidi="ar-SA"/>
      </w:rPr>
    </w:lvl>
    <w:lvl w:ilvl="8" w:tplc="3D0A2568">
      <w:numFmt w:val="bullet"/>
      <w:lvlText w:val="•"/>
      <w:lvlJc w:val="left"/>
      <w:pPr>
        <w:ind w:left="2857" w:hanging="167"/>
      </w:pPr>
      <w:rPr>
        <w:rFonts w:hint="default"/>
        <w:lang w:val="bg-BG" w:eastAsia="en-US" w:bidi="ar-SA"/>
      </w:rPr>
    </w:lvl>
  </w:abstractNum>
  <w:abstractNum w:abstractNumId="22" w15:restartNumberingAfterBreak="0">
    <w:nsid w:val="155A4B62"/>
    <w:multiLevelType w:val="hybridMultilevel"/>
    <w:tmpl w:val="70306810"/>
    <w:lvl w:ilvl="0" w:tplc="C90694B4">
      <w:start w:val="1"/>
      <w:numFmt w:val="decimal"/>
      <w:lvlText w:val="%1."/>
      <w:lvlJc w:val="left"/>
      <w:pPr>
        <w:ind w:left="165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31A05266">
      <w:numFmt w:val="bullet"/>
      <w:lvlText w:val="•"/>
      <w:lvlJc w:val="left"/>
      <w:pPr>
        <w:ind w:left="412" w:hanging="167"/>
      </w:pPr>
      <w:rPr>
        <w:rFonts w:hint="default"/>
        <w:lang w:val="bg-BG" w:eastAsia="en-US" w:bidi="ar-SA"/>
      </w:rPr>
    </w:lvl>
    <w:lvl w:ilvl="2" w:tplc="A798036A">
      <w:numFmt w:val="bullet"/>
      <w:lvlText w:val="•"/>
      <w:lvlJc w:val="left"/>
      <w:pPr>
        <w:ind w:left="664" w:hanging="167"/>
      </w:pPr>
      <w:rPr>
        <w:rFonts w:hint="default"/>
        <w:lang w:val="bg-BG" w:eastAsia="en-US" w:bidi="ar-SA"/>
      </w:rPr>
    </w:lvl>
    <w:lvl w:ilvl="3" w:tplc="715EBB4C">
      <w:numFmt w:val="bullet"/>
      <w:lvlText w:val="•"/>
      <w:lvlJc w:val="left"/>
      <w:pPr>
        <w:ind w:left="916" w:hanging="167"/>
      </w:pPr>
      <w:rPr>
        <w:rFonts w:hint="default"/>
        <w:lang w:val="bg-BG" w:eastAsia="en-US" w:bidi="ar-SA"/>
      </w:rPr>
    </w:lvl>
    <w:lvl w:ilvl="4" w:tplc="01E4F658">
      <w:numFmt w:val="bullet"/>
      <w:lvlText w:val="•"/>
      <w:lvlJc w:val="left"/>
      <w:pPr>
        <w:ind w:left="1169" w:hanging="167"/>
      </w:pPr>
      <w:rPr>
        <w:rFonts w:hint="default"/>
        <w:lang w:val="bg-BG" w:eastAsia="en-US" w:bidi="ar-SA"/>
      </w:rPr>
    </w:lvl>
    <w:lvl w:ilvl="5" w:tplc="44FABB1E">
      <w:numFmt w:val="bullet"/>
      <w:lvlText w:val="•"/>
      <w:lvlJc w:val="left"/>
      <w:pPr>
        <w:ind w:left="1421" w:hanging="167"/>
      </w:pPr>
      <w:rPr>
        <w:rFonts w:hint="default"/>
        <w:lang w:val="bg-BG" w:eastAsia="en-US" w:bidi="ar-SA"/>
      </w:rPr>
    </w:lvl>
    <w:lvl w:ilvl="6" w:tplc="26EA2C46">
      <w:numFmt w:val="bullet"/>
      <w:lvlText w:val="•"/>
      <w:lvlJc w:val="left"/>
      <w:pPr>
        <w:ind w:left="1673" w:hanging="167"/>
      </w:pPr>
      <w:rPr>
        <w:rFonts w:hint="default"/>
        <w:lang w:val="bg-BG" w:eastAsia="en-US" w:bidi="ar-SA"/>
      </w:rPr>
    </w:lvl>
    <w:lvl w:ilvl="7" w:tplc="D310A1D6">
      <w:numFmt w:val="bullet"/>
      <w:lvlText w:val="•"/>
      <w:lvlJc w:val="left"/>
      <w:pPr>
        <w:ind w:left="1926" w:hanging="167"/>
      </w:pPr>
      <w:rPr>
        <w:rFonts w:hint="default"/>
        <w:lang w:val="bg-BG" w:eastAsia="en-US" w:bidi="ar-SA"/>
      </w:rPr>
    </w:lvl>
    <w:lvl w:ilvl="8" w:tplc="26B8AF56">
      <w:numFmt w:val="bullet"/>
      <w:lvlText w:val="•"/>
      <w:lvlJc w:val="left"/>
      <w:pPr>
        <w:ind w:left="2178" w:hanging="167"/>
      </w:pPr>
      <w:rPr>
        <w:rFonts w:hint="default"/>
        <w:lang w:val="bg-BG" w:eastAsia="en-US" w:bidi="ar-SA"/>
      </w:rPr>
    </w:lvl>
  </w:abstractNum>
  <w:abstractNum w:abstractNumId="23" w15:restartNumberingAfterBreak="0">
    <w:nsid w:val="15D00F31"/>
    <w:multiLevelType w:val="hybridMultilevel"/>
    <w:tmpl w:val="1BB67D58"/>
    <w:lvl w:ilvl="0" w:tplc="341ED0E8">
      <w:start w:val="1"/>
      <w:numFmt w:val="decimal"/>
      <w:lvlText w:val="%1."/>
      <w:lvlJc w:val="left"/>
      <w:pPr>
        <w:ind w:left="-1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CA301C64">
      <w:numFmt w:val="bullet"/>
      <w:lvlText w:val="•"/>
      <w:lvlJc w:val="left"/>
      <w:pPr>
        <w:ind w:left="268" w:hanging="167"/>
      </w:pPr>
      <w:rPr>
        <w:rFonts w:hint="default"/>
        <w:lang w:val="bg-BG" w:eastAsia="en-US" w:bidi="ar-SA"/>
      </w:rPr>
    </w:lvl>
    <w:lvl w:ilvl="2" w:tplc="9B709586">
      <w:numFmt w:val="bullet"/>
      <w:lvlText w:val="•"/>
      <w:lvlJc w:val="left"/>
      <w:pPr>
        <w:ind w:left="536" w:hanging="167"/>
      </w:pPr>
      <w:rPr>
        <w:rFonts w:hint="default"/>
        <w:lang w:val="bg-BG" w:eastAsia="en-US" w:bidi="ar-SA"/>
      </w:rPr>
    </w:lvl>
    <w:lvl w:ilvl="3" w:tplc="A19C5BBA">
      <w:numFmt w:val="bullet"/>
      <w:lvlText w:val="•"/>
      <w:lvlJc w:val="left"/>
      <w:pPr>
        <w:ind w:left="804" w:hanging="167"/>
      </w:pPr>
      <w:rPr>
        <w:rFonts w:hint="default"/>
        <w:lang w:val="bg-BG" w:eastAsia="en-US" w:bidi="ar-SA"/>
      </w:rPr>
    </w:lvl>
    <w:lvl w:ilvl="4" w:tplc="558069DA">
      <w:numFmt w:val="bullet"/>
      <w:lvlText w:val="•"/>
      <w:lvlJc w:val="left"/>
      <w:pPr>
        <w:ind w:left="1073" w:hanging="167"/>
      </w:pPr>
      <w:rPr>
        <w:rFonts w:hint="default"/>
        <w:lang w:val="bg-BG" w:eastAsia="en-US" w:bidi="ar-SA"/>
      </w:rPr>
    </w:lvl>
    <w:lvl w:ilvl="5" w:tplc="45B6C262">
      <w:numFmt w:val="bullet"/>
      <w:lvlText w:val="•"/>
      <w:lvlJc w:val="left"/>
      <w:pPr>
        <w:ind w:left="1341" w:hanging="167"/>
      </w:pPr>
      <w:rPr>
        <w:rFonts w:hint="default"/>
        <w:lang w:val="bg-BG" w:eastAsia="en-US" w:bidi="ar-SA"/>
      </w:rPr>
    </w:lvl>
    <w:lvl w:ilvl="6" w:tplc="9A3A147C">
      <w:numFmt w:val="bullet"/>
      <w:lvlText w:val="•"/>
      <w:lvlJc w:val="left"/>
      <w:pPr>
        <w:ind w:left="1609" w:hanging="167"/>
      </w:pPr>
      <w:rPr>
        <w:rFonts w:hint="default"/>
        <w:lang w:val="bg-BG" w:eastAsia="en-US" w:bidi="ar-SA"/>
      </w:rPr>
    </w:lvl>
    <w:lvl w:ilvl="7" w:tplc="502C2C3A">
      <w:numFmt w:val="bullet"/>
      <w:lvlText w:val="•"/>
      <w:lvlJc w:val="left"/>
      <w:pPr>
        <w:ind w:left="1878" w:hanging="167"/>
      </w:pPr>
      <w:rPr>
        <w:rFonts w:hint="default"/>
        <w:lang w:val="bg-BG" w:eastAsia="en-US" w:bidi="ar-SA"/>
      </w:rPr>
    </w:lvl>
    <w:lvl w:ilvl="8" w:tplc="3B161F82">
      <w:numFmt w:val="bullet"/>
      <w:lvlText w:val="•"/>
      <w:lvlJc w:val="left"/>
      <w:pPr>
        <w:ind w:left="2146" w:hanging="167"/>
      </w:pPr>
      <w:rPr>
        <w:rFonts w:hint="default"/>
        <w:lang w:val="bg-BG" w:eastAsia="en-US" w:bidi="ar-SA"/>
      </w:rPr>
    </w:lvl>
  </w:abstractNum>
  <w:abstractNum w:abstractNumId="24" w15:restartNumberingAfterBreak="0">
    <w:nsid w:val="1ABE1957"/>
    <w:multiLevelType w:val="hybridMultilevel"/>
    <w:tmpl w:val="968E5898"/>
    <w:lvl w:ilvl="0" w:tplc="501234DE">
      <w:start w:val="1"/>
      <w:numFmt w:val="decimal"/>
      <w:lvlText w:val="%1."/>
      <w:lvlJc w:val="left"/>
      <w:pPr>
        <w:ind w:left="165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82EAAF3E">
      <w:numFmt w:val="bullet"/>
      <w:lvlText w:val="•"/>
      <w:lvlJc w:val="left"/>
      <w:pPr>
        <w:ind w:left="412" w:hanging="167"/>
      </w:pPr>
      <w:rPr>
        <w:rFonts w:hint="default"/>
        <w:lang w:val="bg-BG" w:eastAsia="en-US" w:bidi="ar-SA"/>
      </w:rPr>
    </w:lvl>
    <w:lvl w:ilvl="2" w:tplc="65889698">
      <w:numFmt w:val="bullet"/>
      <w:lvlText w:val="•"/>
      <w:lvlJc w:val="left"/>
      <w:pPr>
        <w:ind w:left="664" w:hanging="167"/>
      </w:pPr>
      <w:rPr>
        <w:rFonts w:hint="default"/>
        <w:lang w:val="bg-BG" w:eastAsia="en-US" w:bidi="ar-SA"/>
      </w:rPr>
    </w:lvl>
    <w:lvl w:ilvl="3" w:tplc="E66ED04A">
      <w:numFmt w:val="bullet"/>
      <w:lvlText w:val="•"/>
      <w:lvlJc w:val="left"/>
      <w:pPr>
        <w:ind w:left="916" w:hanging="167"/>
      </w:pPr>
      <w:rPr>
        <w:rFonts w:hint="default"/>
        <w:lang w:val="bg-BG" w:eastAsia="en-US" w:bidi="ar-SA"/>
      </w:rPr>
    </w:lvl>
    <w:lvl w:ilvl="4" w:tplc="578ACC74">
      <w:numFmt w:val="bullet"/>
      <w:lvlText w:val="•"/>
      <w:lvlJc w:val="left"/>
      <w:pPr>
        <w:ind w:left="1169" w:hanging="167"/>
      </w:pPr>
      <w:rPr>
        <w:rFonts w:hint="default"/>
        <w:lang w:val="bg-BG" w:eastAsia="en-US" w:bidi="ar-SA"/>
      </w:rPr>
    </w:lvl>
    <w:lvl w:ilvl="5" w:tplc="2280D34C">
      <w:numFmt w:val="bullet"/>
      <w:lvlText w:val="•"/>
      <w:lvlJc w:val="left"/>
      <w:pPr>
        <w:ind w:left="1421" w:hanging="167"/>
      </w:pPr>
      <w:rPr>
        <w:rFonts w:hint="default"/>
        <w:lang w:val="bg-BG" w:eastAsia="en-US" w:bidi="ar-SA"/>
      </w:rPr>
    </w:lvl>
    <w:lvl w:ilvl="6" w:tplc="9AE009DE">
      <w:numFmt w:val="bullet"/>
      <w:lvlText w:val="•"/>
      <w:lvlJc w:val="left"/>
      <w:pPr>
        <w:ind w:left="1673" w:hanging="167"/>
      </w:pPr>
      <w:rPr>
        <w:rFonts w:hint="default"/>
        <w:lang w:val="bg-BG" w:eastAsia="en-US" w:bidi="ar-SA"/>
      </w:rPr>
    </w:lvl>
    <w:lvl w:ilvl="7" w:tplc="0062E8EC">
      <w:numFmt w:val="bullet"/>
      <w:lvlText w:val="•"/>
      <w:lvlJc w:val="left"/>
      <w:pPr>
        <w:ind w:left="1926" w:hanging="167"/>
      </w:pPr>
      <w:rPr>
        <w:rFonts w:hint="default"/>
        <w:lang w:val="bg-BG" w:eastAsia="en-US" w:bidi="ar-SA"/>
      </w:rPr>
    </w:lvl>
    <w:lvl w:ilvl="8" w:tplc="6C24412A">
      <w:numFmt w:val="bullet"/>
      <w:lvlText w:val="•"/>
      <w:lvlJc w:val="left"/>
      <w:pPr>
        <w:ind w:left="2178" w:hanging="167"/>
      </w:pPr>
      <w:rPr>
        <w:rFonts w:hint="default"/>
        <w:lang w:val="bg-BG" w:eastAsia="en-US" w:bidi="ar-SA"/>
      </w:rPr>
    </w:lvl>
  </w:abstractNum>
  <w:abstractNum w:abstractNumId="25" w15:restartNumberingAfterBreak="0">
    <w:nsid w:val="1AE162E0"/>
    <w:multiLevelType w:val="hybridMultilevel"/>
    <w:tmpl w:val="E3CA5F20"/>
    <w:lvl w:ilvl="0" w:tplc="C18E1B82">
      <w:start w:val="1"/>
      <w:numFmt w:val="decimal"/>
      <w:lvlText w:val="%1."/>
      <w:lvlJc w:val="left"/>
      <w:pPr>
        <w:ind w:left="2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892E3458">
      <w:numFmt w:val="bullet"/>
      <w:lvlText w:val="•"/>
      <w:lvlJc w:val="left"/>
      <w:pPr>
        <w:ind w:left="282" w:hanging="167"/>
      </w:pPr>
      <w:rPr>
        <w:rFonts w:hint="default"/>
        <w:lang w:val="bg-BG" w:eastAsia="en-US" w:bidi="ar-SA"/>
      </w:rPr>
    </w:lvl>
    <w:lvl w:ilvl="2" w:tplc="8FC4E092">
      <w:numFmt w:val="bullet"/>
      <w:lvlText w:val="•"/>
      <w:lvlJc w:val="left"/>
      <w:pPr>
        <w:ind w:left="565" w:hanging="167"/>
      </w:pPr>
      <w:rPr>
        <w:rFonts w:hint="default"/>
        <w:lang w:val="bg-BG" w:eastAsia="en-US" w:bidi="ar-SA"/>
      </w:rPr>
    </w:lvl>
    <w:lvl w:ilvl="3" w:tplc="EBF84A66">
      <w:numFmt w:val="bullet"/>
      <w:lvlText w:val="•"/>
      <w:lvlJc w:val="left"/>
      <w:pPr>
        <w:ind w:left="847" w:hanging="167"/>
      </w:pPr>
      <w:rPr>
        <w:rFonts w:hint="default"/>
        <w:lang w:val="bg-BG" w:eastAsia="en-US" w:bidi="ar-SA"/>
      </w:rPr>
    </w:lvl>
    <w:lvl w:ilvl="4" w:tplc="BD0885FC">
      <w:numFmt w:val="bullet"/>
      <w:lvlText w:val="•"/>
      <w:lvlJc w:val="left"/>
      <w:pPr>
        <w:ind w:left="1130" w:hanging="167"/>
      </w:pPr>
      <w:rPr>
        <w:rFonts w:hint="default"/>
        <w:lang w:val="bg-BG" w:eastAsia="en-US" w:bidi="ar-SA"/>
      </w:rPr>
    </w:lvl>
    <w:lvl w:ilvl="5" w:tplc="74C2C408">
      <w:numFmt w:val="bullet"/>
      <w:lvlText w:val="•"/>
      <w:lvlJc w:val="left"/>
      <w:pPr>
        <w:ind w:left="1413" w:hanging="167"/>
      </w:pPr>
      <w:rPr>
        <w:rFonts w:hint="default"/>
        <w:lang w:val="bg-BG" w:eastAsia="en-US" w:bidi="ar-SA"/>
      </w:rPr>
    </w:lvl>
    <w:lvl w:ilvl="6" w:tplc="1270C682">
      <w:numFmt w:val="bullet"/>
      <w:lvlText w:val="•"/>
      <w:lvlJc w:val="left"/>
      <w:pPr>
        <w:ind w:left="1695" w:hanging="167"/>
      </w:pPr>
      <w:rPr>
        <w:rFonts w:hint="default"/>
        <w:lang w:val="bg-BG" w:eastAsia="en-US" w:bidi="ar-SA"/>
      </w:rPr>
    </w:lvl>
    <w:lvl w:ilvl="7" w:tplc="15608456">
      <w:numFmt w:val="bullet"/>
      <w:lvlText w:val="•"/>
      <w:lvlJc w:val="left"/>
      <w:pPr>
        <w:ind w:left="1978" w:hanging="167"/>
      </w:pPr>
      <w:rPr>
        <w:rFonts w:hint="default"/>
        <w:lang w:val="bg-BG" w:eastAsia="en-US" w:bidi="ar-SA"/>
      </w:rPr>
    </w:lvl>
    <w:lvl w:ilvl="8" w:tplc="3F46C3E2">
      <w:numFmt w:val="bullet"/>
      <w:lvlText w:val="•"/>
      <w:lvlJc w:val="left"/>
      <w:pPr>
        <w:ind w:left="2261" w:hanging="167"/>
      </w:pPr>
      <w:rPr>
        <w:rFonts w:hint="default"/>
        <w:lang w:val="bg-BG" w:eastAsia="en-US" w:bidi="ar-SA"/>
      </w:rPr>
    </w:lvl>
  </w:abstractNum>
  <w:abstractNum w:abstractNumId="26" w15:restartNumberingAfterBreak="0">
    <w:nsid w:val="1B512093"/>
    <w:multiLevelType w:val="hybridMultilevel"/>
    <w:tmpl w:val="A044BEE6"/>
    <w:lvl w:ilvl="0" w:tplc="0D0E47E4">
      <w:start w:val="1"/>
      <w:numFmt w:val="decimal"/>
      <w:lvlText w:val="%1."/>
      <w:lvlJc w:val="left"/>
      <w:pPr>
        <w:ind w:left="714" w:hanging="54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5B24C9A0">
      <w:numFmt w:val="bullet"/>
      <w:lvlText w:val="•"/>
      <w:lvlJc w:val="left"/>
      <w:pPr>
        <w:ind w:left="944" w:hanging="548"/>
      </w:pPr>
      <w:rPr>
        <w:rFonts w:hint="default"/>
        <w:lang w:val="bg-BG" w:eastAsia="en-US" w:bidi="ar-SA"/>
      </w:rPr>
    </w:lvl>
    <w:lvl w:ilvl="2" w:tplc="A5AA06B0">
      <w:numFmt w:val="bullet"/>
      <w:lvlText w:val="•"/>
      <w:lvlJc w:val="left"/>
      <w:pPr>
        <w:ind w:left="1169" w:hanging="548"/>
      </w:pPr>
      <w:rPr>
        <w:rFonts w:hint="default"/>
        <w:lang w:val="bg-BG" w:eastAsia="en-US" w:bidi="ar-SA"/>
      </w:rPr>
    </w:lvl>
    <w:lvl w:ilvl="3" w:tplc="DADCDAE0">
      <w:numFmt w:val="bullet"/>
      <w:lvlText w:val="•"/>
      <w:lvlJc w:val="left"/>
      <w:pPr>
        <w:ind w:left="1393" w:hanging="548"/>
      </w:pPr>
      <w:rPr>
        <w:rFonts w:hint="default"/>
        <w:lang w:val="bg-BG" w:eastAsia="en-US" w:bidi="ar-SA"/>
      </w:rPr>
    </w:lvl>
    <w:lvl w:ilvl="4" w:tplc="6A0238FE">
      <w:numFmt w:val="bullet"/>
      <w:lvlText w:val="•"/>
      <w:lvlJc w:val="left"/>
      <w:pPr>
        <w:ind w:left="1618" w:hanging="548"/>
      </w:pPr>
      <w:rPr>
        <w:rFonts w:hint="default"/>
        <w:lang w:val="bg-BG" w:eastAsia="en-US" w:bidi="ar-SA"/>
      </w:rPr>
    </w:lvl>
    <w:lvl w:ilvl="5" w:tplc="FAAAF9FC">
      <w:numFmt w:val="bullet"/>
      <w:lvlText w:val="•"/>
      <w:lvlJc w:val="left"/>
      <w:pPr>
        <w:ind w:left="1843" w:hanging="548"/>
      </w:pPr>
      <w:rPr>
        <w:rFonts w:hint="default"/>
        <w:lang w:val="bg-BG" w:eastAsia="en-US" w:bidi="ar-SA"/>
      </w:rPr>
    </w:lvl>
    <w:lvl w:ilvl="6" w:tplc="FCC841EA">
      <w:numFmt w:val="bullet"/>
      <w:lvlText w:val="•"/>
      <w:lvlJc w:val="left"/>
      <w:pPr>
        <w:ind w:left="2067" w:hanging="548"/>
      </w:pPr>
      <w:rPr>
        <w:rFonts w:hint="default"/>
        <w:lang w:val="bg-BG" w:eastAsia="en-US" w:bidi="ar-SA"/>
      </w:rPr>
    </w:lvl>
    <w:lvl w:ilvl="7" w:tplc="FA58B62E">
      <w:numFmt w:val="bullet"/>
      <w:lvlText w:val="•"/>
      <w:lvlJc w:val="left"/>
      <w:pPr>
        <w:ind w:left="2292" w:hanging="548"/>
      </w:pPr>
      <w:rPr>
        <w:rFonts w:hint="default"/>
        <w:lang w:val="bg-BG" w:eastAsia="en-US" w:bidi="ar-SA"/>
      </w:rPr>
    </w:lvl>
    <w:lvl w:ilvl="8" w:tplc="9FDC2324">
      <w:numFmt w:val="bullet"/>
      <w:lvlText w:val="•"/>
      <w:lvlJc w:val="left"/>
      <w:pPr>
        <w:ind w:left="2516" w:hanging="548"/>
      </w:pPr>
      <w:rPr>
        <w:rFonts w:hint="default"/>
        <w:lang w:val="bg-BG" w:eastAsia="en-US" w:bidi="ar-SA"/>
      </w:rPr>
    </w:lvl>
  </w:abstractNum>
  <w:abstractNum w:abstractNumId="27" w15:restartNumberingAfterBreak="0">
    <w:nsid w:val="1BE43856"/>
    <w:multiLevelType w:val="hybridMultilevel"/>
    <w:tmpl w:val="D4EABBF6"/>
    <w:lvl w:ilvl="0" w:tplc="6150B184">
      <w:start w:val="1"/>
      <w:numFmt w:val="decimal"/>
      <w:lvlText w:val="%1."/>
      <w:lvlJc w:val="left"/>
      <w:pPr>
        <w:ind w:left="165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9C560EE0">
      <w:numFmt w:val="bullet"/>
      <w:lvlText w:val="•"/>
      <w:lvlJc w:val="left"/>
      <w:pPr>
        <w:ind w:left="369" w:hanging="167"/>
      </w:pPr>
      <w:rPr>
        <w:rFonts w:hint="default"/>
        <w:lang w:val="bg-BG" w:eastAsia="en-US" w:bidi="ar-SA"/>
      </w:rPr>
    </w:lvl>
    <w:lvl w:ilvl="2" w:tplc="269EECEA">
      <w:numFmt w:val="bullet"/>
      <w:lvlText w:val="•"/>
      <w:lvlJc w:val="left"/>
      <w:pPr>
        <w:ind w:left="579" w:hanging="167"/>
      </w:pPr>
      <w:rPr>
        <w:rFonts w:hint="default"/>
        <w:lang w:val="bg-BG" w:eastAsia="en-US" w:bidi="ar-SA"/>
      </w:rPr>
    </w:lvl>
    <w:lvl w:ilvl="3" w:tplc="76CC14C2">
      <w:numFmt w:val="bullet"/>
      <w:lvlText w:val="•"/>
      <w:lvlJc w:val="left"/>
      <w:pPr>
        <w:ind w:left="788" w:hanging="167"/>
      </w:pPr>
      <w:rPr>
        <w:rFonts w:hint="default"/>
        <w:lang w:val="bg-BG" w:eastAsia="en-US" w:bidi="ar-SA"/>
      </w:rPr>
    </w:lvl>
    <w:lvl w:ilvl="4" w:tplc="A67A3B64">
      <w:numFmt w:val="bullet"/>
      <w:lvlText w:val="•"/>
      <w:lvlJc w:val="left"/>
      <w:pPr>
        <w:ind w:left="998" w:hanging="167"/>
      </w:pPr>
      <w:rPr>
        <w:rFonts w:hint="default"/>
        <w:lang w:val="bg-BG" w:eastAsia="en-US" w:bidi="ar-SA"/>
      </w:rPr>
    </w:lvl>
    <w:lvl w:ilvl="5" w:tplc="B9C07FBA">
      <w:numFmt w:val="bullet"/>
      <w:lvlText w:val="•"/>
      <w:lvlJc w:val="left"/>
      <w:pPr>
        <w:ind w:left="1207" w:hanging="167"/>
      </w:pPr>
      <w:rPr>
        <w:rFonts w:hint="default"/>
        <w:lang w:val="bg-BG" w:eastAsia="en-US" w:bidi="ar-SA"/>
      </w:rPr>
    </w:lvl>
    <w:lvl w:ilvl="6" w:tplc="A724A476">
      <w:numFmt w:val="bullet"/>
      <w:lvlText w:val="•"/>
      <w:lvlJc w:val="left"/>
      <w:pPr>
        <w:ind w:left="1417" w:hanging="167"/>
      </w:pPr>
      <w:rPr>
        <w:rFonts w:hint="default"/>
        <w:lang w:val="bg-BG" w:eastAsia="en-US" w:bidi="ar-SA"/>
      </w:rPr>
    </w:lvl>
    <w:lvl w:ilvl="7" w:tplc="DC2AE5CA">
      <w:numFmt w:val="bullet"/>
      <w:lvlText w:val="•"/>
      <w:lvlJc w:val="left"/>
      <w:pPr>
        <w:ind w:left="1626" w:hanging="167"/>
      </w:pPr>
      <w:rPr>
        <w:rFonts w:hint="default"/>
        <w:lang w:val="bg-BG" w:eastAsia="en-US" w:bidi="ar-SA"/>
      </w:rPr>
    </w:lvl>
    <w:lvl w:ilvl="8" w:tplc="FE443752">
      <w:numFmt w:val="bullet"/>
      <w:lvlText w:val="•"/>
      <w:lvlJc w:val="left"/>
      <w:pPr>
        <w:ind w:left="1836" w:hanging="167"/>
      </w:pPr>
      <w:rPr>
        <w:rFonts w:hint="default"/>
        <w:lang w:val="bg-BG" w:eastAsia="en-US" w:bidi="ar-SA"/>
      </w:rPr>
    </w:lvl>
  </w:abstractNum>
  <w:abstractNum w:abstractNumId="28" w15:restartNumberingAfterBreak="0">
    <w:nsid w:val="212D61C1"/>
    <w:multiLevelType w:val="hybridMultilevel"/>
    <w:tmpl w:val="032065FC"/>
    <w:lvl w:ilvl="0" w:tplc="CBACFEE0">
      <w:start w:val="1"/>
      <w:numFmt w:val="decimal"/>
      <w:lvlText w:val="%1."/>
      <w:lvlJc w:val="left"/>
      <w:pPr>
        <w:ind w:left="350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9C4ED2D6">
      <w:numFmt w:val="bullet"/>
      <w:lvlText w:val="•"/>
      <w:lvlJc w:val="left"/>
      <w:pPr>
        <w:ind w:left="578" w:hanging="360"/>
      </w:pPr>
      <w:rPr>
        <w:rFonts w:hint="default"/>
        <w:lang w:val="bg-BG" w:eastAsia="en-US" w:bidi="ar-SA"/>
      </w:rPr>
    </w:lvl>
    <w:lvl w:ilvl="2" w:tplc="FCAE61B4">
      <w:numFmt w:val="bullet"/>
      <w:lvlText w:val="•"/>
      <w:lvlJc w:val="left"/>
      <w:pPr>
        <w:ind w:left="796" w:hanging="360"/>
      </w:pPr>
      <w:rPr>
        <w:rFonts w:hint="default"/>
        <w:lang w:val="bg-BG" w:eastAsia="en-US" w:bidi="ar-SA"/>
      </w:rPr>
    </w:lvl>
    <w:lvl w:ilvl="3" w:tplc="C0645938">
      <w:numFmt w:val="bullet"/>
      <w:lvlText w:val="•"/>
      <w:lvlJc w:val="left"/>
      <w:pPr>
        <w:ind w:left="1014" w:hanging="360"/>
      </w:pPr>
      <w:rPr>
        <w:rFonts w:hint="default"/>
        <w:lang w:val="bg-BG" w:eastAsia="en-US" w:bidi="ar-SA"/>
      </w:rPr>
    </w:lvl>
    <w:lvl w:ilvl="4" w:tplc="42D2DD76">
      <w:numFmt w:val="bullet"/>
      <w:lvlText w:val="•"/>
      <w:lvlJc w:val="left"/>
      <w:pPr>
        <w:ind w:left="1232" w:hanging="360"/>
      </w:pPr>
      <w:rPr>
        <w:rFonts w:hint="default"/>
        <w:lang w:val="bg-BG" w:eastAsia="en-US" w:bidi="ar-SA"/>
      </w:rPr>
    </w:lvl>
    <w:lvl w:ilvl="5" w:tplc="A87AC376">
      <w:numFmt w:val="bullet"/>
      <w:lvlText w:val="•"/>
      <w:lvlJc w:val="left"/>
      <w:pPr>
        <w:ind w:left="1450" w:hanging="360"/>
      </w:pPr>
      <w:rPr>
        <w:rFonts w:hint="default"/>
        <w:lang w:val="bg-BG" w:eastAsia="en-US" w:bidi="ar-SA"/>
      </w:rPr>
    </w:lvl>
    <w:lvl w:ilvl="6" w:tplc="3B1E6176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7" w:tplc="4ABCA768">
      <w:numFmt w:val="bullet"/>
      <w:lvlText w:val="•"/>
      <w:lvlJc w:val="left"/>
      <w:pPr>
        <w:ind w:left="1886" w:hanging="360"/>
      </w:pPr>
      <w:rPr>
        <w:rFonts w:hint="default"/>
        <w:lang w:val="bg-BG" w:eastAsia="en-US" w:bidi="ar-SA"/>
      </w:rPr>
    </w:lvl>
    <w:lvl w:ilvl="8" w:tplc="B1B88910">
      <w:numFmt w:val="bullet"/>
      <w:lvlText w:val="•"/>
      <w:lvlJc w:val="left"/>
      <w:pPr>
        <w:ind w:left="2104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243A76C8"/>
    <w:multiLevelType w:val="hybridMultilevel"/>
    <w:tmpl w:val="55DAEBB2"/>
    <w:lvl w:ilvl="0" w:tplc="88EEB8C6">
      <w:start w:val="1"/>
      <w:numFmt w:val="decimal"/>
      <w:lvlText w:val="%1."/>
      <w:lvlJc w:val="left"/>
      <w:pPr>
        <w:ind w:left="213" w:hanging="22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102CADC2">
      <w:numFmt w:val="bullet"/>
      <w:lvlText w:val="•"/>
      <w:lvlJc w:val="left"/>
      <w:pPr>
        <w:ind w:left="437" w:hanging="224"/>
      </w:pPr>
      <w:rPr>
        <w:rFonts w:hint="default"/>
        <w:lang w:val="bg-BG" w:eastAsia="en-US" w:bidi="ar-SA"/>
      </w:rPr>
    </w:lvl>
    <w:lvl w:ilvl="2" w:tplc="72F6D868">
      <w:numFmt w:val="bullet"/>
      <w:lvlText w:val="•"/>
      <w:lvlJc w:val="left"/>
      <w:pPr>
        <w:ind w:left="655" w:hanging="224"/>
      </w:pPr>
      <w:rPr>
        <w:rFonts w:hint="default"/>
        <w:lang w:val="bg-BG" w:eastAsia="en-US" w:bidi="ar-SA"/>
      </w:rPr>
    </w:lvl>
    <w:lvl w:ilvl="3" w:tplc="A3B0364E">
      <w:numFmt w:val="bullet"/>
      <w:lvlText w:val="•"/>
      <w:lvlJc w:val="left"/>
      <w:pPr>
        <w:ind w:left="872" w:hanging="224"/>
      </w:pPr>
      <w:rPr>
        <w:rFonts w:hint="default"/>
        <w:lang w:val="bg-BG" w:eastAsia="en-US" w:bidi="ar-SA"/>
      </w:rPr>
    </w:lvl>
    <w:lvl w:ilvl="4" w:tplc="AA04C7C2">
      <w:numFmt w:val="bullet"/>
      <w:lvlText w:val="•"/>
      <w:lvlJc w:val="left"/>
      <w:pPr>
        <w:ind w:left="1090" w:hanging="224"/>
      </w:pPr>
      <w:rPr>
        <w:rFonts w:hint="default"/>
        <w:lang w:val="bg-BG" w:eastAsia="en-US" w:bidi="ar-SA"/>
      </w:rPr>
    </w:lvl>
    <w:lvl w:ilvl="5" w:tplc="DED424A6">
      <w:numFmt w:val="bullet"/>
      <w:lvlText w:val="•"/>
      <w:lvlJc w:val="left"/>
      <w:pPr>
        <w:ind w:left="1308" w:hanging="224"/>
      </w:pPr>
      <w:rPr>
        <w:rFonts w:hint="default"/>
        <w:lang w:val="bg-BG" w:eastAsia="en-US" w:bidi="ar-SA"/>
      </w:rPr>
    </w:lvl>
    <w:lvl w:ilvl="6" w:tplc="3CFAB938">
      <w:numFmt w:val="bullet"/>
      <w:lvlText w:val="•"/>
      <w:lvlJc w:val="left"/>
      <w:pPr>
        <w:ind w:left="1525" w:hanging="224"/>
      </w:pPr>
      <w:rPr>
        <w:rFonts w:hint="default"/>
        <w:lang w:val="bg-BG" w:eastAsia="en-US" w:bidi="ar-SA"/>
      </w:rPr>
    </w:lvl>
    <w:lvl w:ilvl="7" w:tplc="40A44336">
      <w:numFmt w:val="bullet"/>
      <w:lvlText w:val="•"/>
      <w:lvlJc w:val="left"/>
      <w:pPr>
        <w:ind w:left="1743" w:hanging="224"/>
      </w:pPr>
      <w:rPr>
        <w:rFonts w:hint="default"/>
        <w:lang w:val="bg-BG" w:eastAsia="en-US" w:bidi="ar-SA"/>
      </w:rPr>
    </w:lvl>
    <w:lvl w:ilvl="8" w:tplc="FAD20C1E">
      <w:numFmt w:val="bullet"/>
      <w:lvlText w:val="•"/>
      <w:lvlJc w:val="left"/>
      <w:pPr>
        <w:ind w:left="1961" w:hanging="224"/>
      </w:pPr>
      <w:rPr>
        <w:rFonts w:hint="default"/>
        <w:lang w:val="bg-BG" w:eastAsia="en-US" w:bidi="ar-SA"/>
      </w:rPr>
    </w:lvl>
  </w:abstractNum>
  <w:abstractNum w:abstractNumId="30" w15:restartNumberingAfterBreak="0">
    <w:nsid w:val="298B61BB"/>
    <w:multiLevelType w:val="hybridMultilevel"/>
    <w:tmpl w:val="307C4EE8"/>
    <w:lvl w:ilvl="0" w:tplc="8DB03DA0">
      <w:start w:val="1"/>
      <w:numFmt w:val="decimal"/>
      <w:lvlText w:val="%1."/>
      <w:lvlJc w:val="left"/>
      <w:pPr>
        <w:ind w:left="-1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AEC08FD8">
      <w:numFmt w:val="bullet"/>
      <w:lvlText w:val="•"/>
      <w:lvlJc w:val="left"/>
      <w:pPr>
        <w:ind w:left="225" w:hanging="167"/>
      </w:pPr>
      <w:rPr>
        <w:rFonts w:hint="default"/>
        <w:lang w:val="bg-BG" w:eastAsia="en-US" w:bidi="ar-SA"/>
      </w:rPr>
    </w:lvl>
    <w:lvl w:ilvl="2" w:tplc="B9A43B0A">
      <w:numFmt w:val="bullet"/>
      <w:lvlText w:val="•"/>
      <w:lvlJc w:val="left"/>
      <w:pPr>
        <w:ind w:left="451" w:hanging="167"/>
      </w:pPr>
      <w:rPr>
        <w:rFonts w:hint="default"/>
        <w:lang w:val="bg-BG" w:eastAsia="en-US" w:bidi="ar-SA"/>
      </w:rPr>
    </w:lvl>
    <w:lvl w:ilvl="3" w:tplc="5C6E5CFA">
      <w:numFmt w:val="bullet"/>
      <w:lvlText w:val="•"/>
      <w:lvlJc w:val="left"/>
      <w:pPr>
        <w:ind w:left="676" w:hanging="167"/>
      </w:pPr>
      <w:rPr>
        <w:rFonts w:hint="default"/>
        <w:lang w:val="bg-BG" w:eastAsia="en-US" w:bidi="ar-SA"/>
      </w:rPr>
    </w:lvl>
    <w:lvl w:ilvl="4" w:tplc="4EC4483A">
      <w:numFmt w:val="bullet"/>
      <w:lvlText w:val="•"/>
      <w:lvlJc w:val="left"/>
      <w:pPr>
        <w:ind w:left="902" w:hanging="167"/>
      </w:pPr>
      <w:rPr>
        <w:rFonts w:hint="default"/>
        <w:lang w:val="bg-BG" w:eastAsia="en-US" w:bidi="ar-SA"/>
      </w:rPr>
    </w:lvl>
    <w:lvl w:ilvl="5" w:tplc="4F700C3A">
      <w:numFmt w:val="bullet"/>
      <w:lvlText w:val="•"/>
      <w:lvlJc w:val="left"/>
      <w:pPr>
        <w:ind w:left="1127" w:hanging="167"/>
      </w:pPr>
      <w:rPr>
        <w:rFonts w:hint="default"/>
        <w:lang w:val="bg-BG" w:eastAsia="en-US" w:bidi="ar-SA"/>
      </w:rPr>
    </w:lvl>
    <w:lvl w:ilvl="6" w:tplc="4FE6A9E6">
      <w:numFmt w:val="bullet"/>
      <w:lvlText w:val="•"/>
      <w:lvlJc w:val="left"/>
      <w:pPr>
        <w:ind w:left="1353" w:hanging="167"/>
      </w:pPr>
      <w:rPr>
        <w:rFonts w:hint="default"/>
        <w:lang w:val="bg-BG" w:eastAsia="en-US" w:bidi="ar-SA"/>
      </w:rPr>
    </w:lvl>
    <w:lvl w:ilvl="7" w:tplc="47E215A0">
      <w:numFmt w:val="bullet"/>
      <w:lvlText w:val="•"/>
      <w:lvlJc w:val="left"/>
      <w:pPr>
        <w:ind w:left="1578" w:hanging="167"/>
      </w:pPr>
      <w:rPr>
        <w:rFonts w:hint="default"/>
        <w:lang w:val="bg-BG" w:eastAsia="en-US" w:bidi="ar-SA"/>
      </w:rPr>
    </w:lvl>
    <w:lvl w:ilvl="8" w:tplc="E8D0FA1E">
      <w:numFmt w:val="bullet"/>
      <w:lvlText w:val="•"/>
      <w:lvlJc w:val="left"/>
      <w:pPr>
        <w:ind w:left="1804" w:hanging="167"/>
      </w:pPr>
      <w:rPr>
        <w:rFonts w:hint="default"/>
        <w:lang w:val="bg-BG" w:eastAsia="en-US" w:bidi="ar-SA"/>
      </w:rPr>
    </w:lvl>
  </w:abstractNum>
  <w:abstractNum w:abstractNumId="31" w15:restartNumberingAfterBreak="0">
    <w:nsid w:val="2B755444"/>
    <w:multiLevelType w:val="hybridMultilevel"/>
    <w:tmpl w:val="ED5A1498"/>
    <w:lvl w:ilvl="0" w:tplc="6A329F4E">
      <w:start w:val="1"/>
      <w:numFmt w:val="decimal"/>
      <w:lvlText w:val="%1."/>
      <w:lvlJc w:val="left"/>
      <w:pPr>
        <w:ind w:left="216" w:hanging="22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EA0ED984">
      <w:numFmt w:val="bullet"/>
      <w:lvlText w:val="•"/>
      <w:lvlJc w:val="left"/>
      <w:pPr>
        <w:ind w:left="480" w:hanging="224"/>
      </w:pPr>
      <w:rPr>
        <w:rFonts w:hint="default"/>
        <w:lang w:val="bg-BG" w:eastAsia="en-US" w:bidi="ar-SA"/>
      </w:rPr>
    </w:lvl>
    <w:lvl w:ilvl="2" w:tplc="4CF0F970">
      <w:numFmt w:val="bullet"/>
      <w:lvlText w:val="•"/>
      <w:lvlJc w:val="left"/>
      <w:pPr>
        <w:ind w:left="741" w:hanging="224"/>
      </w:pPr>
      <w:rPr>
        <w:rFonts w:hint="default"/>
        <w:lang w:val="bg-BG" w:eastAsia="en-US" w:bidi="ar-SA"/>
      </w:rPr>
    </w:lvl>
    <w:lvl w:ilvl="3" w:tplc="FC1C532C">
      <w:numFmt w:val="bullet"/>
      <w:lvlText w:val="•"/>
      <w:lvlJc w:val="left"/>
      <w:pPr>
        <w:ind w:left="1001" w:hanging="224"/>
      </w:pPr>
      <w:rPr>
        <w:rFonts w:hint="default"/>
        <w:lang w:val="bg-BG" w:eastAsia="en-US" w:bidi="ar-SA"/>
      </w:rPr>
    </w:lvl>
    <w:lvl w:ilvl="4" w:tplc="5204B4FA">
      <w:numFmt w:val="bullet"/>
      <w:lvlText w:val="•"/>
      <w:lvlJc w:val="left"/>
      <w:pPr>
        <w:ind w:left="1262" w:hanging="224"/>
      </w:pPr>
      <w:rPr>
        <w:rFonts w:hint="default"/>
        <w:lang w:val="bg-BG" w:eastAsia="en-US" w:bidi="ar-SA"/>
      </w:rPr>
    </w:lvl>
    <w:lvl w:ilvl="5" w:tplc="733E83A6">
      <w:numFmt w:val="bullet"/>
      <w:lvlText w:val="•"/>
      <w:lvlJc w:val="left"/>
      <w:pPr>
        <w:ind w:left="1523" w:hanging="224"/>
      </w:pPr>
      <w:rPr>
        <w:rFonts w:hint="default"/>
        <w:lang w:val="bg-BG" w:eastAsia="en-US" w:bidi="ar-SA"/>
      </w:rPr>
    </w:lvl>
    <w:lvl w:ilvl="6" w:tplc="15DAC0EA">
      <w:numFmt w:val="bullet"/>
      <w:lvlText w:val="•"/>
      <w:lvlJc w:val="left"/>
      <w:pPr>
        <w:ind w:left="1783" w:hanging="224"/>
      </w:pPr>
      <w:rPr>
        <w:rFonts w:hint="default"/>
        <w:lang w:val="bg-BG" w:eastAsia="en-US" w:bidi="ar-SA"/>
      </w:rPr>
    </w:lvl>
    <w:lvl w:ilvl="7" w:tplc="4A12E7B6">
      <w:numFmt w:val="bullet"/>
      <w:lvlText w:val="•"/>
      <w:lvlJc w:val="left"/>
      <w:pPr>
        <w:ind w:left="2044" w:hanging="224"/>
      </w:pPr>
      <w:rPr>
        <w:rFonts w:hint="default"/>
        <w:lang w:val="bg-BG" w:eastAsia="en-US" w:bidi="ar-SA"/>
      </w:rPr>
    </w:lvl>
    <w:lvl w:ilvl="8" w:tplc="E9DC28FA">
      <w:numFmt w:val="bullet"/>
      <w:lvlText w:val="•"/>
      <w:lvlJc w:val="left"/>
      <w:pPr>
        <w:ind w:left="2305" w:hanging="224"/>
      </w:pPr>
      <w:rPr>
        <w:rFonts w:hint="default"/>
        <w:lang w:val="bg-BG" w:eastAsia="en-US" w:bidi="ar-SA"/>
      </w:rPr>
    </w:lvl>
  </w:abstractNum>
  <w:abstractNum w:abstractNumId="32" w15:restartNumberingAfterBreak="0">
    <w:nsid w:val="309D31A2"/>
    <w:multiLevelType w:val="hybridMultilevel"/>
    <w:tmpl w:val="9F10AC22"/>
    <w:lvl w:ilvl="0" w:tplc="2B42DB66">
      <w:start w:val="1"/>
      <w:numFmt w:val="decimal"/>
      <w:lvlText w:val="%1."/>
      <w:lvlJc w:val="left"/>
      <w:pPr>
        <w:ind w:left="281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7A26A43C">
      <w:numFmt w:val="bullet"/>
      <w:lvlText w:val="•"/>
      <w:lvlJc w:val="left"/>
      <w:pPr>
        <w:ind w:left="548" w:hanging="167"/>
      </w:pPr>
      <w:rPr>
        <w:rFonts w:hint="default"/>
        <w:lang w:val="bg-BG" w:eastAsia="en-US" w:bidi="ar-SA"/>
      </w:rPr>
    </w:lvl>
    <w:lvl w:ilvl="2" w:tplc="0DF6DEEA">
      <w:numFmt w:val="bullet"/>
      <w:lvlText w:val="•"/>
      <w:lvlJc w:val="left"/>
      <w:pPr>
        <w:ind w:left="817" w:hanging="167"/>
      </w:pPr>
      <w:rPr>
        <w:rFonts w:hint="default"/>
        <w:lang w:val="bg-BG" w:eastAsia="en-US" w:bidi="ar-SA"/>
      </w:rPr>
    </w:lvl>
    <w:lvl w:ilvl="3" w:tplc="4142D55E">
      <w:numFmt w:val="bullet"/>
      <w:lvlText w:val="•"/>
      <w:lvlJc w:val="left"/>
      <w:pPr>
        <w:ind w:left="1085" w:hanging="167"/>
      </w:pPr>
      <w:rPr>
        <w:rFonts w:hint="default"/>
        <w:lang w:val="bg-BG" w:eastAsia="en-US" w:bidi="ar-SA"/>
      </w:rPr>
    </w:lvl>
    <w:lvl w:ilvl="4" w:tplc="28D4B4E8">
      <w:numFmt w:val="bullet"/>
      <w:lvlText w:val="•"/>
      <w:lvlJc w:val="left"/>
      <w:pPr>
        <w:ind w:left="1354" w:hanging="167"/>
      </w:pPr>
      <w:rPr>
        <w:rFonts w:hint="default"/>
        <w:lang w:val="bg-BG" w:eastAsia="en-US" w:bidi="ar-SA"/>
      </w:rPr>
    </w:lvl>
    <w:lvl w:ilvl="5" w:tplc="9D96ED36">
      <w:numFmt w:val="bullet"/>
      <w:lvlText w:val="•"/>
      <w:lvlJc w:val="left"/>
      <w:pPr>
        <w:ind w:left="1623" w:hanging="167"/>
      </w:pPr>
      <w:rPr>
        <w:rFonts w:hint="default"/>
        <w:lang w:val="bg-BG" w:eastAsia="en-US" w:bidi="ar-SA"/>
      </w:rPr>
    </w:lvl>
    <w:lvl w:ilvl="6" w:tplc="B5504FBE">
      <w:numFmt w:val="bullet"/>
      <w:lvlText w:val="•"/>
      <w:lvlJc w:val="left"/>
      <w:pPr>
        <w:ind w:left="1891" w:hanging="167"/>
      </w:pPr>
      <w:rPr>
        <w:rFonts w:hint="default"/>
        <w:lang w:val="bg-BG" w:eastAsia="en-US" w:bidi="ar-SA"/>
      </w:rPr>
    </w:lvl>
    <w:lvl w:ilvl="7" w:tplc="952C3018">
      <w:numFmt w:val="bullet"/>
      <w:lvlText w:val="•"/>
      <w:lvlJc w:val="left"/>
      <w:pPr>
        <w:ind w:left="2160" w:hanging="167"/>
      </w:pPr>
      <w:rPr>
        <w:rFonts w:hint="default"/>
        <w:lang w:val="bg-BG" w:eastAsia="en-US" w:bidi="ar-SA"/>
      </w:rPr>
    </w:lvl>
    <w:lvl w:ilvl="8" w:tplc="6E8A1640">
      <w:numFmt w:val="bullet"/>
      <w:lvlText w:val="•"/>
      <w:lvlJc w:val="left"/>
      <w:pPr>
        <w:ind w:left="2428" w:hanging="167"/>
      </w:pPr>
      <w:rPr>
        <w:rFonts w:hint="default"/>
        <w:lang w:val="bg-BG" w:eastAsia="en-US" w:bidi="ar-SA"/>
      </w:rPr>
    </w:lvl>
  </w:abstractNum>
  <w:abstractNum w:abstractNumId="33" w15:restartNumberingAfterBreak="0">
    <w:nsid w:val="31357D7D"/>
    <w:multiLevelType w:val="hybridMultilevel"/>
    <w:tmpl w:val="134244B0"/>
    <w:lvl w:ilvl="0" w:tplc="8326AA38">
      <w:start w:val="1"/>
      <w:numFmt w:val="decimal"/>
      <w:lvlText w:val="%1."/>
      <w:lvlJc w:val="left"/>
      <w:pPr>
        <w:ind w:left="222" w:hanging="22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bg-BG" w:eastAsia="en-US" w:bidi="ar-SA"/>
      </w:rPr>
    </w:lvl>
    <w:lvl w:ilvl="1" w:tplc="BB6485D8">
      <w:numFmt w:val="bullet"/>
      <w:lvlText w:val="•"/>
      <w:lvlJc w:val="left"/>
      <w:pPr>
        <w:ind w:left="551" w:hanging="221"/>
      </w:pPr>
      <w:rPr>
        <w:rFonts w:hint="default"/>
        <w:lang w:val="bg-BG" w:eastAsia="en-US" w:bidi="ar-SA"/>
      </w:rPr>
    </w:lvl>
    <w:lvl w:ilvl="2" w:tplc="1BE0CA22">
      <w:numFmt w:val="bullet"/>
      <w:lvlText w:val="•"/>
      <w:lvlJc w:val="left"/>
      <w:pPr>
        <w:ind w:left="882" w:hanging="221"/>
      </w:pPr>
      <w:rPr>
        <w:rFonts w:hint="default"/>
        <w:lang w:val="bg-BG" w:eastAsia="en-US" w:bidi="ar-SA"/>
      </w:rPr>
    </w:lvl>
    <w:lvl w:ilvl="3" w:tplc="0B285D2A">
      <w:numFmt w:val="bullet"/>
      <w:lvlText w:val="•"/>
      <w:lvlJc w:val="left"/>
      <w:pPr>
        <w:ind w:left="1213" w:hanging="221"/>
      </w:pPr>
      <w:rPr>
        <w:rFonts w:hint="default"/>
        <w:lang w:val="bg-BG" w:eastAsia="en-US" w:bidi="ar-SA"/>
      </w:rPr>
    </w:lvl>
    <w:lvl w:ilvl="4" w:tplc="83BC40D2">
      <w:numFmt w:val="bullet"/>
      <w:lvlText w:val="•"/>
      <w:lvlJc w:val="left"/>
      <w:pPr>
        <w:ind w:left="1544" w:hanging="221"/>
      </w:pPr>
      <w:rPr>
        <w:rFonts w:hint="default"/>
        <w:lang w:val="bg-BG" w:eastAsia="en-US" w:bidi="ar-SA"/>
      </w:rPr>
    </w:lvl>
    <w:lvl w:ilvl="5" w:tplc="3516FA94">
      <w:numFmt w:val="bullet"/>
      <w:lvlText w:val="•"/>
      <w:lvlJc w:val="left"/>
      <w:pPr>
        <w:ind w:left="1876" w:hanging="221"/>
      </w:pPr>
      <w:rPr>
        <w:rFonts w:hint="default"/>
        <w:lang w:val="bg-BG" w:eastAsia="en-US" w:bidi="ar-SA"/>
      </w:rPr>
    </w:lvl>
    <w:lvl w:ilvl="6" w:tplc="928A3BAC">
      <w:numFmt w:val="bullet"/>
      <w:lvlText w:val="•"/>
      <w:lvlJc w:val="left"/>
      <w:pPr>
        <w:ind w:left="2207" w:hanging="221"/>
      </w:pPr>
      <w:rPr>
        <w:rFonts w:hint="default"/>
        <w:lang w:val="bg-BG" w:eastAsia="en-US" w:bidi="ar-SA"/>
      </w:rPr>
    </w:lvl>
    <w:lvl w:ilvl="7" w:tplc="7DFE064E">
      <w:numFmt w:val="bullet"/>
      <w:lvlText w:val="•"/>
      <w:lvlJc w:val="left"/>
      <w:pPr>
        <w:ind w:left="2538" w:hanging="221"/>
      </w:pPr>
      <w:rPr>
        <w:rFonts w:hint="default"/>
        <w:lang w:val="bg-BG" w:eastAsia="en-US" w:bidi="ar-SA"/>
      </w:rPr>
    </w:lvl>
    <w:lvl w:ilvl="8" w:tplc="54ACBB7E">
      <w:numFmt w:val="bullet"/>
      <w:lvlText w:val="•"/>
      <w:lvlJc w:val="left"/>
      <w:pPr>
        <w:ind w:left="2869" w:hanging="221"/>
      </w:pPr>
      <w:rPr>
        <w:rFonts w:hint="default"/>
        <w:lang w:val="bg-BG" w:eastAsia="en-US" w:bidi="ar-SA"/>
      </w:rPr>
    </w:lvl>
  </w:abstractNum>
  <w:abstractNum w:abstractNumId="34" w15:restartNumberingAfterBreak="0">
    <w:nsid w:val="3317398F"/>
    <w:multiLevelType w:val="hybridMultilevel"/>
    <w:tmpl w:val="A95A5356"/>
    <w:lvl w:ilvl="0" w:tplc="9650EA34">
      <w:start w:val="1"/>
      <w:numFmt w:val="decimal"/>
      <w:lvlText w:val="%1."/>
      <w:lvlJc w:val="left"/>
      <w:pPr>
        <w:ind w:left="245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7450B2FA">
      <w:numFmt w:val="bullet"/>
      <w:lvlText w:val="•"/>
      <w:lvlJc w:val="left"/>
      <w:pPr>
        <w:ind w:left="512" w:hanging="181"/>
      </w:pPr>
      <w:rPr>
        <w:rFonts w:hint="default"/>
        <w:lang w:val="bg-BG" w:eastAsia="en-US" w:bidi="ar-SA"/>
      </w:rPr>
    </w:lvl>
    <w:lvl w:ilvl="2" w:tplc="8F5C27F0">
      <w:numFmt w:val="bullet"/>
      <w:lvlText w:val="•"/>
      <w:lvlJc w:val="left"/>
      <w:pPr>
        <w:ind w:left="785" w:hanging="181"/>
      </w:pPr>
      <w:rPr>
        <w:rFonts w:hint="default"/>
        <w:lang w:val="bg-BG" w:eastAsia="en-US" w:bidi="ar-SA"/>
      </w:rPr>
    </w:lvl>
    <w:lvl w:ilvl="3" w:tplc="8DB00B00">
      <w:numFmt w:val="bullet"/>
      <w:lvlText w:val="•"/>
      <w:lvlJc w:val="left"/>
      <w:pPr>
        <w:ind w:left="1057" w:hanging="181"/>
      </w:pPr>
      <w:rPr>
        <w:rFonts w:hint="default"/>
        <w:lang w:val="bg-BG" w:eastAsia="en-US" w:bidi="ar-SA"/>
      </w:rPr>
    </w:lvl>
    <w:lvl w:ilvl="4" w:tplc="6BA4FEBC">
      <w:numFmt w:val="bullet"/>
      <w:lvlText w:val="•"/>
      <w:lvlJc w:val="left"/>
      <w:pPr>
        <w:ind w:left="1330" w:hanging="181"/>
      </w:pPr>
      <w:rPr>
        <w:rFonts w:hint="default"/>
        <w:lang w:val="bg-BG" w:eastAsia="en-US" w:bidi="ar-SA"/>
      </w:rPr>
    </w:lvl>
    <w:lvl w:ilvl="5" w:tplc="3884A540">
      <w:numFmt w:val="bullet"/>
      <w:lvlText w:val="•"/>
      <w:lvlJc w:val="left"/>
      <w:pPr>
        <w:ind w:left="1603" w:hanging="181"/>
      </w:pPr>
      <w:rPr>
        <w:rFonts w:hint="default"/>
        <w:lang w:val="bg-BG" w:eastAsia="en-US" w:bidi="ar-SA"/>
      </w:rPr>
    </w:lvl>
    <w:lvl w:ilvl="6" w:tplc="330E0226">
      <w:numFmt w:val="bullet"/>
      <w:lvlText w:val="•"/>
      <w:lvlJc w:val="left"/>
      <w:pPr>
        <w:ind w:left="1875" w:hanging="181"/>
      </w:pPr>
      <w:rPr>
        <w:rFonts w:hint="default"/>
        <w:lang w:val="bg-BG" w:eastAsia="en-US" w:bidi="ar-SA"/>
      </w:rPr>
    </w:lvl>
    <w:lvl w:ilvl="7" w:tplc="BB486B40">
      <w:numFmt w:val="bullet"/>
      <w:lvlText w:val="•"/>
      <w:lvlJc w:val="left"/>
      <w:pPr>
        <w:ind w:left="2148" w:hanging="181"/>
      </w:pPr>
      <w:rPr>
        <w:rFonts w:hint="default"/>
        <w:lang w:val="bg-BG" w:eastAsia="en-US" w:bidi="ar-SA"/>
      </w:rPr>
    </w:lvl>
    <w:lvl w:ilvl="8" w:tplc="05C842D2">
      <w:numFmt w:val="bullet"/>
      <w:lvlText w:val="•"/>
      <w:lvlJc w:val="left"/>
      <w:pPr>
        <w:ind w:left="2420" w:hanging="181"/>
      </w:pPr>
      <w:rPr>
        <w:rFonts w:hint="default"/>
        <w:lang w:val="bg-BG" w:eastAsia="en-US" w:bidi="ar-SA"/>
      </w:rPr>
    </w:lvl>
  </w:abstractNum>
  <w:abstractNum w:abstractNumId="35" w15:restartNumberingAfterBreak="0">
    <w:nsid w:val="34B53781"/>
    <w:multiLevelType w:val="hybridMultilevel"/>
    <w:tmpl w:val="2E12DAD0"/>
    <w:lvl w:ilvl="0" w:tplc="D818D366">
      <w:start w:val="1"/>
      <w:numFmt w:val="decimal"/>
      <w:lvlText w:val="%1."/>
      <w:lvlJc w:val="left"/>
      <w:pPr>
        <w:ind w:left="1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6FA0EEAC">
      <w:numFmt w:val="bullet"/>
      <w:lvlText w:val="•"/>
      <w:lvlJc w:val="left"/>
      <w:pPr>
        <w:ind w:left="353" w:hanging="167"/>
      </w:pPr>
      <w:rPr>
        <w:rFonts w:hint="default"/>
        <w:lang w:val="bg-BG" w:eastAsia="en-US" w:bidi="ar-SA"/>
      </w:rPr>
    </w:lvl>
    <w:lvl w:ilvl="2" w:tplc="E0BAF3FA">
      <w:numFmt w:val="bullet"/>
      <w:lvlText w:val="•"/>
      <w:lvlJc w:val="left"/>
      <w:pPr>
        <w:ind w:left="706" w:hanging="167"/>
      </w:pPr>
      <w:rPr>
        <w:rFonts w:hint="default"/>
        <w:lang w:val="bg-BG" w:eastAsia="en-US" w:bidi="ar-SA"/>
      </w:rPr>
    </w:lvl>
    <w:lvl w:ilvl="3" w:tplc="88BC0B8C">
      <w:numFmt w:val="bullet"/>
      <w:lvlText w:val="•"/>
      <w:lvlJc w:val="left"/>
      <w:pPr>
        <w:ind w:left="1059" w:hanging="167"/>
      </w:pPr>
      <w:rPr>
        <w:rFonts w:hint="default"/>
        <w:lang w:val="bg-BG" w:eastAsia="en-US" w:bidi="ar-SA"/>
      </w:rPr>
    </w:lvl>
    <w:lvl w:ilvl="4" w:tplc="60F64E6C">
      <w:numFmt w:val="bullet"/>
      <w:lvlText w:val="•"/>
      <w:lvlJc w:val="left"/>
      <w:pPr>
        <w:ind w:left="1412" w:hanging="167"/>
      </w:pPr>
      <w:rPr>
        <w:rFonts w:hint="default"/>
        <w:lang w:val="bg-BG" w:eastAsia="en-US" w:bidi="ar-SA"/>
      </w:rPr>
    </w:lvl>
    <w:lvl w:ilvl="5" w:tplc="E1A04A5C">
      <w:numFmt w:val="bullet"/>
      <w:lvlText w:val="•"/>
      <w:lvlJc w:val="left"/>
      <w:pPr>
        <w:ind w:left="1766" w:hanging="167"/>
      </w:pPr>
      <w:rPr>
        <w:rFonts w:hint="default"/>
        <w:lang w:val="bg-BG" w:eastAsia="en-US" w:bidi="ar-SA"/>
      </w:rPr>
    </w:lvl>
    <w:lvl w:ilvl="6" w:tplc="0AEE9CC2">
      <w:numFmt w:val="bullet"/>
      <w:lvlText w:val="•"/>
      <w:lvlJc w:val="left"/>
      <w:pPr>
        <w:ind w:left="2119" w:hanging="167"/>
      </w:pPr>
      <w:rPr>
        <w:rFonts w:hint="default"/>
        <w:lang w:val="bg-BG" w:eastAsia="en-US" w:bidi="ar-SA"/>
      </w:rPr>
    </w:lvl>
    <w:lvl w:ilvl="7" w:tplc="412A6B48">
      <w:numFmt w:val="bullet"/>
      <w:lvlText w:val="•"/>
      <w:lvlJc w:val="left"/>
      <w:pPr>
        <w:ind w:left="2472" w:hanging="167"/>
      </w:pPr>
      <w:rPr>
        <w:rFonts w:hint="default"/>
        <w:lang w:val="bg-BG" w:eastAsia="en-US" w:bidi="ar-SA"/>
      </w:rPr>
    </w:lvl>
    <w:lvl w:ilvl="8" w:tplc="01CEB022">
      <w:numFmt w:val="bullet"/>
      <w:lvlText w:val="•"/>
      <w:lvlJc w:val="left"/>
      <w:pPr>
        <w:ind w:left="2825" w:hanging="167"/>
      </w:pPr>
      <w:rPr>
        <w:rFonts w:hint="default"/>
        <w:lang w:val="bg-BG" w:eastAsia="en-US" w:bidi="ar-SA"/>
      </w:rPr>
    </w:lvl>
  </w:abstractNum>
  <w:abstractNum w:abstractNumId="36" w15:restartNumberingAfterBreak="0">
    <w:nsid w:val="34E14C44"/>
    <w:multiLevelType w:val="hybridMultilevel"/>
    <w:tmpl w:val="2A24F452"/>
    <w:lvl w:ilvl="0" w:tplc="A5F66754">
      <w:start w:val="1"/>
      <w:numFmt w:val="decimal"/>
      <w:lvlText w:val="%1."/>
      <w:lvlJc w:val="left"/>
      <w:pPr>
        <w:ind w:left="227" w:hanging="221"/>
      </w:pPr>
      <w:rPr>
        <w:rFonts w:hint="default"/>
        <w:spacing w:val="0"/>
        <w:w w:val="100"/>
        <w:lang w:val="bg-BG" w:eastAsia="en-US" w:bidi="ar-SA"/>
      </w:rPr>
    </w:lvl>
    <w:lvl w:ilvl="1" w:tplc="7E143770">
      <w:numFmt w:val="bullet"/>
      <w:lvlText w:val="•"/>
      <w:lvlJc w:val="left"/>
      <w:pPr>
        <w:ind w:left="494" w:hanging="221"/>
      </w:pPr>
      <w:rPr>
        <w:rFonts w:hint="default"/>
        <w:lang w:val="bg-BG" w:eastAsia="en-US" w:bidi="ar-SA"/>
      </w:rPr>
    </w:lvl>
    <w:lvl w:ilvl="2" w:tplc="2A7C3A5E">
      <w:numFmt w:val="bullet"/>
      <w:lvlText w:val="•"/>
      <w:lvlJc w:val="left"/>
      <w:pPr>
        <w:ind w:left="769" w:hanging="221"/>
      </w:pPr>
      <w:rPr>
        <w:rFonts w:hint="default"/>
        <w:lang w:val="bg-BG" w:eastAsia="en-US" w:bidi="ar-SA"/>
      </w:rPr>
    </w:lvl>
    <w:lvl w:ilvl="3" w:tplc="78781382">
      <w:numFmt w:val="bullet"/>
      <w:lvlText w:val="•"/>
      <w:lvlJc w:val="left"/>
      <w:pPr>
        <w:ind w:left="1043" w:hanging="221"/>
      </w:pPr>
      <w:rPr>
        <w:rFonts w:hint="default"/>
        <w:lang w:val="bg-BG" w:eastAsia="en-US" w:bidi="ar-SA"/>
      </w:rPr>
    </w:lvl>
    <w:lvl w:ilvl="4" w:tplc="A2D8B556">
      <w:numFmt w:val="bullet"/>
      <w:lvlText w:val="•"/>
      <w:lvlJc w:val="left"/>
      <w:pPr>
        <w:ind w:left="1318" w:hanging="221"/>
      </w:pPr>
      <w:rPr>
        <w:rFonts w:hint="default"/>
        <w:lang w:val="bg-BG" w:eastAsia="en-US" w:bidi="ar-SA"/>
      </w:rPr>
    </w:lvl>
    <w:lvl w:ilvl="5" w:tplc="36E0AF8E">
      <w:numFmt w:val="bullet"/>
      <w:lvlText w:val="•"/>
      <w:lvlJc w:val="left"/>
      <w:pPr>
        <w:ind w:left="1593" w:hanging="221"/>
      </w:pPr>
      <w:rPr>
        <w:rFonts w:hint="default"/>
        <w:lang w:val="bg-BG" w:eastAsia="en-US" w:bidi="ar-SA"/>
      </w:rPr>
    </w:lvl>
    <w:lvl w:ilvl="6" w:tplc="7AC66132">
      <w:numFmt w:val="bullet"/>
      <w:lvlText w:val="•"/>
      <w:lvlJc w:val="left"/>
      <w:pPr>
        <w:ind w:left="1867" w:hanging="221"/>
      </w:pPr>
      <w:rPr>
        <w:rFonts w:hint="default"/>
        <w:lang w:val="bg-BG" w:eastAsia="en-US" w:bidi="ar-SA"/>
      </w:rPr>
    </w:lvl>
    <w:lvl w:ilvl="7" w:tplc="4BE61A4E">
      <w:numFmt w:val="bullet"/>
      <w:lvlText w:val="•"/>
      <w:lvlJc w:val="left"/>
      <w:pPr>
        <w:ind w:left="2142" w:hanging="221"/>
      </w:pPr>
      <w:rPr>
        <w:rFonts w:hint="default"/>
        <w:lang w:val="bg-BG" w:eastAsia="en-US" w:bidi="ar-SA"/>
      </w:rPr>
    </w:lvl>
    <w:lvl w:ilvl="8" w:tplc="A07E7182">
      <w:numFmt w:val="bullet"/>
      <w:lvlText w:val="•"/>
      <w:lvlJc w:val="left"/>
      <w:pPr>
        <w:ind w:left="2416" w:hanging="221"/>
      </w:pPr>
      <w:rPr>
        <w:rFonts w:hint="default"/>
        <w:lang w:val="bg-BG" w:eastAsia="en-US" w:bidi="ar-SA"/>
      </w:rPr>
    </w:lvl>
  </w:abstractNum>
  <w:abstractNum w:abstractNumId="37" w15:restartNumberingAfterBreak="0">
    <w:nsid w:val="367C7F2A"/>
    <w:multiLevelType w:val="hybridMultilevel"/>
    <w:tmpl w:val="86BA1BCC"/>
    <w:lvl w:ilvl="0" w:tplc="B5002DFE">
      <w:start w:val="1"/>
      <w:numFmt w:val="decimal"/>
      <w:lvlText w:val="%1."/>
      <w:lvlJc w:val="left"/>
      <w:pPr>
        <w:ind w:left="226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DB6E9AB8">
      <w:numFmt w:val="bullet"/>
      <w:lvlText w:val="•"/>
      <w:lvlJc w:val="left"/>
      <w:pPr>
        <w:ind w:left="494" w:hanging="167"/>
      </w:pPr>
      <w:rPr>
        <w:rFonts w:hint="default"/>
        <w:lang w:val="bg-BG" w:eastAsia="en-US" w:bidi="ar-SA"/>
      </w:rPr>
    </w:lvl>
    <w:lvl w:ilvl="2" w:tplc="1A742C2E">
      <w:numFmt w:val="bullet"/>
      <w:lvlText w:val="•"/>
      <w:lvlJc w:val="left"/>
      <w:pPr>
        <w:ind w:left="769" w:hanging="167"/>
      </w:pPr>
      <w:rPr>
        <w:rFonts w:hint="default"/>
        <w:lang w:val="bg-BG" w:eastAsia="en-US" w:bidi="ar-SA"/>
      </w:rPr>
    </w:lvl>
    <w:lvl w:ilvl="3" w:tplc="4184C584">
      <w:numFmt w:val="bullet"/>
      <w:lvlText w:val="•"/>
      <w:lvlJc w:val="left"/>
      <w:pPr>
        <w:ind w:left="1043" w:hanging="167"/>
      </w:pPr>
      <w:rPr>
        <w:rFonts w:hint="default"/>
        <w:lang w:val="bg-BG" w:eastAsia="en-US" w:bidi="ar-SA"/>
      </w:rPr>
    </w:lvl>
    <w:lvl w:ilvl="4" w:tplc="E4C27E6A">
      <w:numFmt w:val="bullet"/>
      <w:lvlText w:val="•"/>
      <w:lvlJc w:val="left"/>
      <w:pPr>
        <w:ind w:left="1318" w:hanging="167"/>
      </w:pPr>
      <w:rPr>
        <w:rFonts w:hint="default"/>
        <w:lang w:val="bg-BG" w:eastAsia="en-US" w:bidi="ar-SA"/>
      </w:rPr>
    </w:lvl>
    <w:lvl w:ilvl="5" w:tplc="17A21694">
      <w:numFmt w:val="bullet"/>
      <w:lvlText w:val="•"/>
      <w:lvlJc w:val="left"/>
      <w:pPr>
        <w:ind w:left="1593" w:hanging="167"/>
      </w:pPr>
      <w:rPr>
        <w:rFonts w:hint="default"/>
        <w:lang w:val="bg-BG" w:eastAsia="en-US" w:bidi="ar-SA"/>
      </w:rPr>
    </w:lvl>
    <w:lvl w:ilvl="6" w:tplc="6E764488">
      <w:numFmt w:val="bullet"/>
      <w:lvlText w:val="•"/>
      <w:lvlJc w:val="left"/>
      <w:pPr>
        <w:ind w:left="1867" w:hanging="167"/>
      </w:pPr>
      <w:rPr>
        <w:rFonts w:hint="default"/>
        <w:lang w:val="bg-BG" w:eastAsia="en-US" w:bidi="ar-SA"/>
      </w:rPr>
    </w:lvl>
    <w:lvl w:ilvl="7" w:tplc="7FF442AE">
      <w:numFmt w:val="bullet"/>
      <w:lvlText w:val="•"/>
      <w:lvlJc w:val="left"/>
      <w:pPr>
        <w:ind w:left="2142" w:hanging="167"/>
      </w:pPr>
      <w:rPr>
        <w:rFonts w:hint="default"/>
        <w:lang w:val="bg-BG" w:eastAsia="en-US" w:bidi="ar-SA"/>
      </w:rPr>
    </w:lvl>
    <w:lvl w:ilvl="8" w:tplc="6A18A7DE">
      <w:numFmt w:val="bullet"/>
      <w:lvlText w:val="•"/>
      <w:lvlJc w:val="left"/>
      <w:pPr>
        <w:ind w:left="2416" w:hanging="167"/>
      </w:pPr>
      <w:rPr>
        <w:rFonts w:hint="default"/>
        <w:lang w:val="bg-BG" w:eastAsia="en-US" w:bidi="ar-SA"/>
      </w:rPr>
    </w:lvl>
  </w:abstractNum>
  <w:abstractNum w:abstractNumId="38" w15:restartNumberingAfterBreak="0">
    <w:nsid w:val="387C37A5"/>
    <w:multiLevelType w:val="hybridMultilevel"/>
    <w:tmpl w:val="E786C0E6"/>
    <w:lvl w:ilvl="0" w:tplc="D0F0069E">
      <w:start w:val="1"/>
      <w:numFmt w:val="decimal"/>
      <w:lvlText w:val="%1."/>
      <w:lvlJc w:val="left"/>
      <w:pPr>
        <w:ind w:left="206" w:hanging="21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38FED0CE">
      <w:numFmt w:val="bullet"/>
      <w:lvlText w:val="•"/>
      <w:lvlJc w:val="left"/>
      <w:pPr>
        <w:ind w:left="419" w:hanging="216"/>
      </w:pPr>
      <w:rPr>
        <w:rFonts w:hint="default"/>
        <w:lang w:val="bg-BG" w:eastAsia="en-US" w:bidi="ar-SA"/>
      </w:rPr>
    </w:lvl>
    <w:lvl w:ilvl="2" w:tplc="E3FE4C06">
      <w:numFmt w:val="bullet"/>
      <w:lvlText w:val="•"/>
      <w:lvlJc w:val="left"/>
      <w:pPr>
        <w:ind w:left="639" w:hanging="216"/>
      </w:pPr>
      <w:rPr>
        <w:rFonts w:hint="default"/>
        <w:lang w:val="bg-BG" w:eastAsia="en-US" w:bidi="ar-SA"/>
      </w:rPr>
    </w:lvl>
    <w:lvl w:ilvl="3" w:tplc="E0386EC2">
      <w:numFmt w:val="bullet"/>
      <w:lvlText w:val="•"/>
      <w:lvlJc w:val="left"/>
      <w:pPr>
        <w:ind w:left="858" w:hanging="216"/>
      </w:pPr>
      <w:rPr>
        <w:rFonts w:hint="default"/>
        <w:lang w:val="bg-BG" w:eastAsia="en-US" w:bidi="ar-SA"/>
      </w:rPr>
    </w:lvl>
    <w:lvl w:ilvl="4" w:tplc="88164760">
      <w:numFmt w:val="bullet"/>
      <w:lvlText w:val="•"/>
      <w:lvlJc w:val="left"/>
      <w:pPr>
        <w:ind w:left="1078" w:hanging="216"/>
      </w:pPr>
      <w:rPr>
        <w:rFonts w:hint="default"/>
        <w:lang w:val="bg-BG" w:eastAsia="en-US" w:bidi="ar-SA"/>
      </w:rPr>
    </w:lvl>
    <w:lvl w:ilvl="5" w:tplc="93E2B6BC">
      <w:numFmt w:val="bullet"/>
      <w:lvlText w:val="•"/>
      <w:lvlJc w:val="left"/>
      <w:pPr>
        <w:ind w:left="1298" w:hanging="216"/>
      </w:pPr>
      <w:rPr>
        <w:rFonts w:hint="default"/>
        <w:lang w:val="bg-BG" w:eastAsia="en-US" w:bidi="ar-SA"/>
      </w:rPr>
    </w:lvl>
    <w:lvl w:ilvl="6" w:tplc="DE02B2BC">
      <w:numFmt w:val="bullet"/>
      <w:lvlText w:val="•"/>
      <w:lvlJc w:val="left"/>
      <w:pPr>
        <w:ind w:left="1517" w:hanging="216"/>
      </w:pPr>
      <w:rPr>
        <w:rFonts w:hint="default"/>
        <w:lang w:val="bg-BG" w:eastAsia="en-US" w:bidi="ar-SA"/>
      </w:rPr>
    </w:lvl>
    <w:lvl w:ilvl="7" w:tplc="637269B6">
      <w:numFmt w:val="bullet"/>
      <w:lvlText w:val="•"/>
      <w:lvlJc w:val="left"/>
      <w:pPr>
        <w:ind w:left="1737" w:hanging="216"/>
      </w:pPr>
      <w:rPr>
        <w:rFonts w:hint="default"/>
        <w:lang w:val="bg-BG" w:eastAsia="en-US" w:bidi="ar-SA"/>
      </w:rPr>
    </w:lvl>
    <w:lvl w:ilvl="8" w:tplc="D63EC312">
      <w:numFmt w:val="bullet"/>
      <w:lvlText w:val="•"/>
      <w:lvlJc w:val="left"/>
      <w:pPr>
        <w:ind w:left="1957" w:hanging="216"/>
      </w:pPr>
      <w:rPr>
        <w:rFonts w:hint="default"/>
        <w:lang w:val="bg-BG" w:eastAsia="en-US" w:bidi="ar-SA"/>
      </w:rPr>
    </w:lvl>
  </w:abstractNum>
  <w:abstractNum w:abstractNumId="39" w15:restartNumberingAfterBreak="0">
    <w:nsid w:val="39442473"/>
    <w:multiLevelType w:val="hybridMultilevel"/>
    <w:tmpl w:val="1C6E0476"/>
    <w:lvl w:ilvl="0" w:tplc="8F3C99FA">
      <w:start w:val="1"/>
      <w:numFmt w:val="decimal"/>
      <w:lvlText w:val="%1."/>
      <w:lvlJc w:val="left"/>
      <w:pPr>
        <w:ind w:left="219" w:hanging="22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7C46EDDE">
      <w:numFmt w:val="bullet"/>
      <w:lvlText w:val="•"/>
      <w:lvlJc w:val="left"/>
      <w:pPr>
        <w:ind w:left="551" w:hanging="221"/>
      </w:pPr>
      <w:rPr>
        <w:rFonts w:hint="default"/>
        <w:lang w:val="bg-BG" w:eastAsia="en-US" w:bidi="ar-SA"/>
      </w:rPr>
    </w:lvl>
    <w:lvl w:ilvl="2" w:tplc="DF6CB786">
      <w:numFmt w:val="bullet"/>
      <w:lvlText w:val="•"/>
      <w:lvlJc w:val="left"/>
      <w:pPr>
        <w:ind w:left="882" w:hanging="221"/>
      </w:pPr>
      <w:rPr>
        <w:rFonts w:hint="default"/>
        <w:lang w:val="bg-BG" w:eastAsia="en-US" w:bidi="ar-SA"/>
      </w:rPr>
    </w:lvl>
    <w:lvl w:ilvl="3" w:tplc="3646961C">
      <w:numFmt w:val="bullet"/>
      <w:lvlText w:val="•"/>
      <w:lvlJc w:val="left"/>
      <w:pPr>
        <w:ind w:left="1213" w:hanging="221"/>
      </w:pPr>
      <w:rPr>
        <w:rFonts w:hint="default"/>
        <w:lang w:val="bg-BG" w:eastAsia="en-US" w:bidi="ar-SA"/>
      </w:rPr>
    </w:lvl>
    <w:lvl w:ilvl="4" w:tplc="568CB5F0">
      <w:numFmt w:val="bullet"/>
      <w:lvlText w:val="•"/>
      <w:lvlJc w:val="left"/>
      <w:pPr>
        <w:ind w:left="1544" w:hanging="221"/>
      </w:pPr>
      <w:rPr>
        <w:rFonts w:hint="default"/>
        <w:lang w:val="bg-BG" w:eastAsia="en-US" w:bidi="ar-SA"/>
      </w:rPr>
    </w:lvl>
    <w:lvl w:ilvl="5" w:tplc="606698F4">
      <w:numFmt w:val="bullet"/>
      <w:lvlText w:val="•"/>
      <w:lvlJc w:val="left"/>
      <w:pPr>
        <w:ind w:left="1876" w:hanging="221"/>
      </w:pPr>
      <w:rPr>
        <w:rFonts w:hint="default"/>
        <w:lang w:val="bg-BG" w:eastAsia="en-US" w:bidi="ar-SA"/>
      </w:rPr>
    </w:lvl>
    <w:lvl w:ilvl="6" w:tplc="45B49EB4">
      <w:numFmt w:val="bullet"/>
      <w:lvlText w:val="•"/>
      <w:lvlJc w:val="left"/>
      <w:pPr>
        <w:ind w:left="2207" w:hanging="221"/>
      </w:pPr>
      <w:rPr>
        <w:rFonts w:hint="default"/>
        <w:lang w:val="bg-BG" w:eastAsia="en-US" w:bidi="ar-SA"/>
      </w:rPr>
    </w:lvl>
    <w:lvl w:ilvl="7" w:tplc="0AB87090">
      <w:numFmt w:val="bullet"/>
      <w:lvlText w:val="•"/>
      <w:lvlJc w:val="left"/>
      <w:pPr>
        <w:ind w:left="2538" w:hanging="221"/>
      </w:pPr>
      <w:rPr>
        <w:rFonts w:hint="default"/>
        <w:lang w:val="bg-BG" w:eastAsia="en-US" w:bidi="ar-SA"/>
      </w:rPr>
    </w:lvl>
    <w:lvl w:ilvl="8" w:tplc="C1800008">
      <w:numFmt w:val="bullet"/>
      <w:lvlText w:val="•"/>
      <w:lvlJc w:val="left"/>
      <w:pPr>
        <w:ind w:left="2869" w:hanging="221"/>
      </w:pPr>
      <w:rPr>
        <w:rFonts w:hint="default"/>
        <w:lang w:val="bg-BG" w:eastAsia="en-US" w:bidi="ar-SA"/>
      </w:rPr>
    </w:lvl>
  </w:abstractNum>
  <w:abstractNum w:abstractNumId="40" w15:restartNumberingAfterBreak="0">
    <w:nsid w:val="3D3D7A9B"/>
    <w:multiLevelType w:val="hybridMultilevel"/>
    <w:tmpl w:val="E0E44FD2"/>
    <w:lvl w:ilvl="0" w:tplc="A6827A5E">
      <w:start w:val="1"/>
      <w:numFmt w:val="decimal"/>
      <w:lvlText w:val="%1."/>
      <w:lvlJc w:val="left"/>
      <w:pPr>
        <w:ind w:left="171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0"/>
        <w:szCs w:val="20"/>
        <w:lang w:val="bg-BG" w:eastAsia="en-US" w:bidi="ar-SA"/>
      </w:rPr>
    </w:lvl>
    <w:lvl w:ilvl="1" w:tplc="0E983A78">
      <w:numFmt w:val="bullet"/>
      <w:lvlText w:val="•"/>
      <w:lvlJc w:val="left"/>
      <w:pPr>
        <w:ind w:left="444" w:hanging="167"/>
      </w:pPr>
      <w:rPr>
        <w:rFonts w:hint="default"/>
        <w:lang w:val="bg-BG" w:eastAsia="en-US" w:bidi="ar-SA"/>
      </w:rPr>
    </w:lvl>
    <w:lvl w:ilvl="2" w:tplc="9D684882">
      <w:numFmt w:val="bullet"/>
      <w:lvlText w:val="•"/>
      <w:lvlJc w:val="left"/>
      <w:pPr>
        <w:ind w:left="709" w:hanging="167"/>
      </w:pPr>
      <w:rPr>
        <w:rFonts w:hint="default"/>
        <w:lang w:val="bg-BG" w:eastAsia="en-US" w:bidi="ar-SA"/>
      </w:rPr>
    </w:lvl>
    <w:lvl w:ilvl="3" w:tplc="F89652FC">
      <w:numFmt w:val="bullet"/>
      <w:lvlText w:val="•"/>
      <w:lvlJc w:val="left"/>
      <w:pPr>
        <w:ind w:left="973" w:hanging="167"/>
      </w:pPr>
      <w:rPr>
        <w:rFonts w:hint="default"/>
        <w:lang w:val="bg-BG" w:eastAsia="en-US" w:bidi="ar-SA"/>
      </w:rPr>
    </w:lvl>
    <w:lvl w:ilvl="4" w:tplc="ED406E34">
      <w:numFmt w:val="bullet"/>
      <w:lvlText w:val="•"/>
      <w:lvlJc w:val="left"/>
      <w:pPr>
        <w:ind w:left="1238" w:hanging="167"/>
      </w:pPr>
      <w:rPr>
        <w:rFonts w:hint="default"/>
        <w:lang w:val="bg-BG" w:eastAsia="en-US" w:bidi="ar-SA"/>
      </w:rPr>
    </w:lvl>
    <w:lvl w:ilvl="5" w:tplc="4DD07D66">
      <w:numFmt w:val="bullet"/>
      <w:lvlText w:val="•"/>
      <w:lvlJc w:val="left"/>
      <w:pPr>
        <w:ind w:left="1503" w:hanging="167"/>
      </w:pPr>
      <w:rPr>
        <w:rFonts w:hint="default"/>
        <w:lang w:val="bg-BG" w:eastAsia="en-US" w:bidi="ar-SA"/>
      </w:rPr>
    </w:lvl>
    <w:lvl w:ilvl="6" w:tplc="2904018C">
      <w:numFmt w:val="bullet"/>
      <w:lvlText w:val="•"/>
      <w:lvlJc w:val="left"/>
      <w:pPr>
        <w:ind w:left="1767" w:hanging="167"/>
      </w:pPr>
      <w:rPr>
        <w:rFonts w:hint="default"/>
        <w:lang w:val="bg-BG" w:eastAsia="en-US" w:bidi="ar-SA"/>
      </w:rPr>
    </w:lvl>
    <w:lvl w:ilvl="7" w:tplc="AE00E58E">
      <w:numFmt w:val="bullet"/>
      <w:lvlText w:val="•"/>
      <w:lvlJc w:val="left"/>
      <w:pPr>
        <w:ind w:left="2032" w:hanging="167"/>
      </w:pPr>
      <w:rPr>
        <w:rFonts w:hint="default"/>
        <w:lang w:val="bg-BG" w:eastAsia="en-US" w:bidi="ar-SA"/>
      </w:rPr>
    </w:lvl>
    <w:lvl w:ilvl="8" w:tplc="01127424">
      <w:numFmt w:val="bullet"/>
      <w:lvlText w:val="•"/>
      <w:lvlJc w:val="left"/>
      <w:pPr>
        <w:ind w:left="2297" w:hanging="167"/>
      </w:pPr>
      <w:rPr>
        <w:rFonts w:hint="default"/>
        <w:lang w:val="bg-BG" w:eastAsia="en-US" w:bidi="ar-SA"/>
      </w:rPr>
    </w:lvl>
  </w:abstractNum>
  <w:abstractNum w:abstractNumId="41" w15:restartNumberingAfterBreak="0">
    <w:nsid w:val="3D67552F"/>
    <w:multiLevelType w:val="hybridMultilevel"/>
    <w:tmpl w:val="548E5EF2"/>
    <w:lvl w:ilvl="0" w:tplc="F8DA6556">
      <w:start w:val="1"/>
      <w:numFmt w:val="decimal"/>
      <w:lvlText w:val="%1."/>
      <w:lvlJc w:val="left"/>
      <w:pPr>
        <w:ind w:left="243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F1D2BCB6">
      <w:numFmt w:val="bullet"/>
      <w:lvlText w:val="•"/>
      <w:lvlJc w:val="left"/>
      <w:pPr>
        <w:ind w:left="470" w:hanging="181"/>
      </w:pPr>
      <w:rPr>
        <w:rFonts w:hint="default"/>
        <w:lang w:val="bg-BG" w:eastAsia="en-US" w:bidi="ar-SA"/>
      </w:rPr>
    </w:lvl>
    <w:lvl w:ilvl="2" w:tplc="3B3E15F8">
      <w:numFmt w:val="bullet"/>
      <w:lvlText w:val="•"/>
      <w:lvlJc w:val="left"/>
      <w:pPr>
        <w:ind w:left="700" w:hanging="181"/>
      </w:pPr>
      <w:rPr>
        <w:rFonts w:hint="default"/>
        <w:lang w:val="bg-BG" w:eastAsia="en-US" w:bidi="ar-SA"/>
      </w:rPr>
    </w:lvl>
    <w:lvl w:ilvl="3" w:tplc="47DE6944">
      <w:numFmt w:val="bullet"/>
      <w:lvlText w:val="•"/>
      <w:lvlJc w:val="left"/>
      <w:pPr>
        <w:ind w:left="930" w:hanging="181"/>
      </w:pPr>
      <w:rPr>
        <w:rFonts w:hint="default"/>
        <w:lang w:val="bg-BG" w:eastAsia="en-US" w:bidi="ar-SA"/>
      </w:rPr>
    </w:lvl>
    <w:lvl w:ilvl="4" w:tplc="E8A486A4">
      <w:numFmt w:val="bullet"/>
      <w:lvlText w:val="•"/>
      <w:lvlJc w:val="left"/>
      <w:pPr>
        <w:ind w:left="1160" w:hanging="181"/>
      </w:pPr>
      <w:rPr>
        <w:rFonts w:hint="default"/>
        <w:lang w:val="bg-BG" w:eastAsia="en-US" w:bidi="ar-SA"/>
      </w:rPr>
    </w:lvl>
    <w:lvl w:ilvl="5" w:tplc="E92A8AD4">
      <w:numFmt w:val="bullet"/>
      <w:lvlText w:val="•"/>
      <w:lvlJc w:val="left"/>
      <w:pPr>
        <w:ind w:left="1390" w:hanging="181"/>
      </w:pPr>
      <w:rPr>
        <w:rFonts w:hint="default"/>
        <w:lang w:val="bg-BG" w:eastAsia="en-US" w:bidi="ar-SA"/>
      </w:rPr>
    </w:lvl>
    <w:lvl w:ilvl="6" w:tplc="46E8B4FC">
      <w:numFmt w:val="bullet"/>
      <w:lvlText w:val="•"/>
      <w:lvlJc w:val="left"/>
      <w:pPr>
        <w:ind w:left="1620" w:hanging="181"/>
      </w:pPr>
      <w:rPr>
        <w:rFonts w:hint="default"/>
        <w:lang w:val="bg-BG" w:eastAsia="en-US" w:bidi="ar-SA"/>
      </w:rPr>
    </w:lvl>
    <w:lvl w:ilvl="7" w:tplc="AD7ACEF0">
      <w:numFmt w:val="bullet"/>
      <w:lvlText w:val="•"/>
      <w:lvlJc w:val="left"/>
      <w:pPr>
        <w:ind w:left="1850" w:hanging="181"/>
      </w:pPr>
      <w:rPr>
        <w:rFonts w:hint="default"/>
        <w:lang w:val="bg-BG" w:eastAsia="en-US" w:bidi="ar-SA"/>
      </w:rPr>
    </w:lvl>
    <w:lvl w:ilvl="8" w:tplc="4C7C927C">
      <w:numFmt w:val="bullet"/>
      <w:lvlText w:val="•"/>
      <w:lvlJc w:val="left"/>
      <w:pPr>
        <w:ind w:left="2080" w:hanging="181"/>
      </w:pPr>
      <w:rPr>
        <w:rFonts w:hint="default"/>
        <w:lang w:val="bg-BG" w:eastAsia="en-US" w:bidi="ar-SA"/>
      </w:rPr>
    </w:lvl>
  </w:abstractNum>
  <w:abstractNum w:abstractNumId="42" w15:restartNumberingAfterBreak="0">
    <w:nsid w:val="3E0F0703"/>
    <w:multiLevelType w:val="hybridMultilevel"/>
    <w:tmpl w:val="69344F60"/>
    <w:lvl w:ilvl="0" w:tplc="B074E88A">
      <w:start w:val="1"/>
      <w:numFmt w:val="decimal"/>
      <w:lvlText w:val="%1."/>
      <w:lvlJc w:val="left"/>
      <w:pPr>
        <w:ind w:left="166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A2D0B4A4">
      <w:numFmt w:val="bullet"/>
      <w:lvlText w:val="•"/>
      <w:lvlJc w:val="left"/>
      <w:pPr>
        <w:ind w:left="440" w:hanging="167"/>
      </w:pPr>
      <w:rPr>
        <w:rFonts w:hint="default"/>
        <w:lang w:val="bg-BG" w:eastAsia="en-US" w:bidi="ar-SA"/>
      </w:rPr>
    </w:lvl>
    <w:lvl w:ilvl="2" w:tplc="A9268A1C">
      <w:numFmt w:val="bullet"/>
      <w:lvlText w:val="•"/>
      <w:lvlJc w:val="left"/>
      <w:pPr>
        <w:ind w:left="721" w:hanging="167"/>
      </w:pPr>
      <w:rPr>
        <w:rFonts w:hint="default"/>
        <w:lang w:val="bg-BG" w:eastAsia="en-US" w:bidi="ar-SA"/>
      </w:rPr>
    </w:lvl>
    <w:lvl w:ilvl="3" w:tplc="E8B400E8">
      <w:numFmt w:val="bullet"/>
      <w:lvlText w:val="•"/>
      <w:lvlJc w:val="left"/>
      <w:pPr>
        <w:ind w:left="1001" w:hanging="167"/>
      </w:pPr>
      <w:rPr>
        <w:rFonts w:hint="default"/>
        <w:lang w:val="bg-BG" w:eastAsia="en-US" w:bidi="ar-SA"/>
      </w:rPr>
    </w:lvl>
    <w:lvl w:ilvl="4" w:tplc="37168DA8">
      <w:numFmt w:val="bullet"/>
      <w:lvlText w:val="•"/>
      <w:lvlJc w:val="left"/>
      <w:pPr>
        <w:ind w:left="1282" w:hanging="167"/>
      </w:pPr>
      <w:rPr>
        <w:rFonts w:hint="default"/>
        <w:lang w:val="bg-BG" w:eastAsia="en-US" w:bidi="ar-SA"/>
      </w:rPr>
    </w:lvl>
    <w:lvl w:ilvl="5" w:tplc="FC88708A">
      <w:numFmt w:val="bullet"/>
      <w:lvlText w:val="•"/>
      <w:lvlJc w:val="left"/>
      <w:pPr>
        <w:ind w:left="1563" w:hanging="167"/>
      </w:pPr>
      <w:rPr>
        <w:rFonts w:hint="default"/>
        <w:lang w:val="bg-BG" w:eastAsia="en-US" w:bidi="ar-SA"/>
      </w:rPr>
    </w:lvl>
    <w:lvl w:ilvl="6" w:tplc="D83ADD52">
      <w:numFmt w:val="bullet"/>
      <w:lvlText w:val="•"/>
      <w:lvlJc w:val="left"/>
      <w:pPr>
        <w:ind w:left="1843" w:hanging="167"/>
      </w:pPr>
      <w:rPr>
        <w:rFonts w:hint="default"/>
        <w:lang w:val="bg-BG" w:eastAsia="en-US" w:bidi="ar-SA"/>
      </w:rPr>
    </w:lvl>
    <w:lvl w:ilvl="7" w:tplc="3730B7C0">
      <w:numFmt w:val="bullet"/>
      <w:lvlText w:val="•"/>
      <w:lvlJc w:val="left"/>
      <w:pPr>
        <w:ind w:left="2124" w:hanging="167"/>
      </w:pPr>
      <w:rPr>
        <w:rFonts w:hint="default"/>
        <w:lang w:val="bg-BG" w:eastAsia="en-US" w:bidi="ar-SA"/>
      </w:rPr>
    </w:lvl>
    <w:lvl w:ilvl="8" w:tplc="F1282F62">
      <w:numFmt w:val="bullet"/>
      <w:lvlText w:val="•"/>
      <w:lvlJc w:val="left"/>
      <w:pPr>
        <w:ind w:left="2404" w:hanging="167"/>
      </w:pPr>
      <w:rPr>
        <w:rFonts w:hint="default"/>
        <w:lang w:val="bg-BG" w:eastAsia="en-US" w:bidi="ar-SA"/>
      </w:rPr>
    </w:lvl>
  </w:abstractNum>
  <w:abstractNum w:abstractNumId="43" w15:restartNumberingAfterBreak="0">
    <w:nsid w:val="3EB44E13"/>
    <w:multiLevelType w:val="hybridMultilevel"/>
    <w:tmpl w:val="F39C6DE8"/>
    <w:lvl w:ilvl="0" w:tplc="C7627814">
      <w:start w:val="1"/>
      <w:numFmt w:val="decimal"/>
      <w:lvlText w:val="%1."/>
      <w:lvlJc w:val="left"/>
      <w:pPr>
        <w:ind w:left="168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2FBE01EC">
      <w:numFmt w:val="bullet"/>
      <w:lvlText w:val="•"/>
      <w:lvlJc w:val="left"/>
      <w:pPr>
        <w:ind w:left="497" w:hanging="167"/>
      </w:pPr>
      <w:rPr>
        <w:rFonts w:hint="default"/>
        <w:lang w:val="bg-BG" w:eastAsia="en-US" w:bidi="ar-SA"/>
      </w:rPr>
    </w:lvl>
    <w:lvl w:ilvl="2" w:tplc="26200DF8">
      <w:numFmt w:val="bullet"/>
      <w:lvlText w:val="•"/>
      <w:lvlJc w:val="left"/>
      <w:pPr>
        <w:ind w:left="835" w:hanging="167"/>
      </w:pPr>
      <w:rPr>
        <w:rFonts w:hint="default"/>
        <w:lang w:val="bg-BG" w:eastAsia="en-US" w:bidi="ar-SA"/>
      </w:rPr>
    </w:lvl>
    <w:lvl w:ilvl="3" w:tplc="286E81D0">
      <w:numFmt w:val="bullet"/>
      <w:lvlText w:val="•"/>
      <w:lvlJc w:val="left"/>
      <w:pPr>
        <w:ind w:left="1172" w:hanging="167"/>
      </w:pPr>
      <w:rPr>
        <w:rFonts w:hint="default"/>
        <w:lang w:val="bg-BG" w:eastAsia="en-US" w:bidi="ar-SA"/>
      </w:rPr>
    </w:lvl>
    <w:lvl w:ilvl="4" w:tplc="A7CA7E48">
      <w:numFmt w:val="bullet"/>
      <w:lvlText w:val="•"/>
      <w:lvlJc w:val="left"/>
      <w:pPr>
        <w:ind w:left="1510" w:hanging="167"/>
      </w:pPr>
      <w:rPr>
        <w:rFonts w:hint="default"/>
        <w:lang w:val="bg-BG" w:eastAsia="en-US" w:bidi="ar-SA"/>
      </w:rPr>
    </w:lvl>
    <w:lvl w:ilvl="5" w:tplc="0FB60A14">
      <w:numFmt w:val="bullet"/>
      <w:lvlText w:val="•"/>
      <w:lvlJc w:val="left"/>
      <w:pPr>
        <w:ind w:left="1847" w:hanging="167"/>
      </w:pPr>
      <w:rPr>
        <w:rFonts w:hint="default"/>
        <w:lang w:val="bg-BG" w:eastAsia="en-US" w:bidi="ar-SA"/>
      </w:rPr>
    </w:lvl>
    <w:lvl w:ilvl="6" w:tplc="F9EEDAEA">
      <w:numFmt w:val="bullet"/>
      <w:lvlText w:val="•"/>
      <w:lvlJc w:val="left"/>
      <w:pPr>
        <w:ind w:left="2185" w:hanging="167"/>
      </w:pPr>
      <w:rPr>
        <w:rFonts w:hint="default"/>
        <w:lang w:val="bg-BG" w:eastAsia="en-US" w:bidi="ar-SA"/>
      </w:rPr>
    </w:lvl>
    <w:lvl w:ilvl="7" w:tplc="03F298C6">
      <w:numFmt w:val="bullet"/>
      <w:lvlText w:val="•"/>
      <w:lvlJc w:val="left"/>
      <w:pPr>
        <w:ind w:left="2522" w:hanging="167"/>
      </w:pPr>
      <w:rPr>
        <w:rFonts w:hint="default"/>
        <w:lang w:val="bg-BG" w:eastAsia="en-US" w:bidi="ar-SA"/>
      </w:rPr>
    </w:lvl>
    <w:lvl w:ilvl="8" w:tplc="7BE8CF90">
      <w:numFmt w:val="bullet"/>
      <w:lvlText w:val="•"/>
      <w:lvlJc w:val="left"/>
      <w:pPr>
        <w:ind w:left="2860" w:hanging="167"/>
      </w:pPr>
      <w:rPr>
        <w:rFonts w:hint="default"/>
        <w:lang w:val="bg-BG" w:eastAsia="en-US" w:bidi="ar-SA"/>
      </w:rPr>
    </w:lvl>
  </w:abstractNum>
  <w:abstractNum w:abstractNumId="44" w15:restartNumberingAfterBreak="0">
    <w:nsid w:val="40134A38"/>
    <w:multiLevelType w:val="hybridMultilevel"/>
    <w:tmpl w:val="042C6FA2"/>
    <w:lvl w:ilvl="0" w:tplc="F508E4D2">
      <w:start w:val="1"/>
      <w:numFmt w:val="decimal"/>
      <w:lvlText w:val="%1."/>
      <w:lvlJc w:val="left"/>
      <w:pPr>
        <w:ind w:left="165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7"/>
        <w:sz w:val="20"/>
        <w:szCs w:val="20"/>
        <w:lang w:val="bg-BG" w:eastAsia="en-US" w:bidi="ar-SA"/>
      </w:rPr>
    </w:lvl>
    <w:lvl w:ilvl="1" w:tplc="118ED0C0">
      <w:numFmt w:val="bullet"/>
      <w:lvlText w:val="•"/>
      <w:lvlJc w:val="left"/>
      <w:pPr>
        <w:ind w:left="369" w:hanging="167"/>
      </w:pPr>
      <w:rPr>
        <w:rFonts w:hint="default"/>
        <w:lang w:val="bg-BG" w:eastAsia="en-US" w:bidi="ar-SA"/>
      </w:rPr>
    </w:lvl>
    <w:lvl w:ilvl="2" w:tplc="E3828F42">
      <w:numFmt w:val="bullet"/>
      <w:lvlText w:val="•"/>
      <w:lvlJc w:val="left"/>
      <w:pPr>
        <w:ind w:left="579" w:hanging="167"/>
      </w:pPr>
      <w:rPr>
        <w:rFonts w:hint="default"/>
        <w:lang w:val="bg-BG" w:eastAsia="en-US" w:bidi="ar-SA"/>
      </w:rPr>
    </w:lvl>
    <w:lvl w:ilvl="3" w:tplc="5A2C9E0C">
      <w:numFmt w:val="bullet"/>
      <w:lvlText w:val="•"/>
      <w:lvlJc w:val="left"/>
      <w:pPr>
        <w:ind w:left="788" w:hanging="167"/>
      </w:pPr>
      <w:rPr>
        <w:rFonts w:hint="default"/>
        <w:lang w:val="bg-BG" w:eastAsia="en-US" w:bidi="ar-SA"/>
      </w:rPr>
    </w:lvl>
    <w:lvl w:ilvl="4" w:tplc="A72276F4">
      <w:numFmt w:val="bullet"/>
      <w:lvlText w:val="•"/>
      <w:lvlJc w:val="left"/>
      <w:pPr>
        <w:ind w:left="998" w:hanging="167"/>
      </w:pPr>
      <w:rPr>
        <w:rFonts w:hint="default"/>
        <w:lang w:val="bg-BG" w:eastAsia="en-US" w:bidi="ar-SA"/>
      </w:rPr>
    </w:lvl>
    <w:lvl w:ilvl="5" w:tplc="D32A9FA0">
      <w:numFmt w:val="bullet"/>
      <w:lvlText w:val="•"/>
      <w:lvlJc w:val="left"/>
      <w:pPr>
        <w:ind w:left="1207" w:hanging="167"/>
      </w:pPr>
      <w:rPr>
        <w:rFonts w:hint="default"/>
        <w:lang w:val="bg-BG" w:eastAsia="en-US" w:bidi="ar-SA"/>
      </w:rPr>
    </w:lvl>
    <w:lvl w:ilvl="6" w:tplc="6B564466">
      <w:numFmt w:val="bullet"/>
      <w:lvlText w:val="•"/>
      <w:lvlJc w:val="left"/>
      <w:pPr>
        <w:ind w:left="1417" w:hanging="167"/>
      </w:pPr>
      <w:rPr>
        <w:rFonts w:hint="default"/>
        <w:lang w:val="bg-BG" w:eastAsia="en-US" w:bidi="ar-SA"/>
      </w:rPr>
    </w:lvl>
    <w:lvl w:ilvl="7" w:tplc="68DAE02E">
      <w:numFmt w:val="bullet"/>
      <w:lvlText w:val="•"/>
      <w:lvlJc w:val="left"/>
      <w:pPr>
        <w:ind w:left="1626" w:hanging="167"/>
      </w:pPr>
      <w:rPr>
        <w:rFonts w:hint="default"/>
        <w:lang w:val="bg-BG" w:eastAsia="en-US" w:bidi="ar-SA"/>
      </w:rPr>
    </w:lvl>
    <w:lvl w:ilvl="8" w:tplc="F6802944">
      <w:numFmt w:val="bullet"/>
      <w:lvlText w:val="•"/>
      <w:lvlJc w:val="left"/>
      <w:pPr>
        <w:ind w:left="1836" w:hanging="167"/>
      </w:pPr>
      <w:rPr>
        <w:rFonts w:hint="default"/>
        <w:lang w:val="bg-BG" w:eastAsia="en-US" w:bidi="ar-SA"/>
      </w:rPr>
    </w:lvl>
  </w:abstractNum>
  <w:abstractNum w:abstractNumId="45" w15:restartNumberingAfterBreak="0">
    <w:nsid w:val="40A83D5A"/>
    <w:multiLevelType w:val="hybridMultilevel"/>
    <w:tmpl w:val="ECA4E9BC"/>
    <w:lvl w:ilvl="0" w:tplc="7780C770">
      <w:start w:val="1"/>
      <w:numFmt w:val="decimal"/>
      <w:lvlText w:val="%1."/>
      <w:lvlJc w:val="left"/>
      <w:pPr>
        <w:ind w:left="2" w:hanging="2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A2CAA302">
      <w:numFmt w:val="bullet"/>
      <w:lvlText w:val="•"/>
      <w:lvlJc w:val="left"/>
      <w:pPr>
        <w:ind w:left="239" w:hanging="228"/>
      </w:pPr>
      <w:rPr>
        <w:rFonts w:hint="default"/>
        <w:lang w:val="bg-BG" w:eastAsia="en-US" w:bidi="ar-SA"/>
      </w:rPr>
    </w:lvl>
    <w:lvl w:ilvl="2" w:tplc="164A6FE8">
      <w:numFmt w:val="bullet"/>
      <w:lvlText w:val="•"/>
      <w:lvlJc w:val="left"/>
      <w:pPr>
        <w:ind w:left="479" w:hanging="228"/>
      </w:pPr>
      <w:rPr>
        <w:rFonts w:hint="default"/>
        <w:lang w:val="bg-BG" w:eastAsia="en-US" w:bidi="ar-SA"/>
      </w:rPr>
    </w:lvl>
    <w:lvl w:ilvl="3" w:tplc="AD7AAF6E">
      <w:numFmt w:val="bullet"/>
      <w:lvlText w:val="•"/>
      <w:lvlJc w:val="left"/>
      <w:pPr>
        <w:ind w:left="718" w:hanging="228"/>
      </w:pPr>
      <w:rPr>
        <w:rFonts w:hint="default"/>
        <w:lang w:val="bg-BG" w:eastAsia="en-US" w:bidi="ar-SA"/>
      </w:rPr>
    </w:lvl>
    <w:lvl w:ilvl="4" w:tplc="A626B000">
      <w:numFmt w:val="bullet"/>
      <w:lvlText w:val="•"/>
      <w:lvlJc w:val="left"/>
      <w:pPr>
        <w:ind w:left="958" w:hanging="228"/>
      </w:pPr>
      <w:rPr>
        <w:rFonts w:hint="default"/>
        <w:lang w:val="bg-BG" w:eastAsia="en-US" w:bidi="ar-SA"/>
      </w:rPr>
    </w:lvl>
    <w:lvl w:ilvl="5" w:tplc="7674D254">
      <w:numFmt w:val="bullet"/>
      <w:lvlText w:val="•"/>
      <w:lvlJc w:val="left"/>
      <w:pPr>
        <w:ind w:left="1198" w:hanging="228"/>
      </w:pPr>
      <w:rPr>
        <w:rFonts w:hint="default"/>
        <w:lang w:val="bg-BG" w:eastAsia="en-US" w:bidi="ar-SA"/>
      </w:rPr>
    </w:lvl>
    <w:lvl w:ilvl="6" w:tplc="8DDEE392">
      <w:numFmt w:val="bullet"/>
      <w:lvlText w:val="•"/>
      <w:lvlJc w:val="left"/>
      <w:pPr>
        <w:ind w:left="1437" w:hanging="228"/>
      </w:pPr>
      <w:rPr>
        <w:rFonts w:hint="default"/>
        <w:lang w:val="bg-BG" w:eastAsia="en-US" w:bidi="ar-SA"/>
      </w:rPr>
    </w:lvl>
    <w:lvl w:ilvl="7" w:tplc="068C9F28">
      <w:numFmt w:val="bullet"/>
      <w:lvlText w:val="•"/>
      <w:lvlJc w:val="left"/>
      <w:pPr>
        <w:ind w:left="1677" w:hanging="228"/>
      </w:pPr>
      <w:rPr>
        <w:rFonts w:hint="default"/>
        <w:lang w:val="bg-BG" w:eastAsia="en-US" w:bidi="ar-SA"/>
      </w:rPr>
    </w:lvl>
    <w:lvl w:ilvl="8" w:tplc="6B0062E4">
      <w:numFmt w:val="bullet"/>
      <w:lvlText w:val="•"/>
      <w:lvlJc w:val="left"/>
      <w:pPr>
        <w:ind w:left="1917" w:hanging="228"/>
      </w:pPr>
      <w:rPr>
        <w:rFonts w:hint="default"/>
        <w:lang w:val="bg-BG" w:eastAsia="en-US" w:bidi="ar-SA"/>
      </w:rPr>
    </w:lvl>
  </w:abstractNum>
  <w:abstractNum w:abstractNumId="46" w15:restartNumberingAfterBreak="0">
    <w:nsid w:val="42D22A99"/>
    <w:multiLevelType w:val="hybridMultilevel"/>
    <w:tmpl w:val="DCCE648E"/>
    <w:lvl w:ilvl="0" w:tplc="22D6BE54">
      <w:start w:val="1"/>
      <w:numFmt w:val="decimal"/>
      <w:lvlText w:val="%1."/>
      <w:lvlJc w:val="left"/>
      <w:pPr>
        <w:ind w:left="0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3704DDC2">
      <w:numFmt w:val="bullet"/>
      <w:lvlText w:val="•"/>
      <w:lvlJc w:val="left"/>
      <w:pPr>
        <w:ind w:left="296" w:hanging="167"/>
      </w:pPr>
      <w:rPr>
        <w:rFonts w:hint="default"/>
        <w:lang w:val="bg-BG" w:eastAsia="en-US" w:bidi="ar-SA"/>
      </w:rPr>
    </w:lvl>
    <w:lvl w:ilvl="2" w:tplc="FE20AB6A">
      <w:numFmt w:val="bullet"/>
      <w:lvlText w:val="•"/>
      <w:lvlJc w:val="left"/>
      <w:pPr>
        <w:ind w:left="593" w:hanging="167"/>
      </w:pPr>
      <w:rPr>
        <w:rFonts w:hint="default"/>
        <w:lang w:val="bg-BG" w:eastAsia="en-US" w:bidi="ar-SA"/>
      </w:rPr>
    </w:lvl>
    <w:lvl w:ilvl="3" w:tplc="8F30B60A">
      <w:numFmt w:val="bullet"/>
      <w:lvlText w:val="•"/>
      <w:lvlJc w:val="left"/>
      <w:pPr>
        <w:ind w:left="889" w:hanging="167"/>
      </w:pPr>
      <w:rPr>
        <w:rFonts w:hint="default"/>
        <w:lang w:val="bg-BG" w:eastAsia="en-US" w:bidi="ar-SA"/>
      </w:rPr>
    </w:lvl>
    <w:lvl w:ilvl="4" w:tplc="188C15AA">
      <w:numFmt w:val="bullet"/>
      <w:lvlText w:val="•"/>
      <w:lvlJc w:val="left"/>
      <w:pPr>
        <w:ind w:left="1186" w:hanging="167"/>
      </w:pPr>
      <w:rPr>
        <w:rFonts w:hint="default"/>
        <w:lang w:val="bg-BG" w:eastAsia="en-US" w:bidi="ar-SA"/>
      </w:rPr>
    </w:lvl>
    <w:lvl w:ilvl="5" w:tplc="7A520484">
      <w:numFmt w:val="bullet"/>
      <w:lvlText w:val="•"/>
      <w:lvlJc w:val="left"/>
      <w:pPr>
        <w:ind w:left="1483" w:hanging="167"/>
      </w:pPr>
      <w:rPr>
        <w:rFonts w:hint="default"/>
        <w:lang w:val="bg-BG" w:eastAsia="en-US" w:bidi="ar-SA"/>
      </w:rPr>
    </w:lvl>
    <w:lvl w:ilvl="6" w:tplc="B48C0B48">
      <w:numFmt w:val="bullet"/>
      <w:lvlText w:val="•"/>
      <w:lvlJc w:val="left"/>
      <w:pPr>
        <w:ind w:left="1779" w:hanging="167"/>
      </w:pPr>
      <w:rPr>
        <w:rFonts w:hint="default"/>
        <w:lang w:val="bg-BG" w:eastAsia="en-US" w:bidi="ar-SA"/>
      </w:rPr>
    </w:lvl>
    <w:lvl w:ilvl="7" w:tplc="4C5CB9C2">
      <w:numFmt w:val="bullet"/>
      <w:lvlText w:val="•"/>
      <w:lvlJc w:val="left"/>
      <w:pPr>
        <w:ind w:left="2076" w:hanging="167"/>
      </w:pPr>
      <w:rPr>
        <w:rFonts w:hint="default"/>
        <w:lang w:val="bg-BG" w:eastAsia="en-US" w:bidi="ar-SA"/>
      </w:rPr>
    </w:lvl>
    <w:lvl w:ilvl="8" w:tplc="ED927C36">
      <w:numFmt w:val="bullet"/>
      <w:lvlText w:val="•"/>
      <w:lvlJc w:val="left"/>
      <w:pPr>
        <w:ind w:left="2372" w:hanging="167"/>
      </w:pPr>
      <w:rPr>
        <w:rFonts w:hint="default"/>
        <w:lang w:val="bg-BG" w:eastAsia="en-US" w:bidi="ar-SA"/>
      </w:rPr>
    </w:lvl>
  </w:abstractNum>
  <w:abstractNum w:abstractNumId="47" w15:restartNumberingAfterBreak="0">
    <w:nsid w:val="43D62CC0"/>
    <w:multiLevelType w:val="hybridMultilevel"/>
    <w:tmpl w:val="D5AA6AAA"/>
    <w:lvl w:ilvl="0" w:tplc="66FA0F78">
      <w:start w:val="1"/>
      <w:numFmt w:val="decimal"/>
      <w:lvlText w:val="%1."/>
      <w:lvlJc w:val="left"/>
      <w:pPr>
        <w:ind w:left="219" w:hanging="22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B1A44E52">
      <w:numFmt w:val="bullet"/>
      <w:lvlText w:val="•"/>
      <w:lvlJc w:val="left"/>
      <w:pPr>
        <w:ind w:left="551" w:hanging="221"/>
      </w:pPr>
      <w:rPr>
        <w:rFonts w:hint="default"/>
        <w:lang w:val="bg-BG" w:eastAsia="en-US" w:bidi="ar-SA"/>
      </w:rPr>
    </w:lvl>
    <w:lvl w:ilvl="2" w:tplc="06C06B10">
      <w:numFmt w:val="bullet"/>
      <w:lvlText w:val="•"/>
      <w:lvlJc w:val="left"/>
      <w:pPr>
        <w:ind w:left="882" w:hanging="221"/>
      </w:pPr>
      <w:rPr>
        <w:rFonts w:hint="default"/>
        <w:lang w:val="bg-BG" w:eastAsia="en-US" w:bidi="ar-SA"/>
      </w:rPr>
    </w:lvl>
    <w:lvl w:ilvl="3" w:tplc="B6125536">
      <w:numFmt w:val="bullet"/>
      <w:lvlText w:val="•"/>
      <w:lvlJc w:val="left"/>
      <w:pPr>
        <w:ind w:left="1213" w:hanging="221"/>
      </w:pPr>
      <w:rPr>
        <w:rFonts w:hint="default"/>
        <w:lang w:val="bg-BG" w:eastAsia="en-US" w:bidi="ar-SA"/>
      </w:rPr>
    </w:lvl>
    <w:lvl w:ilvl="4" w:tplc="4A3EB1EC">
      <w:numFmt w:val="bullet"/>
      <w:lvlText w:val="•"/>
      <w:lvlJc w:val="left"/>
      <w:pPr>
        <w:ind w:left="1544" w:hanging="221"/>
      </w:pPr>
      <w:rPr>
        <w:rFonts w:hint="default"/>
        <w:lang w:val="bg-BG" w:eastAsia="en-US" w:bidi="ar-SA"/>
      </w:rPr>
    </w:lvl>
    <w:lvl w:ilvl="5" w:tplc="5F386D68">
      <w:numFmt w:val="bullet"/>
      <w:lvlText w:val="•"/>
      <w:lvlJc w:val="left"/>
      <w:pPr>
        <w:ind w:left="1876" w:hanging="221"/>
      </w:pPr>
      <w:rPr>
        <w:rFonts w:hint="default"/>
        <w:lang w:val="bg-BG" w:eastAsia="en-US" w:bidi="ar-SA"/>
      </w:rPr>
    </w:lvl>
    <w:lvl w:ilvl="6" w:tplc="95D0C1F4">
      <w:numFmt w:val="bullet"/>
      <w:lvlText w:val="•"/>
      <w:lvlJc w:val="left"/>
      <w:pPr>
        <w:ind w:left="2207" w:hanging="221"/>
      </w:pPr>
      <w:rPr>
        <w:rFonts w:hint="default"/>
        <w:lang w:val="bg-BG" w:eastAsia="en-US" w:bidi="ar-SA"/>
      </w:rPr>
    </w:lvl>
    <w:lvl w:ilvl="7" w:tplc="45F8A9F8">
      <w:numFmt w:val="bullet"/>
      <w:lvlText w:val="•"/>
      <w:lvlJc w:val="left"/>
      <w:pPr>
        <w:ind w:left="2538" w:hanging="221"/>
      </w:pPr>
      <w:rPr>
        <w:rFonts w:hint="default"/>
        <w:lang w:val="bg-BG" w:eastAsia="en-US" w:bidi="ar-SA"/>
      </w:rPr>
    </w:lvl>
    <w:lvl w:ilvl="8" w:tplc="1D28CD0E">
      <w:numFmt w:val="bullet"/>
      <w:lvlText w:val="•"/>
      <w:lvlJc w:val="left"/>
      <w:pPr>
        <w:ind w:left="2869" w:hanging="221"/>
      </w:pPr>
      <w:rPr>
        <w:rFonts w:hint="default"/>
        <w:lang w:val="bg-BG" w:eastAsia="en-US" w:bidi="ar-SA"/>
      </w:rPr>
    </w:lvl>
  </w:abstractNum>
  <w:abstractNum w:abstractNumId="48" w15:restartNumberingAfterBreak="0">
    <w:nsid w:val="4422165A"/>
    <w:multiLevelType w:val="hybridMultilevel"/>
    <w:tmpl w:val="3DAE9FA6"/>
    <w:lvl w:ilvl="0" w:tplc="111811A2">
      <w:start w:val="1"/>
      <w:numFmt w:val="decimal"/>
      <w:lvlText w:val="%1."/>
      <w:lvlJc w:val="left"/>
      <w:pPr>
        <w:ind w:left="168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BB68FD56">
      <w:numFmt w:val="bullet"/>
      <w:lvlText w:val="•"/>
      <w:lvlJc w:val="left"/>
      <w:pPr>
        <w:ind w:left="497" w:hanging="167"/>
      </w:pPr>
      <w:rPr>
        <w:rFonts w:hint="default"/>
        <w:lang w:val="bg-BG" w:eastAsia="en-US" w:bidi="ar-SA"/>
      </w:rPr>
    </w:lvl>
    <w:lvl w:ilvl="2" w:tplc="4EA0CF8A">
      <w:numFmt w:val="bullet"/>
      <w:lvlText w:val="•"/>
      <w:lvlJc w:val="left"/>
      <w:pPr>
        <w:ind w:left="835" w:hanging="167"/>
      </w:pPr>
      <w:rPr>
        <w:rFonts w:hint="default"/>
        <w:lang w:val="bg-BG" w:eastAsia="en-US" w:bidi="ar-SA"/>
      </w:rPr>
    </w:lvl>
    <w:lvl w:ilvl="3" w:tplc="581C7FFC">
      <w:numFmt w:val="bullet"/>
      <w:lvlText w:val="•"/>
      <w:lvlJc w:val="left"/>
      <w:pPr>
        <w:ind w:left="1172" w:hanging="167"/>
      </w:pPr>
      <w:rPr>
        <w:rFonts w:hint="default"/>
        <w:lang w:val="bg-BG" w:eastAsia="en-US" w:bidi="ar-SA"/>
      </w:rPr>
    </w:lvl>
    <w:lvl w:ilvl="4" w:tplc="5E928ED4">
      <w:numFmt w:val="bullet"/>
      <w:lvlText w:val="•"/>
      <w:lvlJc w:val="left"/>
      <w:pPr>
        <w:ind w:left="1510" w:hanging="167"/>
      </w:pPr>
      <w:rPr>
        <w:rFonts w:hint="default"/>
        <w:lang w:val="bg-BG" w:eastAsia="en-US" w:bidi="ar-SA"/>
      </w:rPr>
    </w:lvl>
    <w:lvl w:ilvl="5" w:tplc="ED4E4E9A">
      <w:numFmt w:val="bullet"/>
      <w:lvlText w:val="•"/>
      <w:lvlJc w:val="left"/>
      <w:pPr>
        <w:ind w:left="1847" w:hanging="167"/>
      </w:pPr>
      <w:rPr>
        <w:rFonts w:hint="default"/>
        <w:lang w:val="bg-BG" w:eastAsia="en-US" w:bidi="ar-SA"/>
      </w:rPr>
    </w:lvl>
    <w:lvl w:ilvl="6" w:tplc="FD0AFF70">
      <w:numFmt w:val="bullet"/>
      <w:lvlText w:val="•"/>
      <w:lvlJc w:val="left"/>
      <w:pPr>
        <w:ind w:left="2185" w:hanging="167"/>
      </w:pPr>
      <w:rPr>
        <w:rFonts w:hint="default"/>
        <w:lang w:val="bg-BG" w:eastAsia="en-US" w:bidi="ar-SA"/>
      </w:rPr>
    </w:lvl>
    <w:lvl w:ilvl="7" w:tplc="2188CD98">
      <w:numFmt w:val="bullet"/>
      <w:lvlText w:val="•"/>
      <w:lvlJc w:val="left"/>
      <w:pPr>
        <w:ind w:left="2522" w:hanging="167"/>
      </w:pPr>
      <w:rPr>
        <w:rFonts w:hint="default"/>
        <w:lang w:val="bg-BG" w:eastAsia="en-US" w:bidi="ar-SA"/>
      </w:rPr>
    </w:lvl>
    <w:lvl w:ilvl="8" w:tplc="C92298A8">
      <w:numFmt w:val="bullet"/>
      <w:lvlText w:val="•"/>
      <w:lvlJc w:val="left"/>
      <w:pPr>
        <w:ind w:left="2860" w:hanging="167"/>
      </w:pPr>
      <w:rPr>
        <w:rFonts w:hint="default"/>
        <w:lang w:val="bg-BG" w:eastAsia="en-US" w:bidi="ar-SA"/>
      </w:rPr>
    </w:lvl>
  </w:abstractNum>
  <w:abstractNum w:abstractNumId="49" w15:restartNumberingAfterBreak="0">
    <w:nsid w:val="44B50C63"/>
    <w:multiLevelType w:val="hybridMultilevel"/>
    <w:tmpl w:val="BF8E2820"/>
    <w:lvl w:ilvl="0" w:tplc="A0C2D93A">
      <w:start w:val="1"/>
      <w:numFmt w:val="decimal"/>
      <w:lvlText w:val="%1."/>
      <w:lvlJc w:val="left"/>
      <w:pPr>
        <w:ind w:left="281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49ACC8CA">
      <w:numFmt w:val="bullet"/>
      <w:lvlText w:val="•"/>
      <w:lvlJc w:val="left"/>
      <w:pPr>
        <w:ind w:left="548" w:hanging="167"/>
      </w:pPr>
      <w:rPr>
        <w:rFonts w:hint="default"/>
        <w:lang w:val="bg-BG" w:eastAsia="en-US" w:bidi="ar-SA"/>
      </w:rPr>
    </w:lvl>
    <w:lvl w:ilvl="2" w:tplc="992CD5B2">
      <w:numFmt w:val="bullet"/>
      <w:lvlText w:val="•"/>
      <w:lvlJc w:val="left"/>
      <w:pPr>
        <w:ind w:left="816" w:hanging="167"/>
      </w:pPr>
      <w:rPr>
        <w:rFonts w:hint="default"/>
        <w:lang w:val="bg-BG" w:eastAsia="en-US" w:bidi="ar-SA"/>
      </w:rPr>
    </w:lvl>
    <w:lvl w:ilvl="3" w:tplc="B8123EDA">
      <w:numFmt w:val="bullet"/>
      <w:lvlText w:val="•"/>
      <w:lvlJc w:val="left"/>
      <w:pPr>
        <w:ind w:left="1085" w:hanging="167"/>
      </w:pPr>
      <w:rPr>
        <w:rFonts w:hint="default"/>
        <w:lang w:val="bg-BG" w:eastAsia="en-US" w:bidi="ar-SA"/>
      </w:rPr>
    </w:lvl>
    <w:lvl w:ilvl="4" w:tplc="8E3039A8">
      <w:numFmt w:val="bullet"/>
      <w:lvlText w:val="•"/>
      <w:lvlJc w:val="left"/>
      <w:pPr>
        <w:ind w:left="1353" w:hanging="167"/>
      </w:pPr>
      <w:rPr>
        <w:rFonts w:hint="default"/>
        <w:lang w:val="bg-BG" w:eastAsia="en-US" w:bidi="ar-SA"/>
      </w:rPr>
    </w:lvl>
    <w:lvl w:ilvl="5" w:tplc="3558DA98">
      <w:numFmt w:val="bullet"/>
      <w:lvlText w:val="•"/>
      <w:lvlJc w:val="left"/>
      <w:pPr>
        <w:ind w:left="1621" w:hanging="167"/>
      </w:pPr>
      <w:rPr>
        <w:rFonts w:hint="default"/>
        <w:lang w:val="bg-BG" w:eastAsia="en-US" w:bidi="ar-SA"/>
      </w:rPr>
    </w:lvl>
    <w:lvl w:ilvl="6" w:tplc="BBE02A76">
      <w:numFmt w:val="bullet"/>
      <w:lvlText w:val="•"/>
      <w:lvlJc w:val="left"/>
      <w:pPr>
        <w:ind w:left="1890" w:hanging="167"/>
      </w:pPr>
      <w:rPr>
        <w:rFonts w:hint="default"/>
        <w:lang w:val="bg-BG" w:eastAsia="en-US" w:bidi="ar-SA"/>
      </w:rPr>
    </w:lvl>
    <w:lvl w:ilvl="7" w:tplc="39F6F35A">
      <w:numFmt w:val="bullet"/>
      <w:lvlText w:val="•"/>
      <w:lvlJc w:val="left"/>
      <w:pPr>
        <w:ind w:left="2158" w:hanging="167"/>
      </w:pPr>
      <w:rPr>
        <w:rFonts w:hint="default"/>
        <w:lang w:val="bg-BG" w:eastAsia="en-US" w:bidi="ar-SA"/>
      </w:rPr>
    </w:lvl>
    <w:lvl w:ilvl="8" w:tplc="89E8EFEA">
      <w:numFmt w:val="bullet"/>
      <w:lvlText w:val="•"/>
      <w:lvlJc w:val="left"/>
      <w:pPr>
        <w:ind w:left="2426" w:hanging="167"/>
      </w:pPr>
      <w:rPr>
        <w:rFonts w:hint="default"/>
        <w:lang w:val="bg-BG" w:eastAsia="en-US" w:bidi="ar-SA"/>
      </w:rPr>
    </w:lvl>
  </w:abstractNum>
  <w:abstractNum w:abstractNumId="50" w15:restartNumberingAfterBreak="0">
    <w:nsid w:val="45BE406D"/>
    <w:multiLevelType w:val="hybridMultilevel"/>
    <w:tmpl w:val="891C5750"/>
    <w:lvl w:ilvl="0" w:tplc="10E8F316">
      <w:start w:val="1"/>
      <w:numFmt w:val="decimal"/>
      <w:lvlText w:val="%1."/>
      <w:lvlJc w:val="left"/>
      <w:pPr>
        <w:ind w:left="242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20DE63D6">
      <w:numFmt w:val="bullet"/>
      <w:lvlText w:val="•"/>
      <w:lvlJc w:val="left"/>
      <w:pPr>
        <w:ind w:left="569" w:hanging="181"/>
      </w:pPr>
      <w:rPr>
        <w:rFonts w:hint="default"/>
        <w:lang w:val="bg-BG" w:eastAsia="en-US" w:bidi="ar-SA"/>
      </w:rPr>
    </w:lvl>
    <w:lvl w:ilvl="2" w:tplc="7B2A826A">
      <w:numFmt w:val="bullet"/>
      <w:lvlText w:val="•"/>
      <w:lvlJc w:val="left"/>
      <w:pPr>
        <w:ind w:left="898" w:hanging="181"/>
      </w:pPr>
      <w:rPr>
        <w:rFonts w:hint="default"/>
        <w:lang w:val="bg-BG" w:eastAsia="en-US" w:bidi="ar-SA"/>
      </w:rPr>
    </w:lvl>
    <w:lvl w:ilvl="3" w:tplc="C44E74AE">
      <w:numFmt w:val="bullet"/>
      <w:lvlText w:val="•"/>
      <w:lvlJc w:val="left"/>
      <w:pPr>
        <w:ind w:left="1227" w:hanging="181"/>
      </w:pPr>
      <w:rPr>
        <w:rFonts w:hint="default"/>
        <w:lang w:val="bg-BG" w:eastAsia="en-US" w:bidi="ar-SA"/>
      </w:rPr>
    </w:lvl>
    <w:lvl w:ilvl="4" w:tplc="BDB4185C">
      <w:numFmt w:val="bullet"/>
      <w:lvlText w:val="•"/>
      <w:lvlJc w:val="left"/>
      <w:pPr>
        <w:ind w:left="1556" w:hanging="181"/>
      </w:pPr>
      <w:rPr>
        <w:rFonts w:hint="default"/>
        <w:lang w:val="bg-BG" w:eastAsia="en-US" w:bidi="ar-SA"/>
      </w:rPr>
    </w:lvl>
    <w:lvl w:ilvl="5" w:tplc="CF403F0E">
      <w:numFmt w:val="bullet"/>
      <w:lvlText w:val="•"/>
      <w:lvlJc w:val="left"/>
      <w:pPr>
        <w:ind w:left="1886" w:hanging="181"/>
      </w:pPr>
      <w:rPr>
        <w:rFonts w:hint="default"/>
        <w:lang w:val="bg-BG" w:eastAsia="en-US" w:bidi="ar-SA"/>
      </w:rPr>
    </w:lvl>
    <w:lvl w:ilvl="6" w:tplc="6A26B7CE">
      <w:numFmt w:val="bullet"/>
      <w:lvlText w:val="•"/>
      <w:lvlJc w:val="left"/>
      <w:pPr>
        <w:ind w:left="2215" w:hanging="181"/>
      </w:pPr>
      <w:rPr>
        <w:rFonts w:hint="default"/>
        <w:lang w:val="bg-BG" w:eastAsia="en-US" w:bidi="ar-SA"/>
      </w:rPr>
    </w:lvl>
    <w:lvl w:ilvl="7" w:tplc="10E48272">
      <w:numFmt w:val="bullet"/>
      <w:lvlText w:val="•"/>
      <w:lvlJc w:val="left"/>
      <w:pPr>
        <w:ind w:left="2544" w:hanging="181"/>
      </w:pPr>
      <w:rPr>
        <w:rFonts w:hint="default"/>
        <w:lang w:val="bg-BG" w:eastAsia="en-US" w:bidi="ar-SA"/>
      </w:rPr>
    </w:lvl>
    <w:lvl w:ilvl="8" w:tplc="EF064BAA">
      <w:numFmt w:val="bullet"/>
      <w:lvlText w:val="•"/>
      <w:lvlJc w:val="left"/>
      <w:pPr>
        <w:ind w:left="2873" w:hanging="181"/>
      </w:pPr>
      <w:rPr>
        <w:rFonts w:hint="default"/>
        <w:lang w:val="bg-BG" w:eastAsia="en-US" w:bidi="ar-SA"/>
      </w:rPr>
    </w:lvl>
  </w:abstractNum>
  <w:abstractNum w:abstractNumId="51" w15:restartNumberingAfterBreak="0">
    <w:nsid w:val="471B13E0"/>
    <w:multiLevelType w:val="hybridMultilevel"/>
    <w:tmpl w:val="72AEE83A"/>
    <w:lvl w:ilvl="0" w:tplc="91E69252">
      <w:start w:val="1"/>
      <w:numFmt w:val="decimal"/>
      <w:lvlText w:val="%1."/>
      <w:lvlJc w:val="left"/>
      <w:pPr>
        <w:ind w:left="168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0"/>
        <w:szCs w:val="20"/>
        <w:lang w:val="bg-BG" w:eastAsia="en-US" w:bidi="ar-SA"/>
      </w:rPr>
    </w:lvl>
    <w:lvl w:ilvl="1" w:tplc="DD00CDDA">
      <w:numFmt w:val="bullet"/>
      <w:lvlText w:val="•"/>
      <w:lvlJc w:val="left"/>
      <w:pPr>
        <w:ind w:left="383" w:hanging="167"/>
      </w:pPr>
      <w:rPr>
        <w:rFonts w:hint="default"/>
        <w:lang w:val="bg-BG" w:eastAsia="en-US" w:bidi="ar-SA"/>
      </w:rPr>
    </w:lvl>
    <w:lvl w:ilvl="2" w:tplc="C02E2A7A">
      <w:numFmt w:val="bullet"/>
      <w:lvlText w:val="•"/>
      <w:lvlJc w:val="left"/>
      <w:pPr>
        <w:ind w:left="607" w:hanging="167"/>
      </w:pPr>
      <w:rPr>
        <w:rFonts w:hint="default"/>
        <w:lang w:val="bg-BG" w:eastAsia="en-US" w:bidi="ar-SA"/>
      </w:rPr>
    </w:lvl>
    <w:lvl w:ilvl="3" w:tplc="DC7CFAD4">
      <w:numFmt w:val="bullet"/>
      <w:lvlText w:val="•"/>
      <w:lvlJc w:val="left"/>
      <w:pPr>
        <w:ind w:left="830" w:hanging="167"/>
      </w:pPr>
      <w:rPr>
        <w:rFonts w:hint="default"/>
        <w:lang w:val="bg-BG" w:eastAsia="en-US" w:bidi="ar-SA"/>
      </w:rPr>
    </w:lvl>
    <w:lvl w:ilvl="4" w:tplc="3202E054">
      <w:numFmt w:val="bullet"/>
      <w:lvlText w:val="•"/>
      <w:lvlJc w:val="left"/>
      <w:pPr>
        <w:ind w:left="1054" w:hanging="167"/>
      </w:pPr>
      <w:rPr>
        <w:rFonts w:hint="default"/>
        <w:lang w:val="bg-BG" w:eastAsia="en-US" w:bidi="ar-SA"/>
      </w:rPr>
    </w:lvl>
    <w:lvl w:ilvl="5" w:tplc="9BEE96F2">
      <w:numFmt w:val="bullet"/>
      <w:lvlText w:val="•"/>
      <w:lvlJc w:val="left"/>
      <w:pPr>
        <w:ind w:left="1278" w:hanging="167"/>
      </w:pPr>
      <w:rPr>
        <w:rFonts w:hint="default"/>
        <w:lang w:val="bg-BG" w:eastAsia="en-US" w:bidi="ar-SA"/>
      </w:rPr>
    </w:lvl>
    <w:lvl w:ilvl="6" w:tplc="3F7A80D0">
      <w:numFmt w:val="bullet"/>
      <w:lvlText w:val="•"/>
      <w:lvlJc w:val="left"/>
      <w:pPr>
        <w:ind w:left="1501" w:hanging="167"/>
      </w:pPr>
      <w:rPr>
        <w:rFonts w:hint="default"/>
        <w:lang w:val="bg-BG" w:eastAsia="en-US" w:bidi="ar-SA"/>
      </w:rPr>
    </w:lvl>
    <w:lvl w:ilvl="7" w:tplc="496C0F20">
      <w:numFmt w:val="bullet"/>
      <w:lvlText w:val="•"/>
      <w:lvlJc w:val="left"/>
      <w:pPr>
        <w:ind w:left="1725" w:hanging="167"/>
      </w:pPr>
      <w:rPr>
        <w:rFonts w:hint="default"/>
        <w:lang w:val="bg-BG" w:eastAsia="en-US" w:bidi="ar-SA"/>
      </w:rPr>
    </w:lvl>
    <w:lvl w:ilvl="8" w:tplc="ABAEE802">
      <w:numFmt w:val="bullet"/>
      <w:lvlText w:val="•"/>
      <w:lvlJc w:val="left"/>
      <w:pPr>
        <w:ind w:left="1949" w:hanging="167"/>
      </w:pPr>
      <w:rPr>
        <w:rFonts w:hint="default"/>
        <w:lang w:val="bg-BG" w:eastAsia="en-US" w:bidi="ar-SA"/>
      </w:rPr>
    </w:lvl>
  </w:abstractNum>
  <w:abstractNum w:abstractNumId="52" w15:restartNumberingAfterBreak="0">
    <w:nsid w:val="47344A9A"/>
    <w:multiLevelType w:val="hybridMultilevel"/>
    <w:tmpl w:val="4F886934"/>
    <w:lvl w:ilvl="0" w:tplc="7A0A4DAA">
      <w:start w:val="1"/>
      <w:numFmt w:val="decimal"/>
      <w:lvlText w:val="%1."/>
      <w:lvlJc w:val="left"/>
      <w:pPr>
        <w:ind w:left="2" w:hanging="181"/>
      </w:pPr>
      <w:rPr>
        <w:rFonts w:hint="default"/>
        <w:spacing w:val="0"/>
        <w:w w:val="88"/>
        <w:lang w:val="bg-BG" w:eastAsia="en-US" w:bidi="ar-SA"/>
      </w:rPr>
    </w:lvl>
    <w:lvl w:ilvl="1" w:tplc="D1AC6AE6">
      <w:numFmt w:val="bullet"/>
      <w:lvlText w:val="•"/>
      <w:lvlJc w:val="left"/>
      <w:pPr>
        <w:ind w:left="254" w:hanging="181"/>
      </w:pPr>
      <w:rPr>
        <w:rFonts w:hint="default"/>
        <w:lang w:val="bg-BG" w:eastAsia="en-US" w:bidi="ar-SA"/>
      </w:rPr>
    </w:lvl>
    <w:lvl w:ilvl="2" w:tplc="5E0443D6">
      <w:numFmt w:val="bullet"/>
      <w:lvlText w:val="•"/>
      <w:lvlJc w:val="left"/>
      <w:pPr>
        <w:ind w:left="508" w:hanging="181"/>
      </w:pPr>
      <w:rPr>
        <w:rFonts w:hint="default"/>
        <w:lang w:val="bg-BG" w:eastAsia="en-US" w:bidi="ar-SA"/>
      </w:rPr>
    </w:lvl>
    <w:lvl w:ilvl="3" w:tplc="EF0E7F0A">
      <w:numFmt w:val="bullet"/>
      <w:lvlText w:val="•"/>
      <w:lvlJc w:val="left"/>
      <w:pPr>
        <w:ind w:left="762" w:hanging="181"/>
      </w:pPr>
      <w:rPr>
        <w:rFonts w:hint="default"/>
        <w:lang w:val="bg-BG" w:eastAsia="en-US" w:bidi="ar-SA"/>
      </w:rPr>
    </w:lvl>
    <w:lvl w:ilvl="4" w:tplc="10C0F40A">
      <w:numFmt w:val="bullet"/>
      <w:lvlText w:val="•"/>
      <w:lvlJc w:val="left"/>
      <w:pPr>
        <w:ind w:left="1016" w:hanging="181"/>
      </w:pPr>
      <w:rPr>
        <w:rFonts w:hint="default"/>
        <w:lang w:val="bg-BG" w:eastAsia="en-US" w:bidi="ar-SA"/>
      </w:rPr>
    </w:lvl>
    <w:lvl w:ilvl="5" w:tplc="E5881AD4">
      <w:numFmt w:val="bullet"/>
      <w:lvlText w:val="•"/>
      <w:lvlJc w:val="left"/>
      <w:pPr>
        <w:ind w:left="1270" w:hanging="181"/>
      </w:pPr>
      <w:rPr>
        <w:rFonts w:hint="default"/>
        <w:lang w:val="bg-BG" w:eastAsia="en-US" w:bidi="ar-SA"/>
      </w:rPr>
    </w:lvl>
    <w:lvl w:ilvl="6" w:tplc="BDBEDD5A">
      <w:numFmt w:val="bullet"/>
      <w:lvlText w:val="•"/>
      <w:lvlJc w:val="left"/>
      <w:pPr>
        <w:ind w:left="1524" w:hanging="181"/>
      </w:pPr>
      <w:rPr>
        <w:rFonts w:hint="default"/>
        <w:lang w:val="bg-BG" w:eastAsia="en-US" w:bidi="ar-SA"/>
      </w:rPr>
    </w:lvl>
    <w:lvl w:ilvl="7" w:tplc="7616C6CA">
      <w:numFmt w:val="bullet"/>
      <w:lvlText w:val="•"/>
      <w:lvlJc w:val="left"/>
      <w:pPr>
        <w:ind w:left="1778" w:hanging="181"/>
      </w:pPr>
      <w:rPr>
        <w:rFonts w:hint="default"/>
        <w:lang w:val="bg-BG" w:eastAsia="en-US" w:bidi="ar-SA"/>
      </w:rPr>
    </w:lvl>
    <w:lvl w:ilvl="8" w:tplc="CD12E14C">
      <w:numFmt w:val="bullet"/>
      <w:lvlText w:val="•"/>
      <w:lvlJc w:val="left"/>
      <w:pPr>
        <w:ind w:left="2032" w:hanging="181"/>
      </w:pPr>
      <w:rPr>
        <w:rFonts w:hint="default"/>
        <w:lang w:val="bg-BG" w:eastAsia="en-US" w:bidi="ar-SA"/>
      </w:rPr>
    </w:lvl>
  </w:abstractNum>
  <w:abstractNum w:abstractNumId="53" w15:restartNumberingAfterBreak="0">
    <w:nsid w:val="4AE043A2"/>
    <w:multiLevelType w:val="hybridMultilevel"/>
    <w:tmpl w:val="D58295B8"/>
    <w:lvl w:ilvl="0" w:tplc="23DC0364">
      <w:start w:val="1"/>
      <w:numFmt w:val="decimal"/>
      <w:lvlText w:val="%1."/>
      <w:lvlJc w:val="left"/>
      <w:pPr>
        <w:ind w:left="2" w:hanging="2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53207B44">
      <w:numFmt w:val="bullet"/>
      <w:lvlText w:val="•"/>
      <w:lvlJc w:val="left"/>
      <w:pPr>
        <w:ind w:left="239" w:hanging="228"/>
      </w:pPr>
      <w:rPr>
        <w:rFonts w:hint="default"/>
        <w:lang w:val="bg-BG" w:eastAsia="en-US" w:bidi="ar-SA"/>
      </w:rPr>
    </w:lvl>
    <w:lvl w:ilvl="2" w:tplc="3FAE78A8">
      <w:numFmt w:val="bullet"/>
      <w:lvlText w:val="•"/>
      <w:lvlJc w:val="left"/>
      <w:pPr>
        <w:ind w:left="479" w:hanging="228"/>
      </w:pPr>
      <w:rPr>
        <w:rFonts w:hint="default"/>
        <w:lang w:val="bg-BG" w:eastAsia="en-US" w:bidi="ar-SA"/>
      </w:rPr>
    </w:lvl>
    <w:lvl w:ilvl="3" w:tplc="2FBA3C1E">
      <w:numFmt w:val="bullet"/>
      <w:lvlText w:val="•"/>
      <w:lvlJc w:val="left"/>
      <w:pPr>
        <w:ind w:left="718" w:hanging="228"/>
      </w:pPr>
      <w:rPr>
        <w:rFonts w:hint="default"/>
        <w:lang w:val="bg-BG" w:eastAsia="en-US" w:bidi="ar-SA"/>
      </w:rPr>
    </w:lvl>
    <w:lvl w:ilvl="4" w:tplc="B2DAFD86">
      <w:numFmt w:val="bullet"/>
      <w:lvlText w:val="•"/>
      <w:lvlJc w:val="left"/>
      <w:pPr>
        <w:ind w:left="958" w:hanging="228"/>
      </w:pPr>
      <w:rPr>
        <w:rFonts w:hint="default"/>
        <w:lang w:val="bg-BG" w:eastAsia="en-US" w:bidi="ar-SA"/>
      </w:rPr>
    </w:lvl>
    <w:lvl w:ilvl="5" w:tplc="87900B2A">
      <w:numFmt w:val="bullet"/>
      <w:lvlText w:val="•"/>
      <w:lvlJc w:val="left"/>
      <w:pPr>
        <w:ind w:left="1198" w:hanging="228"/>
      </w:pPr>
      <w:rPr>
        <w:rFonts w:hint="default"/>
        <w:lang w:val="bg-BG" w:eastAsia="en-US" w:bidi="ar-SA"/>
      </w:rPr>
    </w:lvl>
    <w:lvl w:ilvl="6" w:tplc="9014CB48">
      <w:numFmt w:val="bullet"/>
      <w:lvlText w:val="•"/>
      <w:lvlJc w:val="left"/>
      <w:pPr>
        <w:ind w:left="1437" w:hanging="228"/>
      </w:pPr>
      <w:rPr>
        <w:rFonts w:hint="default"/>
        <w:lang w:val="bg-BG" w:eastAsia="en-US" w:bidi="ar-SA"/>
      </w:rPr>
    </w:lvl>
    <w:lvl w:ilvl="7" w:tplc="2F74CA72">
      <w:numFmt w:val="bullet"/>
      <w:lvlText w:val="•"/>
      <w:lvlJc w:val="left"/>
      <w:pPr>
        <w:ind w:left="1677" w:hanging="228"/>
      </w:pPr>
      <w:rPr>
        <w:rFonts w:hint="default"/>
        <w:lang w:val="bg-BG" w:eastAsia="en-US" w:bidi="ar-SA"/>
      </w:rPr>
    </w:lvl>
    <w:lvl w:ilvl="8" w:tplc="3514BE52">
      <w:numFmt w:val="bullet"/>
      <w:lvlText w:val="•"/>
      <w:lvlJc w:val="left"/>
      <w:pPr>
        <w:ind w:left="1917" w:hanging="228"/>
      </w:pPr>
      <w:rPr>
        <w:rFonts w:hint="default"/>
        <w:lang w:val="bg-BG" w:eastAsia="en-US" w:bidi="ar-SA"/>
      </w:rPr>
    </w:lvl>
  </w:abstractNum>
  <w:abstractNum w:abstractNumId="54" w15:restartNumberingAfterBreak="0">
    <w:nsid w:val="4B1B186B"/>
    <w:multiLevelType w:val="hybridMultilevel"/>
    <w:tmpl w:val="0422F93E"/>
    <w:lvl w:ilvl="0" w:tplc="6B76F846">
      <w:start w:val="1"/>
      <w:numFmt w:val="decimal"/>
      <w:lvlText w:val="%1."/>
      <w:lvlJc w:val="left"/>
      <w:pPr>
        <w:ind w:left="2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45681CC0">
      <w:numFmt w:val="bullet"/>
      <w:lvlText w:val="•"/>
      <w:lvlJc w:val="left"/>
      <w:pPr>
        <w:ind w:left="254" w:hanging="167"/>
      </w:pPr>
      <w:rPr>
        <w:rFonts w:hint="default"/>
        <w:lang w:val="bg-BG" w:eastAsia="en-US" w:bidi="ar-SA"/>
      </w:rPr>
    </w:lvl>
    <w:lvl w:ilvl="2" w:tplc="6348583E">
      <w:numFmt w:val="bullet"/>
      <w:lvlText w:val="•"/>
      <w:lvlJc w:val="left"/>
      <w:pPr>
        <w:ind w:left="508" w:hanging="167"/>
      </w:pPr>
      <w:rPr>
        <w:rFonts w:hint="default"/>
        <w:lang w:val="bg-BG" w:eastAsia="en-US" w:bidi="ar-SA"/>
      </w:rPr>
    </w:lvl>
    <w:lvl w:ilvl="3" w:tplc="980EDF66">
      <w:numFmt w:val="bullet"/>
      <w:lvlText w:val="•"/>
      <w:lvlJc w:val="left"/>
      <w:pPr>
        <w:ind w:left="762" w:hanging="167"/>
      </w:pPr>
      <w:rPr>
        <w:rFonts w:hint="default"/>
        <w:lang w:val="bg-BG" w:eastAsia="en-US" w:bidi="ar-SA"/>
      </w:rPr>
    </w:lvl>
    <w:lvl w:ilvl="4" w:tplc="E7BE15FA">
      <w:numFmt w:val="bullet"/>
      <w:lvlText w:val="•"/>
      <w:lvlJc w:val="left"/>
      <w:pPr>
        <w:ind w:left="1016" w:hanging="167"/>
      </w:pPr>
      <w:rPr>
        <w:rFonts w:hint="default"/>
        <w:lang w:val="bg-BG" w:eastAsia="en-US" w:bidi="ar-SA"/>
      </w:rPr>
    </w:lvl>
    <w:lvl w:ilvl="5" w:tplc="8DFEC9A2">
      <w:numFmt w:val="bullet"/>
      <w:lvlText w:val="•"/>
      <w:lvlJc w:val="left"/>
      <w:pPr>
        <w:ind w:left="1270" w:hanging="167"/>
      </w:pPr>
      <w:rPr>
        <w:rFonts w:hint="default"/>
        <w:lang w:val="bg-BG" w:eastAsia="en-US" w:bidi="ar-SA"/>
      </w:rPr>
    </w:lvl>
    <w:lvl w:ilvl="6" w:tplc="F938802A">
      <w:numFmt w:val="bullet"/>
      <w:lvlText w:val="•"/>
      <w:lvlJc w:val="left"/>
      <w:pPr>
        <w:ind w:left="1524" w:hanging="167"/>
      </w:pPr>
      <w:rPr>
        <w:rFonts w:hint="default"/>
        <w:lang w:val="bg-BG" w:eastAsia="en-US" w:bidi="ar-SA"/>
      </w:rPr>
    </w:lvl>
    <w:lvl w:ilvl="7" w:tplc="63C26EAC">
      <w:numFmt w:val="bullet"/>
      <w:lvlText w:val="•"/>
      <w:lvlJc w:val="left"/>
      <w:pPr>
        <w:ind w:left="1778" w:hanging="167"/>
      </w:pPr>
      <w:rPr>
        <w:rFonts w:hint="default"/>
        <w:lang w:val="bg-BG" w:eastAsia="en-US" w:bidi="ar-SA"/>
      </w:rPr>
    </w:lvl>
    <w:lvl w:ilvl="8" w:tplc="23DE7160">
      <w:numFmt w:val="bullet"/>
      <w:lvlText w:val="•"/>
      <w:lvlJc w:val="left"/>
      <w:pPr>
        <w:ind w:left="2032" w:hanging="167"/>
      </w:pPr>
      <w:rPr>
        <w:rFonts w:hint="default"/>
        <w:lang w:val="bg-BG" w:eastAsia="en-US" w:bidi="ar-SA"/>
      </w:rPr>
    </w:lvl>
  </w:abstractNum>
  <w:abstractNum w:abstractNumId="55" w15:restartNumberingAfterBreak="0">
    <w:nsid w:val="50905E51"/>
    <w:multiLevelType w:val="hybridMultilevel"/>
    <w:tmpl w:val="1CC0367E"/>
    <w:lvl w:ilvl="0" w:tplc="0CC648FC">
      <w:start w:val="1"/>
      <w:numFmt w:val="decimal"/>
      <w:lvlText w:val="%1."/>
      <w:lvlJc w:val="left"/>
      <w:pPr>
        <w:ind w:left="-1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5AD65846">
      <w:numFmt w:val="bullet"/>
      <w:lvlText w:val="•"/>
      <w:lvlJc w:val="left"/>
      <w:pPr>
        <w:ind w:left="225" w:hanging="167"/>
      </w:pPr>
      <w:rPr>
        <w:rFonts w:hint="default"/>
        <w:lang w:val="bg-BG" w:eastAsia="en-US" w:bidi="ar-SA"/>
      </w:rPr>
    </w:lvl>
    <w:lvl w:ilvl="2" w:tplc="D7DC9686">
      <w:numFmt w:val="bullet"/>
      <w:lvlText w:val="•"/>
      <w:lvlJc w:val="left"/>
      <w:pPr>
        <w:ind w:left="451" w:hanging="167"/>
      </w:pPr>
      <w:rPr>
        <w:rFonts w:hint="default"/>
        <w:lang w:val="bg-BG" w:eastAsia="en-US" w:bidi="ar-SA"/>
      </w:rPr>
    </w:lvl>
    <w:lvl w:ilvl="3" w:tplc="FE3E4FB4">
      <w:numFmt w:val="bullet"/>
      <w:lvlText w:val="•"/>
      <w:lvlJc w:val="left"/>
      <w:pPr>
        <w:ind w:left="676" w:hanging="167"/>
      </w:pPr>
      <w:rPr>
        <w:rFonts w:hint="default"/>
        <w:lang w:val="bg-BG" w:eastAsia="en-US" w:bidi="ar-SA"/>
      </w:rPr>
    </w:lvl>
    <w:lvl w:ilvl="4" w:tplc="45B4626A">
      <w:numFmt w:val="bullet"/>
      <w:lvlText w:val="•"/>
      <w:lvlJc w:val="left"/>
      <w:pPr>
        <w:ind w:left="902" w:hanging="167"/>
      </w:pPr>
      <w:rPr>
        <w:rFonts w:hint="default"/>
        <w:lang w:val="bg-BG" w:eastAsia="en-US" w:bidi="ar-SA"/>
      </w:rPr>
    </w:lvl>
    <w:lvl w:ilvl="5" w:tplc="FA58C62C">
      <w:numFmt w:val="bullet"/>
      <w:lvlText w:val="•"/>
      <w:lvlJc w:val="left"/>
      <w:pPr>
        <w:ind w:left="1127" w:hanging="167"/>
      </w:pPr>
      <w:rPr>
        <w:rFonts w:hint="default"/>
        <w:lang w:val="bg-BG" w:eastAsia="en-US" w:bidi="ar-SA"/>
      </w:rPr>
    </w:lvl>
    <w:lvl w:ilvl="6" w:tplc="3514A740">
      <w:numFmt w:val="bullet"/>
      <w:lvlText w:val="•"/>
      <w:lvlJc w:val="left"/>
      <w:pPr>
        <w:ind w:left="1353" w:hanging="167"/>
      </w:pPr>
      <w:rPr>
        <w:rFonts w:hint="default"/>
        <w:lang w:val="bg-BG" w:eastAsia="en-US" w:bidi="ar-SA"/>
      </w:rPr>
    </w:lvl>
    <w:lvl w:ilvl="7" w:tplc="C6E248AA">
      <w:numFmt w:val="bullet"/>
      <w:lvlText w:val="•"/>
      <w:lvlJc w:val="left"/>
      <w:pPr>
        <w:ind w:left="1578" w:hanging="167"/>
      </w:pPr>
      <w:rPr>
        <w:rFonts w:hint="default"/>
        <w:lang w:val="bg-BG" w:eastAsia="en-US" w:bidi="ar-SA"/>
      </w:rPr>
    </w:lvl>
    <w:lvl w:ilvl="8" w:tplc="2A2AE0DC">
      <w:numFmt w:val="bullet"/>
      <w:lvlText w:val="•"/>
      <w:lvlJc w:val="left"/>
      <w:pPr>
        <w:ind w:left="1804" w:hanging="167"/>
      </w:pPr>
      <w:rPr>
        <w:rFonts w:hint="default"/>
        <w:lang w:val="bg-BG" w:eastAsia="en-US" w:bidi="ar-SA"/>
      </w:rPr>
    </w:lvl>
  </w:abstractNum>
  <w:abstractNum w:abstractNumId="56" w15:restartNumberingAfterBreak="0">
    <w:nsid w:val="54B4564C"/>
    <w:multiLevelType w:val="hybridMultilevel"/>
    <w:tmpl w:val="BBD46EE6"/>
    <w:lvl w:ilvl="0" w:tplc="D1E49EF6">
      <w:start w:val="1"/>
      <w:numFmt w:val="decimal"/>
      <w:lvlText w:val="%1."/>
      <w:lvlJc w:val="left"/>
      <w:pPr>
        <w:ind w:left="169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EA9862A2">
      <w:numFmt w:val="bullet"/>
      <w:lvlText w:val="•"/>
      <w:lvlJc w:val="left"/>
      <w:pPr>
        <w:ind w:left="426" w:hanging="167"/>
      </w:pPr>
      <w:rPr>
        <w:rFonts w:hint="default"/>
        <w:lang w:val="bg-BG" w:eastAsia="en-US" w:bidi="ar-SA"/>
      </w:rPr>
    </w:lvl>
    <w:lvl w:ilvl="2" w:tplc="5782B0B4">
      <w:numFmt w:val="bullet"/>
      <w:lvlText w:val="•"/>
      <w:lvlJc w:val="left"/>
      <w:pPr>
        <w:ind w:left="692" w:hanging="167"/>
      </w:pPr>
      <w:rPr>
        <w:rFonts w:hint="default"/>
        <w:lang w:val="bg-BG" w:eastAsia="en-US" w:bidi="ar-SA"/>
      </w:rPr>
    </w:lvl>
    <w:lvl w:ilvl="3" w:tplc="68CCB6A4">
      <w:numFmt w:val="bullet"/>
      <w:lvlText w:val="•"/>
      <w:lvlJc w:val="left"/>
      <w:pPr>
        <w:ind w:left="958" w:hanging="167"/>
      </w:pPr>
      <w:rPr>
        <w:rFonts w:hint="default"/>
        <w:lang w:val="bg-BG" w:eastAsia="en-US" w:bidi="ar-SA"/>
      </w:rPr>
    </w:lvl>
    <w:lvl w:ilvl="4" w:tplc="33301DF8">
      <w:numFmt w:val="bullet"/>
      <w:lvlText w:val="•"/>
      <w:lvlJc w:val="left"/>
      <w:pPr>
        <w:ind w:left="1224" w:hanging="167"/>
      </w:pPr>
      <w:rPr>
        <w:rFonts w:hint="default"/>
        <w:lang w:val="bg-BG" w:eastAsia="en-US" w:bidi="ar-SA"/>
      </w:rPr>
    </w:lvl>
    <w:lvl w:ilvl="5" w:tplc="26A84B0A">
      <w:numFmt w:val="bullet"/>
      <w:lvlText w:val="•"/>
      <w:lvlJc w:val="left"/>
      <w:pPr>
        <w:ind w:left="1490" w:hanging="167"/>
      </w:pPr>
      <w:rPr>
        <w:rFonts w:hint="default"/>
        <w:lang w:val="bg-BG" w:eastAsia="en-US" w:bidi="ar-SA"/>
      </w:rPr>
    </w:lvl>
    <w:lvl w:ilvl="6" w:tplc="117E8D04">
      <w:numFmt w:val="bullet"/>
      <w:lvlText w:val="•"/>
      <w:lvlJc w:val="left"/>
      <w:pPr>
        <w:ind w:left="1756" w:hanging="167"/>
      </w:pPr>
      <w:rPr>
        <w:rFonts w:hint="default"/>
        <w:lang w:val="bg-BG" w:eastAsia="en-US" w:bidi="ar-SA"/>
      </w:rPr>
    </w:lvl>
    <w:lvl w:ilvl="7" w:tplc="5D087E78">
      <w:numFmt w:val="bullet"/>
      <w:lvlText w:val="•"/>
      <w:lvlJc w:val="left"/>
      <w:pPr>
        <w:ind w:left="2023" w:hanging="167"/>
      </w:pPr>
      <w:rPr>
        <w:rFonts w:hint="default"/>
        <w:lang w:val="bg-BG" w:eastAsia="en-US" w:bidi="ar-SA"/>
      </w:rPr>
    </w:lvl>
    <w:lvl w:ilvl="8" w:tplc="40FEAE7A">
      <w:numFmt w:val="bullet"/>
      <w:lvlText w:val="•"/>
      <w:lvlJc w:val="left"/>
      <w:pPr>
        <w:ind w:left="2289" w:hanging="167"/>
      </w:pPr>
      <w:rPr>
        <w:rFonts w:hint="default"/>
        <w:lang w:val="bg-BG" w:eastAsia="en-US" w:bidi="ar-SA"/>
      </w:rPr>
    </w:lvl>
  </w:abstractNum>
  <w:abstractNum w:abstractNumId="57" w15:restartNumberingAfterBreak="0">
    <w:nsid w:val="58EE772D"/>
    <w:multiLevelType w:val="hybridMultilevel"/>
    <w:tmpl w:val="808A9AC8"/>
    <w:lvl w:ilvl="0" w:tplc="4F5A98D6">
      <w:start w:val="1"/>
      <w:numFmt w:val="decimal"/>
      <w:lvlText w:val="%1."/>
      <w:lvlJc w:val="left"/>
      <w:pPr>
        <w:ind w:left="0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E002446C">
      <w:numFmt w:val="bullet"/>
      <w:lvlText w:val="•"/>
      <w:lvlJc w:val="left"/>
      <w:pPr>
        <w:ind w:left="296" w:hanging="167"/>
      </w:pPr>
      <w:rPr>
        <w:rFonts w:hint="default"/>
        <w:lang w:val="bg-BG" w:eastAsia="en-US" w:bidi="ar-SA"/>
      </w:rPr>
    </w:lvl>
    <w:lvl w:ilvl="2" w:tplc="40EC2762">
      <w:numFmt w:val="bullet"/>
      <w:lvlText w:val="•"/>
      <w:lvlJc w:val="left"/>
      <w:pPr>
        <w:ind w:left="593" w:hanging="167"/>
      </w:pPr>
      <w:rPr>
        <w:rFonts w:hint="default"/>
        <w:lang w:val="bg-BG" w:eastAsia="en-US" w:bidi="ar-SA"/>
      </w:rPr>
    </w:lvl>
    <w:lvl w:ilvl="3" w:tplc="66400334">
      <w:numFmt w:val="bullet"/>
      <w:lvlText w:val="•"/>
      <w:lvlJc w:val="left"/>
      <w:pPr>
        <w:ind w:left="889" w:hanging="167"/>
      </w:pPr>
      <w:rPr>
        <w:rFonts w:hint="default"/>
        <w:lang w:val="bg-BG" w:eastAsia="en-US" w:bidi="ar-SA"/>
      </w:rPr>
    </w:lvl>
    <w:lvl w:ilvl="4" w:tplc="56B61C04">
      <w:numFmt w:val="bullet"/>
      <w:lvlText w:val="•"/>
      <w:lvlJc w:val="left"/>
      <w:pPr>
        <w:ind w:left="1186" w:hanging="167"/>
      </w:pPr>
      <w:rPr>
        <w:rFonts w:hint="default"/>
        <w:lang w:val="bg-BG" w:eastAsia="en-US" w:bidi="ar-SA"/>
      </w:rPr>
    </w:lvl>
    <w:lvl w:ilvl="5" w:tplc="2B4EBB12">
      <w:numFmt w:val="bullet"/>
      <w:lvlText w:val="•"/>
      <w:lvlJc w:val="left"/>
      <w:pPr>
        <w:ind w:left="1483" w:hanging="167"/>
      </w:pPr>
      <w:rPr>
        <w:rFonts w:hint="default"/>
        <w:lang w:val="bg-BG" w:eastAsia="en-US" w:bidi="ar-SA"/>
      </w:rPr>
    </w:lvl>
    <w:lvl w:ilvl="6" w:tplc="58F059C0">
      <w:numFmt w:val="bullet"/>
      <w:lvlText w:val="•"/>
      <w:lvlJc w:val="left"/>
      <w:pPr>
        <w:ind w:left="1779" w:hanging="167"/>
      </w:pPr>
      <w:rPr>
        <w:rFonts w:hint="default"/>
        <w:lang w:val="bg-BG" w:eastAsia="en-US" w:bidi="ar-SA"/>
      </w:rPr>
    </w:lvl>
    <w:lvl w:ilvl="7" w:tplc="9F5062A8">
      <w:numFmt w:val="bullet"/>
      <w:lvlText w:val="•"/>
      <w:lvlJc w:val="left"/>
      <w:pPr>
        <w:ind w:left="2076" w:hanging="167"/>
      </w:pPr>
      <w:rPr>
        <w:rFonts w:hint="default"/>
        <w:lang w:val="bg-BG" w:eastAsia="en-US" w:bidi="ar-SA"/>
      </w:rPr>
    </w:lvl>
    <w:lvl w:ilvl="8" w:tplc="36C4703E">
      <w:numFmt w:val="bullet"/>
      <w:lvlText w:val="•"/>
      <w:lvlJc w:val="left"/>
      <w:pPr>
        <w:ind w:left="2372" w:hanging="167"/>
      </w:pPr>
      <w:rPr>
        <w:rFonts w:hint="default"/>
        <w:lang w:val="bg-BG" w:eastAsia="en-US" w:bidi="ar-SA"/>
      </w:rPr>
    </w:lvl>
  </w:abstractNum>
  <w:abstractNum w:abstractNumId="58" w15:restartNumberingAfterBreak="0">
    <w:nsid w:val="59487A53"/>
    <w:multiLevelType w:val="hybridMultilevel"/>
    <w:tmpl w:val="0CFEAD56"/>
    <w:lvl w:ilvl="0" w:tplc="351612E0">
      <w:start w:val="1"/>
      <w:numFmt w:val="decimal"/>
      <w:lvlText w:val="%1."/>
      <w:lvlJc w:val="left"/>
      <w:pPr>
        <w:ind w:left="169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8C2CDE1E">
      <w:numFmt w:val="bullet"/>
      <w:lvlText w:val="•"/>
      <w:lvlJc w:val="left"/>
      <w:pPr>
        <w:ind w:left="426" w:hanging="167"/>
      </w:pPr>
      <w:rPr>
        <w:rFonts w:hint="default"/>
        <w:lang w:val="bg-BG" w:eastAsia="en-US" w:bidi="ar-SA"/>
      </w:rPr>
    </w:lvl>
    <w:lvl w:ilvl="2" w:tplc="A128F71E">
      <w:numFmt w:val="bullet"/>
      <w:lvlText w:val="•"/>
      <w:lvlJc w:val="left"/>
      <w:pPr>
        <w:ind w:left="692" w:hanging="167"/>
      </w:pPr>
      <w:rPr>
        <w:rFonts w:hint="default"/>
        <w:lang w:val="bg-BG" w:eastAsia="en-US" w:bidi="ar-SA"/>
      </w:rPr>
    </w:lvl>
    <w:lvl w:ilvl="3" w:tplc="CEECB4A4">
      <w:numFmt w:val="bullet"/>
      <w:lvlText w:val="•"/>
      <w:lvlJc w:val="left"/>
      <w:pPr>
        <w:ind w:left="958" w:hanging="167"/>
      </w:pPr>
      <w:rPr>
        <w:rFonts w:hint="default"/>
        <w:lang w:val="bg-BG" w:eastAsia="en-US" w:bidi="ar-SA"/>
      </w:rPr>
    </w:lvl>
    <w:lvl w:ilvl="4" w:tplc="8AB25A52">
      <w:numFmt w:val="bullet"/>
      <w:lvlText w:val="•"/>
      <w:lvlJc w:val="left"/>
      <w:pPr>
        <w:ind w:left="1224" w:hanging="167"/>
      </w:pPr>
      <w:rPr>
        <w:rFonts w:hint="default"/>
        <w:lang w:val="bg-BG" w:eastAsia="en-US" w:bidi="ar-SA"/>
      </w:rPr>
    </w:lvl>
    <w:lvl w:ilvl="5" w:tplc="60EA6E7A">
      <w:numFmt w:val="bullet"/>
      <w:lvlText w:val="•"/>
      <w:lvlJc w:val="left"/>
      <w:pPr>
        <w:ind w:left="1490" w:hanging="167"/>
      </w:pPr>
      <w:rPr>
        <w:rFonts w:hint="default"/>
        <w:lang w:val="bg-BG" w:eastAsia="en-US" w:bidi="ar-SA"/>
      </w:rPr>
    </w:lvl>
    <w:lvl w:ilvl="6" w:tplc="A3B852EC">
      <w:numFmt w:val="bullet"/>
      <w:lvlText w:val="•"/>
      <w:lvlJc w:val="left"/>
      <w:pPr>
        <w:ind w:left="1756" w:hanging="167"/>
      </w:pPr>
      <w:rPr>
        <w:rFonts w:hint="default"/>
        <w:lang w:val="bg-BG" w:eastAsia="en-US" w:bidi="ar-SA"/>
      </w:rPr>
    </w:lvl>
    <w:lvl w:ilvl="7" w:tplc="93325DB8">
      <w:numFmt w:val="bullet"/>
      <w:lvlText w:val="•"/>
      <w:lvlJc w:val="left"/>
      <w:pPr>
        <w:ind w:left="2023" w:hanging="167"/>
      </w:pPr>
      <w:rPr>
        <w:rFonts w:hint="default"/>
        <w:lang w:val="bg-BG" w:eastAsia="en-US" w:bidi="ar-SA"/>
      </w:rPr>
    </w:lvl>
    <w:lvl w:ilvl="8" w:tplc="B412C1EE">
      <w:numFmt w:val="bullet"/>
      <w:lvlText w:val="•"/>
      <w:lvlJc w:val="left"/>
      <w:pPr>
        <w:ind w:left="2289" w:hanging="167"/>
      </w:pPr>
      <w:rPr>
        <w:rFonts w:hint="default"/>
        <w:lang w:val="bg-BG" w:eastAsia="en-US" w:bidi="ar-SA"/>
      </w:rPr>
    </w:lvl>
  </w:abstractNum>
  <w:abstractNum w:abstractNumId="59" w15:restartNumberingAfterBreak="0">
    <w:nsid w:val="595B3D93"/>
    <w:multiLevelType w:val="hybridMultilevel"/>
    <w:tmpl w:val="EA3ED48E"/>
    <w:lvl w:ilvl="0" w:tplc="E78A2A0C">
      <w:start w:val="1"/>
      <w:numFmt w:val="decimal"/>
      <w:lvlText w:val="%1."/>
      <w:lvlJc w:val="left"/>
      <w:pPr>
        <w:ind w:left="2" w:hanging="181"/>
      </w:pPr>
      <w:rPr>
        <w:rFonts w:hint="default"/>
        <w:spacing w:val="0"/>
        <w:w w:val="88"/>
        <w:lang w:val="bg-BG" w:eastAsia="en-US" w:bidi="ar-SA"/>
      </w:rPr>
    </w:lvl>
    <w:lvl w:ilvl="1" w:tplc="591887E8">
      <w:numFmt w:val="bullet"/>
      <w:lvlText w:val="•"/>
      <w:lvlJc w:val="left"/>
      <w:pPr>
        <w:ind w:left="254" w:hanging="181"/>
      </w:pPr>
      <w:rPr>
        <w:rFonts w:hint="default"/>
        <w:lang w:val="bg-BG" w:eastAsia="en-US" w:bidi="ar-SA"/>
      </w:rPr>
    </w:lvl>
    <w:lvl w:ilvl="2" w:tplc="52B09B52">
      <w:numFmt w:val="bullet"/>
      <w:lvlText w:val="•"/>
      <w:lvlJc w:val="left"/>
      <w:pPr>
        <w:ind w:left="508" w:hanging="181"/>
      </w:pPr>
      <w:rPr>
        <w:rFonts w:hint="default"/>
        <w:lang w:val="bg-BG" w:eastAsia="en-US" w:bidi="ar-SA"/>
      </w:rPr>
    </w:lvl>
    <w:lvl w:ilvl="3" w:tplc="330CCD24">
      <w:numFmt w:val="bullet"/>
      <w:lvlText w:val="•"/>
      <w:lvlJc w:val="left"/>
      <w:pPr>
        <w:ind w:left="762" w:hanging="181"/>
      </w:pPr>
      <w:rPr>
        <w:rFonts w:hint="default"/>
        <w:lang w:val="bg-BG" w:eastAsia="en-US" w:bidi="ar-SA"/>
      </w:rPr>
    </w:lvl>
    <w:lvl w:ilvl="4" w:tplc="7A3CDDB4">
      <w:numFmt w:val="bullet"/>
      <w:lvlText w:val="•"/>
      <w:lvlJc w:val="left"/>
      <w:pPr>
        <w:ind w:left="1016" w:hanging="181"/>
      </w:pPr>
      <w:rPr>
        <w:rFonts w:hint="default"/>
        <w:lang w:val="bg-BG" w:eastAsia="en-US" w:bidi="ar-SA"/>
      </w:rPr>
    </w:lvl>
    <w:lvl w:ilvl="5" w:tplc="D56041DC">
      <w:numFmt w:val="bullet"/>
      <w:lvlText w:val="•"/>
      <w:lvlJc w:val="left"/>
      <w:pPr>
        <w:ind w:left="1270" w:hanging="181"/>
      </w:pPr>
      <w:rPr>
        <w:rFonts w:hint="default"/>
        <w:lang w:val="bg-BG" w:eastAsia="en-US" w:bidi="ar-SA"/>
      </w:rPr>
    </w:lvl>
    <w:lvl w:ilvl="6" w:tplc="FBF2FFA6">
      <w:numFmt w:val="bullet"/>
      <w:lvlText w:val="•"/>
      <w:lvlJc w:val="left"/>
      <w:pPr>
        <w:ind w:left="1524" w:hanging="181"/>
      </w:pPr>
      <w:rPr>
        <w:rFonts w:hint="default"/>
        <w:lang w:val="bg-BG" w:eastAsia="en-US" w:bidi="ar-SA"/>
      </w:rPr>
    </w:lvl>
    <w:lvl w:ilvl="7" w:tplc="34A28988">
      <w:numFmt w:val="bullet"/>
      <w:lvlText w:val="•"/>
      <w:lvlJc w:val="left"/>
      <w:pPr>
        <w:ind w:left="1778" w:hanging="181"/>
      </w:pPr>
      <w:rPr>
        <w:rFonts w:hint="default"/>
        <w:lang w:val="bg-BG" w:eastAsia="en-US" w:bidi="ar-SA"/>
      </w:rPr>
    </w:lvl>
    <w:lvl w:ilvl="8" w:tplc="C23C3484">
      <w:numFmt w:val="bullet"/>
      <w:lvlText w:val="•"/>
      <w:lvlJc w:val="left"/>
      <w:pPr>
        <w:ind w:left="2032" w:hanging="181"/>
      </w:pPr>
      <w:rPr>
        <w:rFonts w:hint="default"/>
        <w:lang w:val="bg-BG" w:eastAsia="en-US" w:bidi="ar-SA"/>
      </w:rPr>
    </w:lvl>
  </w:abstractNum>
  <w:abstractNum w:abstractNumId="60" w15:restartNumberingAfterBreak="0">
    <w:nsid w:val="5FA90E48"/>
    <w:multiLevelType w:val="hybridMultilevel"/>
    <w:tmpl w:val="0E08B192"/>
    <w:lvl w:ilvl="0" w:tplc="A0DCAC66">
      <w:start w:val="1"/>
      <w:numFmt w:val="decimal"/>
      <w:lvlText w:val="%1."/>
      <w:lvlJc w:val="left"/>
      <w:pPr>
        <w:ind w:left="3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38DA6586">
      <w:numFmt w:val="bullet"/>
      <w:lvlText w:val="•"/>
      <w:lvlJc w:val="left"/>
      <w:pPr>
        <w:ind w:left="282" w:hanging="167"/>
      </w:pPr>
      <w:rPr>
        <w:rFonts w:hint="default"/>
        <w:lang w:val="bg-BG" w:eastAsia="en-US" w:bidi="ar-SA"/>
      </w:rPr>
    </w:lvl>
    <w:lvl w:ilvl="2" w:tplc="435A1E62">
      <w:numFmt w:val="bullet"/>
      <w:lvlText w:val="•"/>
      <w:lvlJc w:val="left"/>
      <w:pPr>
        <w:ind w:left="564" w:hanging="167"/>
      </w:pPr>
      <w:rPr>
        <w:rFonts w:hint="default"/>
        <w:lang w:val="bg-BG" w:eastAsia="en-US" w:bidi="ar-SA"/>
      </w:rPr>
    </w:lvl>
    <w:lvl w:ilvl="3" w:tplc="F6665282">
      <w:numFmt w:val="bullet"/>
      <w:lvlText w:val="•"/>
      <w:lvlJc w:val="left"/>
      <w:pPr>
        <w:ind w:left="846" w:hanging="167"/>
      </w:pPr>
      <w:rPr>
        <w:rFonts w:hint="default"/>
        <w:lang w:val="bg-BG" w:eastAsia="en-US" w:bidi="ar-SA"/>
      </w:rPr>
    </w:lvl>
    <w:lvl w:ilvl="4" w:tplc="9AAA0A06">
      <w:numFmt w:val="bullet"/>
      <w:lvlText w:val="•"/>
      <w:lvlJc w:val="left"/>
      <w:pPr>
        <w:ind w:left="1128" w:hanging="167"/>
      </w:pPr>
      <w:rPr>
        <w:rFonts w:hint="default"/>
        <w:lang w:val="bg-BG" w:eastAsia="en-US" w:bidi="ar-SA"/>
      </w:rPr>
    </w:lvl>
    <w:lvl w:ilvl="5" w:tplc="FBD4A948">
      <w:numFmt w:val="bullet"/>
      <w:lvlText w:val="•"/>
      <w:lvlJc w:val="left"/>
      <w:pPr>
        <w:ind w:left="1410" w:hanging="167"/>
      </w:pPr>
      <w:rPr>
        <w:rFonts w:hint="default"/>
        <w:lang w:val="bg-BG" w:eastAsia="en-US" w:bidi="ar-SA"/>
      </w:rPr>
    </w:lvl>
    <w:lvl w:ilvl="6" w:tplc="E0D87598">
      <w:numFmt w:val="bullet"/>
      <w:lvlText w:val="•"/>
      <w:lvlJc w:val="left"/>
      <w:pPr>
        <w:ind w:left="1692" w:hanging="167"/>
      </w:pPr>
      <w:rPr>
        <w:rFonts w:hint="default"/>
        <w:lang w:val="bg-BG" w:eastAsia="en-US" w:bidi="ar-SA"/>
      </w:rPr>
    </w:lvl>
    <w:lvl w:ilvl="7" w:tplc="D9A407E4">
      <w:numFmt w:val="bullet"/>
      <w:lvlText w:val="•"/>
      <w:lvlJc w:val="left"/>
      <w:pPr>
        <w:ind w:left="1975" w:hanging="167"/>
      </w:pPr>
      <w:rPr>
        <w:rFonts w:hint="default"/>
        <w:lang w:val="bg-BG" w:eastAsia="en-US" w:bidi="ar-SA"/>
      </w:rPr>
    </w:lvl>
    <w:lvl w:ilvl="8" w:tplc="18F26B4E">
      <w:numFmt w:val="bullet"/>
      <w:lvlText w:val="•"/>
      <w:lvlJc w:val="left"/>
      <w:pPr>
        <w:ind w:left="2257" w:hanging="167"/>
      </w:pPr>
      <w:rPr>
        <w:rFonts w:hint="default"/>
        <w:lang w:val="bg-BG" w:eastAsia="en-US" w:bidi="ar-SA"/>
      </w:rPr>
    </w:lvl>
  </w:abstractNum>
  <w:abstractNum w:abstractNumId="61" w15:restartNumberingAfterBreak="0">
    <w:nsid w:val="62580B1B"/>
    <w:multiLevelType w:val="hybridMultilevel"/>
    <w:tmpl w:val="999807D2"/>
    <w:lvl w:ilvl="0" w:tplc="5F9E9900">
      <w:start w:val="1"/>
      <w:numFmt w:val="decimal"/>
      <w:lvlText w:val="%1."/>
      <w:lvlJc w:val="left"/>
      <w:pPr>
        <w:ind w:left="242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25C2D58E">
      <w:numFmt w:val="bullet"/>
      <w:lvlText w:val="•"/>
      <w:lvlJc w:val="left"/>
      <w:pPr>
        <w:ind w:left="569" w:hanging="181"/>
      </w:pPr>
      <w:rPr>
        <w:rFonts w:hint="default"/>
        <w:lang w:val="bg-BG" w:eastAsia="en-US" w:bidi="ar-SA"/>
      </w:rPr>
    </w:lvl>
    <w:lvl w:ilvl="2" w:tplc="412CB680">
      <w:numFmt w:val="bullet"/>
      <w:lvlText w:val="•"/>
      <w:lvlJc w:val="left"/>
      <w:pPr>
        <w:ind w:left="898" w:hanging="181"/>
      </w:pPr>
      <w:rPr>
        <w:rFonts w:hint="default"/>
        <w:lang w:val="bg-BG" w:eastAsia="en-US" w:bidi="ar-SA"/>
      </w:rPr>
    </w:lvl>
    <w:lvl w:ilvl="3" w:tplc="F72C1F46">
      <w:numFmt w:val="bullet"/>
      <w:lvlText w:val="•"/>
      <w:lvlJc w:val="left"/>
      <w:pPr>
        <w:ind w:left="1227" w:hanging="181"/>
      </w:pPr>
      <w:rPr>
        <w:rFonts w:hint="default"/>
        <w:lang w:val="bg-BG" w:eastAsia="en-US" w:bidi="ar-SA"/>
      </w:rPr>
    </w:lvl>
    <w:lvl w:ilvl="4" w:tplc="0C429030">
      <w:numFmt w:val="bullet"/>
      <w:lvlText w:val="•"/>
      <w:lvlJc w:val="left"/>
      <w:pPr>
        <w:ind w:left="1556" w:hanging="181"/>
      </w:pPr>
      <w:rPr>
        <w:rFonts w:hint="default"/>
        <w:lang w:val="bg-BG" w:eastAsia="en-US" w:bidi="ar-SA"/>
      </w:rPr>
    </w:lvl>
    <w:lvl w:ilvl="5" w:tplc="19ECF56A">
      <w:numFmt w:val="bullet"/>
      <w:lvlText w:val="•"/>
      <w:lvlJc w:val="left"/>
      <w:pPr>
        <w:ind w:left="1886" w:hanging="181"/>
      </w:pPr>
      <w:rPr>
        <w:rFonts w:hint="default"/>
        <w:lang w:val="bg-BG" w:eastAsia="en-US" w:bidi="ar-SA"/>
      </w:rPr>
    </w:lvl>
    <w:lvl w:ilvl="6" w:tplc="8766B544">
      <w:numFmt w:val="bullet"/>
      <w:lvlText w:val="•"/>
      <w:lvlJc w:val="left"/>
      <w:pPr>
        <w:ind w:left="2215" w:hanging="181"/>
      </w:pPr>
      <w:rPr>
        <w:rFonts w:hint="default"/>
        <w:lang w:val="bg-BG" w:eastAsia="en-US" w:bidi="ar-SA"/>
      </w:rPr>
    </w:lvl>
    <w:lvl w:ilvl="7" w:tplc="73120624">
      <w:numFmt w:val="bullet"/>
      <w:lvlText w:val="•"/>
      <w:lvlJc w:val="left"/>
      <w:pPr>
        <w:ind w:left="2544" w:hanging="181"/>
      </w:pPr>
      <w:rPr>
        <w:rFonts w:hint="default"/>
        <w:lang w:val="bg-BG" w:eastAsia="en-US" w:bidi="ar-SA"/>
      </w:rPr>
    </w:lvl>
    <w:lvl w:ilvl="8" w:tplc="E06C54C6">
      <w:numFmt w:val="bullet"/>
      <w:lvlText w:val="•"/>
      <w:lvlJc w:val="left"/>
      <w:pPr>
        <w:ind w:left="2873" w:hanging="181"/>
      </w:pPr>
      <w:rPr>
        <w:rFonts w:hint="default"/>
        <w:lang w:val="bg-BG" w:eastAsia="en-US" w:bidi="ar-SA"/>
      </w:rPr>
    </w:lvl>
  </w:abstractNum>
  <w:abstractNum w:abstractNumId="62" w15:restartNumberingAfterBreak="0">
    <w:nsid w:val="6299632B"/>
    <w:multiLevelType w:val="hybridMultilevel"/>
    <w:tmpl w:val="8D80F7D6"/>
    <w:lvl w:ilvl="0" w:tplc="5C522D6A">
      <w:start w:val="1"/>
      <w:numFmt w:val="decimal"/>
      <w:lvlText w:val="%1."/>
      <w:lvlJc w:val="left"/>
      <w:pPr>
        <w:ind w:left="4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0"/>
        <w:szCs w:val="20"/>
        <w:lang w:val="bg-BG" w:eastAsia="en-US" w:bidi="ar-SA"/>
      </w:rPr>
    </w:lvl>
    <w:lvl w:ilvl="1" w:tplc="935EFAA4">
      <w:numFmt w:val="bullet"/>
      <w:lvlText w:val="•"/>
      <w:lvlJc w:val="left"/>
      <w:pPr>
        <w:ind w:left="296" w:hanging="167"/>
      </w:pPr>
      <w:rPr>
        <w:rFonts w:hint="default"/>
        <w:lang w:val="bg-BG" w:eastAsia="en-US" w:bidi="ar-SA"/>
      </w:rPr>
    </w:lvl>
    <w:lvl w:ilvl="2" w:tplc="16E48124">
      <w:numFmt w:val="bullet"/>
      <w:lvlText w:val="•"/>
      <w:lvlJc w:val="left"/>
      <w:pPr>
        <w:ind w:left="593" w:hanging="167"/>
      </w:pPr>
      <w:rPr>
        <w:rFonts w:hint="default"/>
        <w:lang w:val="bg-BG" w:eastAsia="en-US" w:bidi="ar-SA"/>
      </w:rPr>
    </w:lvl>
    <w:lvl w:ilvl="3" w:tplc="A2121232">
      <w:numFmt w:val="bullet"/>
      <w:lvlText w:val="•"/>
      <w:lvlJc w:val="left"/>
      <w:pPr>
        <w:ind w:left="889" w:hanging="167"/>
      </w:pPr>
      <w:rPr>
        <w:rFonts w:hint="default"/>
        <w:lang w:val="bg-BG" w:eastAsia="en-US" w:bidi="ar-SA"/>
      </w:rPr>
    </w:lvl>
    <w:lvl w:ilvl="4" w:tplc="4AA4E710">
      <w:numFmt w:val="bullet"/>
      <w:lvlText w:val="•"/>
      <w:lvlJc w:val="left"/>
      <w:pPr>
        <w:ind w:left="1186" w:hanging="167"/>
      </w:pPr>
      <w:rPr>
        <w:rFonts w:hint="default"/>
        <w:lang w:val="bg-BG" w:eastAsia="en-US" w:bidi="ar-SA"/>
      </w:rPr>
    </w:lvl>
    <w:lvl w:ilvl="5" w:tplc="E11455A4">
      <w:numFmt w:val="bullet"/>
      <w:lvlText w:val="•"/>
      <w:lvlJc w:val="left"/>
      <w:pPr>
        <w:ind w:left="1483" w:hanging="167"/>
      </w:pPr>
      <w:rPr>
        <w:rFonts w:hint="default"/>
        <w:lang w:val="bg-BG" w:eastAsia="en-US" w:bidi="ar-SA"/>
      </w:rPr>
    </w:lvl>
    <w:lvl w:ilvl="6" w:tplc="0DE44C78">
      <w:numFmt w:val="bullet"/>
      <w:lvlText w:val="•"/>
      <w:lvlJc w:val="left"/>
      <w:pPr>
        <w:ind w:left="1779" w:hanging="167"/>
      </w:pPr>
      <w:rPr>
        <w:rFonts w:hint="default"/>
        <w:lang w:val="bg-BG" w:eastAsia="en-US" w:bidi="ar-SA"/>
      </w:rPr>
    </w:lvl>
    <w:lvl w:ilvl="7" w:tplc="1F1E404E">
      <w:numFmt w:val="bullet"/>
      <w:lvlText w:val="•"/>
      <w:lvlJc w:val="left"/>
      <w:pPr>
        <w:ind w:left="2076" w:hanging="167"/>
      </w:pPr>
      <w:rPr>
        <w:rFonts w:hint="default"/>
        <w:lang w:val="bg-BG" w:eastAsia="en-US" w:bidi="ar-SA"/>
      </w:rPr>
    </w:lvl>
    <w:lvl w:ilvl="8" w:tplc="4620CAE2">
      <w:numFmt w:val="bullet"/>
      <w:lvlText w:val="•"/>
      <w:lvlJc w:val="left"/>
      <w:pPr>
        <w:ind w:left="2372" w:hanging="167"/>
      </w:pPr>
      <w:rPr>
        <w:rFonts w:hint="default"/>
        <w:lang w:val="bg-BG" w:eastAsia="en-US" w:bidi="ar-SA"/>
      </w:rPr>
    </w:lvl>
  </w:abstractNum>
  <w:abstractNum w:abstractNumId="63" w15:restartNumberingAfterBreak="0">
    <w:nsid w:val="62C85D34"/>
    <w:multiLevelType w:val="hybridMultilevel"/>
    <w:tmpl w:val="B93A9388"/>
    <w:lvl w:ilvl="0" w:tplc="522A9FB4">
      <w:start w:val="1"/>
      <w:numFmt w:val="decimal"/>
      <w:lvlText w:val="%1."/>
      <w:lvlJc w:val="left"/>
      <w:pPr>
        <w:ind w:left="243" w:hanging="18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3FCAA3CC">
      <w:numFmt w:val="bullet"/>
      <w:lvlText w:val="•"/>
      <w:lvlJc w:val="left"/>
      <w:pPr>
        <w:ind w:left="498" w:hanging="182"/>
      </w:pPr>
      <w:rPr>
        <w:rFonts w:hint="default"/>
        <w:lang w:val="bg-BG" w:eastAsia="en-US" w:bidi="ar-SA"/>
      </w:rPr>
    </w:lvl>
    <w:lvl w:ilvl="2" w:tplc="5038C7FC">
      <w:numFmt w:val="bullet"/>
      <w:lvlText w:val="•"/>
      <w:lvlJc w:val="left"/>
      <w:pPr>
        <w:ind w:left="757" w:hanging="182"/>
      </w:pPr>
      <w:rPr>
        <w:rFonts w:hint="default"/>
        <w:lang w:val="bg-BG" w:eastAsia="en-US" w:bidi="ar-SA"/>
      </w:rPr>
    </w:lvl>
    <w:lvl w:ilvl="3" w:tplc="86140BD8">
      <w:numFmt w:val="bullet"/>
      <w:lvlText w:val="•"/>
      <w:lvlJc w:val="left"/>
      <w:pPr>
        <w:ind w:left="1015" w:hanging="182"/>
      </w:pPr>
      <w:rPr>
        <w:rFonts w:hint="default"/>
        <w:lang w:val="bg-BG" w:eastAsia="en-US" w:bidi="ar-SA"/>
      </w:rPr>
    </w:lvl>
    <w:lvl w:ilvl="4" w:tplc="DFA0B16E">
      <w:numFmt w:val="bullet"/>
      <w:lvlText w:val="•"/>
      <w:lvlJc w:val="left"/>
      <w:pPr>
        <w:ind w:left="1274" w:hanging="182"/>
      </w:pPr>
      <w:rPr>
        <w:rFonts w:hint="default"/>
        <w:lang w:val="bg-BG" w:eastAsia="en-US" w:bidi="ar-SA"/>
      </w:rPr>
    </w:lvl>
    <w:lvl w:ilvl="5" w:tplc="6F0481C2">
      <w:numFmt w:val="bullet"/>
      <w:lvlText w:val="•"/>
      <w:lvlJc w:val="left"/>
      <w:pPr>
        <w:ind w:left="1533" w:hanging="182"/>
      </w:pPr>
      <w:rPr>
        <w:rFonts w:hint="default"/>
        <w:lang w:val="bg-BG" w:eastAsia="en-US" w:bidi="ar-SA"/>
      </w:rPr>
    </w:lvl>
    <w:lvl w:ilvl="6" w:tplc="6F18503E">
      <w:numFmt w:val="bullet"/>
      <w:lvlText w:val="•"/>
      <w:lvlJc w:val="left"/>
      <w:pPr>
        <w:ind w:left="1791" w:hanging="182"/>
      </w:pPr>
      <w:rPr>
        <w:rFonts w:hint="default"/>
        <w:lang w:val="bg-BG" w:eastAsia="en-US" w:bidi="ar-SA"/>
      </w:rPr>
    </w:lvl>
    <w:lvl w:ilvl="7" w:tplc="C6867EAE">
      <w:numFmt w:val="bullet"/>
      <w:lvlText w:val="•"/>
      <w:lvlJc w:val="left"/>
      <w:pPr>
        <w:ind w:left="2050" w:hanging="182"/>
      </w:pPr>
      <w:rPr>
        <w:rFonts w:hint="default"/>
        <w:lang w:val="bg-BG" w:eastAsia="en-US" w:bidi="ar-SA"/>
      </w:rPr>
    </w:lvl>
    <w:lvl w:ilvl="8" w:tplc="5442D44A">
      <w:numFmt w:val="bullet"/>
      <w:lvlText w:val="•"/>
      <w:lvlJc w:val="left"/>
      <w:pPr>
        <w:ind w:left="2309" w:hanging="182"/>
      </w:pPr>
      <w:rPr>
        <w:rFonts w:hint="default"/>
        <w:lang w:val="bg-BG" w:eastAsia="en-US" w:bidi="ar-SA"/>
      </w:rPr>
    </w:lvl>
  </w:abstractNum>
  <w:abstractNum w:abstractNumId="64" w15:restartNumberingAfterBreak="0">
    <w:nsid w:val="6C6D56B8"/>
    <w:multiLevelType w:val="hybridMultilevel"/>
    <w:tmpl w:val="50F64D20"/>
    <w:lvl w:ilvl="0" w:tplc="468CED9A">
      <w:start w:val="1"/>
      <w:numFmt w:val="decimal"/>
      <w:lvlText w:val="%1."/>
      <w:lvlJc w:val="left"/>
      <w:pPr>
        <w:ind w:left="168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C77A31BC">
      <w:numFmt w:val="bullet"/>
      <w:lvlText w:val="•"/>
      <w:lvlJc w:val="left"/>
      <w:pPr>
        <w:ind w:left="497" w:hanging="167"/>
      </w:pPr>
      <w:rPr>
        <w:rFonts w:hint="default"/>
        <w:lang w:val="bg-BG" w:eastAsia="en-US" w:bidi="ar-SA"/>
      </w:rPr>
    </w:lvl>
    <w:lvl w:ilvl="2" w:tplc="5D2E1158">
      <w:numFmt w:val="bullet"/>
      <w:lvlText w:val="•"/>
      <w:lvlJc w:val="left"/>
      <w:pPr>
        <w:ind w:left="835" w:hanging="167"/>
      </w:pPr>
      <w:rPr>
        <w:rFonts w:hint="default"/>
        <w:lang w:val="bg-BG" w:eastAsia="en-US" w:bidi="ar-SA"/>
      </w:rPr>
    </w:lvl>
    <w:lvl w:ilvl="3" w:tplc="B04CDE72">
      <w:numFmt w:val="bullet"/>
      <w:lvlText w:val="•"/>
      <w:lvlJc w:val="left"/>
      <w:pPr>
        <w:ind w:left="1172" w:hanging="167"/>
      </w:pPr>
      <w:rPr>
        <w:rFonts w:hint="default"/>
        <w:lang w:val="bg-BG" w:eastAsia="en-US" w:bidi="ar-SA"/>
      </w:rPr>
    </w:lvl>
    <w:lvl w:ilvl="4" w:tplc="6ECE3CBE">
      <w:numFmt w:val="bullet"/>
      <w:lvlText w:val="•"/>
      <w:lvlJc w:val="left"/>
      <w:pPr>
        <w:ind w:left="1510" w:hanging="167"/>
      </w:pPr>
      <w:rPr>
        <w:rFonts w:hint="default"/>
        <w:lang w:val="bg-BG" w:eastAsia="en-US" w:bidi="ar-SA"/>
      </w:rPr>
    </w:lvl>
    <w:lvl w:ilvl="5" w:tplc="94867424">
      <w:numFmt w:val="bullet"/>
      <w:lvlText w:val="•"/>
      <w:lvlJc w:val="left"/>
      <w:pPr>
        <w:ind w:left="1847" w:hanging="167"/>
      </w:pPr>
      <w:rPr>
        <w:rFonts w:hint="default"/>
        <w:lang w:val="bg-BG" w:eastAsia="en-US" w:bidi="ar-SA"/>
      </w:rPr>
    </w:lvl>
    <w:lvl w:ilvl="6" w:tplc="1ED65F88">
      <w:numFmt w:val="bullet"/>
      <w:lvlText w:val="•"/>
      <w:lvlJc w:val="left"/>
      <w:pPr>
        <w:ind w:left="2185" w:hanging="167"/>
      </w:pPr>
      <w:rPr>
        <w:rFonts w:hint="default"/>
        <w:lang w:val="bg-BG" w:eastAsia="en-US" w:bidi="ar-SA"/>
      </w:rPr>
    </w:lvl>
    <w:lvl w:ilvl="7" w:tplc="7CF67162">
      <w:numFmt w:val="bullet"/>
      <w:lvlText w:val="•"/>
      <w:lvlJc w:val="left"/>
      <w:pPr>
        <w:ind w:left="2522" w:hanging="167"/>
      </w:pPr>
      <w:rPr>
        <w:rFonts w:hint="default"/>
        <w:lang w:val="bg-BG" w:eastAsia="en-US" w:bidi="ar-SA"/>
      </w:rPr>
    </w:lvl>
    <w:lvl w:ilvl="8" w:tplc="5E44D07C">
      <w:numFmt w:val="bullet"/>
      <w:lvlText w:val="•"/>
      <w:lvlJc w:val="left"/>
      <w:pPr>
        <w:ind w:left="2860" w:hanging="167"/>
      </w:pPr>
      <w:rPr>
        <w:rFonts w:hint="default"/>
        <w:lang w:val="bg-BG" w:eastAsia="en-US" w:bidi="ar-SA"/>
      </w:rPr>
    </w:lvl>
  </w:abstractNum>
  <w:abstractNum w:abstractNumId="65" w15:restartNumberingAfterBreak="0">
    <w:nsid w:val="6F91566D"/>
    <w:multiLevelType w:val="hybridMultilevel"/>
    <w:tmpl w:val="CEAE63D8"/>
    <w:lvl w:ilvl="0" w:tplc="AE2E8C86">
      <w:start w:val="1"/>
      <w:numFmt w:val="decimal"/>
      <w:lvlText w:val="%1."/>
      <w:lvlJc w:val="left"/>
      <w:pPr>
        <w:ind w:left="166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bg-BG" w:eastAsia="en-US" w:bidi="ar-SA"/>
      </w:rPr>
    </w:lvl>
    <w:lvl w:ilvl="1" w:tplc="559A7044">
      <w:numFmt w:val="bullet"/>
      <w:lvlText w:val="•"/>
      <w:lvlJc w:val="left"/>
      <w:pPr>
        <w:ind w:left="440" w:hanging="167"/>
      </w:pPr>
      <w:rPr>
        <w:rFonts w:hint="default"/>
        <w:lang w:val="bg-BG" w:eastAsia="en-US" w:bidi="ar-SA"/>
      </w:rPr>
    </w:lvl>
    <w:lvl w:ilvl="2" w:tplc="836AE74E">
      <w:numFmt w:val="bullet"/>
      <w:lvlText w:val="•"/>
      <w:lvlJc w:val="left"/>
      <w:pPr>
        <w:ind w:left="721" w:hanging="167"/>
      </w:pPr>
      <w:rPr>
        <w:rFonts w:hint="default"/>
        <w:lang w:val="bg-BG" w:eastAsia="en-US" w:bidi="ar-SA"/>
      </w:rPr>
    </w:lvl>
    <w:lvl w:ilvl="3" w:tplc="4A1C8F84">
      <w:numFmt w:val="bullet"/>
      <w:lvlText w:val="•"/>
      <w:lvlJc w:val="left"/>
      <w:pPr>
        <w:ind w:left="1001" w:hanging="167"/>
      </w:pPr>
      <w:rPr>
        <w:rFonts w:hint="default"/>
        <w:lang w:val="bg-BG" w:eastAsia="en-US" w:bidi="ar-SA"/>
      </w:rPr>
    </w:lvl>
    <w:lvl w:ilvl="4" w:tplc="440CDCC4">
      <w:numFmt w:val="bullet"/>
      <w:lvlText w:val="•"/>
      <w:lvlJc w:val="left"/>
      <w:pPr>
        <w:ind w:left="1282" w:hanging="167"/>
      </w:pPr>
      <w:rPr>
        <w:rFonts w:hint="default"/>
        <w:lang w:val="bg-BG" w:eastAsia="en-US" w:bidi="ar-SA"/>
      </w:rPr>
    </w:lvl>
    <w:lvl w:ilvl="5" w:tplc="EB0015FE">
      <w:numFmt w:val="bullet"/>
      <w:lvlText w:val="•"/>
      <w:lvlJc w:val="left"/>
      <w:pPr>
        <w:ind w:left="1563" w:hanging="167"/>
      </w:pPr>
      <w:rPr>
        <w:rFonts w:hint="default"/>
        <w:lang w:val="bg-BG" w:eastAsia="en-US" w:bidi="ar-SA"/>
      </w:rPr>
    </w:lvl>
    <w:lvl w:ilvl="6" w:tplc="021AD8B4">
      <w:numFmt w:val="bullet"/>
      <w:lvlText w:val="•"/>
      <w:lvlJc w:val="left"/>
      <w:pPr>
        <w:ind w:left="1843" w:hanging="167"/>
      </w:pPr>
      <w:rPr>
        <w:rFonts w:hint="default"/>
        <w:lang w:val="bg-BG" w:eastAsia="en-US" w:bidi="ar-SA"/>
      </w:rPr>
    </w:lvl>
    <w:lvl w:ilvl="7" w:tplc="ED70804A">
      <w:numFmt w:val="bullet"/>
      <w:lvlText w:val="•"/>
      <w:lvlJc w:val="left"/>
      <w:pPr>
        <w:ind w:left="2124" w:hanging="167"/>
      </w:pPr>
      <w:rPr>
        <w:rFonts w:hint="default"/>
        <w:lang w:val="bg-BG" w:eastAsia="en-US" w:bidi="ar-SA"/>
      </w:rPr>
    </w:lvl>
    <w:lvl w:ilvl="8" w:tplc="2AAEB8BA">
      <w:numFmt w:val="bullet"/>
      <w:lvlText w:val="•"/>
      <w:lvlJc w:val="left"/>
      <w:pPr>
        <w:ind w:left="2404" w:hanging="167"/>
      </w:pPr>
      <w:rPr>
        <w:rFonts w:hint="default"/>
        <w:lang w:val="bg-BG" w:eastAsia="en-US" w:bidi="ar-SA"/>
      </w:rPr>
    </w:lvl>
  </w:abstractNum>
  <w:abstractNum w:abstractNumId="66" w15:restartNumberingAfterBreak="0">
    <w:nsid w:val="6FC659D9"/>
    <w:multiLevelType w:val="hybridMultilevel"/>
    <w:tmpl w:val="518E2E36"/>
    <w:lvl w:ilvl="0" w:tplc="3CF4C65A">
      <w:start w:val="1"/>
      <w:numFmt w:val="decimal"/>
      <w:lvlText w:val="%1."/>
      <w:lvlJc w:val="left"/>
      <w:pPr>
        <w:ind w:left="164" w:hanging="162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96"/>
        <w:sz w:val="20"/>
        <w:szCs w:val="20"/>
        <w:lang w:val="bg-BG" w:eastAsia="en-US" w:bidi="ar-SA"/>
      </w:rPr>
    </w:lvl>
    <w:lvl w:ilvl="1" w:tplc="F21E23FA">
      <w:numFmt w:val="bullet"/>
      <w:lvlText w:val="•"/>
      <w:lvlJc w:val="left"/>
      <w:pPr>
        <w:ind w:left="497" w:hanging="162"/>
      </w:pPr>
      <w:rPr>
        <w:rFonts w:hint="default"/>
        <w:lang w:val="bg-BG" w:eastAsia="en-US" w:bidi="ar-SA"/>
      </w:rPr>
    </w:lvl>
    <w:lvl w:ilvl="2" w:tplc="9C6668A8">
      <w:numFmt w:val="bullet"/>
      <w:lvlText w:val="•"/>
      <w:lvlJc w:val="left"/>
      <w:pPr>
        <w:ind w:left="835" w:hanging="162"/>
      </w:pPr>
      <w:rPr>
        <w:rFonts w:hint="default"/>
        <w:lang w:val="bg-BG" w:eastAsia="en-US" w:bidi="ar-SA"/>
      </w:rPr>
    </w:lvl>
    <w:lvl w:ilvl="3" w:tplc="5232BD78">
      <w:numFmt w:val="bullet"/>
      <w:lvlText w:val="•"/>
      <w:lvlJc w:val="left"/>
      <w:pPr>
        <w:ind w:left="1172" w:hanging="162"/>
      </w:pPr>
      <w:rPr>
        <w:rFonts w:hint="default"/>
        <w:lang w:val="bg-BG" w:eastAsia="en-US" w:bidi="ar-SA"/>
      </w:rPr>
    </w:lvl>
    <w:lvl w:ilvl="4" w:tplc="4B0A2740">
      <w:numFmt w:val="bullet"/>
      <w:lvlText w:val="•"/>
      <w:lvlJc w:val="left"/>
      <w:pPr>
        <w:ind w:left="1510" w:hanging="162"/>
      </w:pPr>
      <w:rPr>
        <w:rFonts w:hint="default"/>
        <w:lang w:val="bg-BG" w:eastAsia="en-US" w:bidi="ar-SA"/>
      </w:rPr>
    </w:lvl>
    <w:lvl w:ilvl="5" w:tplc="2B469068">
      <w:numFmt w:val="bullet"/>
      <w:lvlText w:val="•"/>
      <w:lvlJc w:val="left"/>
      <w:pPr>
        <w:ind w:left="1847" w:hanging="162"/>
      </w:pPr>
      <w:rPr>
        <w:rFonts w:hint="default"/>
        <w:lang w:val="bg-BG" w:eastAsia="en-US" w:bidi="ar-SA"/>
      </w:rPr>
    </w:lvl>
    <w:lvl w:ilvl="6" w:tplc="637E34C6">
      <w:numFmt w:val="bullet"/>
      <w:lvlText w:val="•"/>
      <w:lvlJc w:val="left"/>
      <w:pPr>
        <w:ind w:left="2185" w:hanging="162"/>
      </w:pPr>
      <w:rPr>
        <w:rFonts w:hint="default"/>
        <w:lang w:val="bg-BG" w:eastAsia="en-US" w:bidi="ar-SA"/>
      </w:rPr>
    </w:lvl>
    <w:lvl w:ilvl="7" w:tplc="026C4B86">
      <w:numFmt w:val="bullet"/>
      <w:lvlText w:val="•"/>
      <w:lvlJc w:val="left"/>
      <w:pPr>
        <w:ind w:left="2522" w:hanging="162"/>
      </w:pPr>
      <w:rPr>
        <w:rFonts w:hint="default"/>
        <w:lang w:val="bg-BG" w:eastAsia="en-US" w:bidi="ar-SA"/>
      </w:rPr>
    </w:lvl>
    <w:lvl w:ilvl="8" w:tplc="D0BC71E8">
      <w:numFmt w:val="bullet"/>
      <w:lvlText w:val="•"/>
      <w:lvlJc w:val="left"/>
      <w:pPr>
        <w:ind w:left="2860" w:hanging="162"/>
      </w:pPr>
      <w:rPr>
        <w:rFonts w:hint="default"/>
        <w:lang w:val="bg-BG" w:eastAsia="en-US" w:bidi="ar-SA"/>
      </w:rPr>
    </w:lvl>
  </w:abstractNum>
  <w:abstractNum w:abstractNumId="67" w15:restartNumberingAfterBreak="0">
    <w:nsid w:val="71EB089B"/>
    <w:multiLevelType w:val="hybridMultilevel"/>
    <w:tmpl w:val="880E0560"/>
    <w:lvl w:ilvl="0" w:tplc="9676D432">
      <w:start w:val="1"/>
      <w:numFmt w:val="decimal"/>
      <w:lvlText w:val="%1."/>
      <w:lvlJc w:val="left"/>
      <w:pPr>
        <w:ind w:left="-1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0"/>
        <w:szCs w:val="20"/>
        <w:lang w:val="bg-BG" w:eastAsia="en-US" w:bidi="ar-SA"/>
      </w:rPr>
    </w:lvl>
    <w:lvl w:ilvl="1" w:tplc="04DCC8BA">
      <w:numFmt w:val="bullet"/>
      <w:lvlText w:val="•"/>
      <w:lvlJc w:val="left"/>
      <w:pPr>
        <w:ind w:left="268" w:hanging="167"/>
      </w:pPr>
      <w:rPr>
        <w:rFonts w:hint="default"/>
        <w:lang w:val="bg-BG" w:eastAsia="en-US" w:bidi="ar-SA"/>
      </w:rPr>
    </w:lvl>
    <w:lvl w:ilvl="2" w:tplc="1A6E330E">
      <w:numFmt w:val="bullet"/>
      <w:lvlText w:val="•"/>
      <w:lvlJc w:val="left"/>
      <w:pPr>
        <w:ind w:left="536" w:hanging="167"/>
      </w:pPr>
      <w:rPr>
        <w:rFonts w:hint="default"/>
        <w:lang w:val="bg-BG" w:eastAsia="en-US" w:bidi="ar-SA"/>
      </w:rPr>
    </w:lvl>
    <w:lvl w:ilvl="3" w:tplc="FC6419FC">
      <w:numFmt w:val="bullet"/>
      <w:lvlText w:val="•"/>
      <w:lvlJc w:val="left"/>
      <w:pPr>
        <w:ind w:left="804" w:hanging="167"/>
      </w:pPr>
      <w:rPr>
        <w:rFonts w:hint="default"/>
        <w:lang w:val="bg-BG" w:eastAsia="en-US" w:bidi="ar-SA"/>
      </w:rPr>
    </w:lvl>
    <w:lvl w:ilvl="4" w:tplc="1CEE445E">
      <w:numFmt w:val="bullet"/>
      <w:lvlText w:val="•"/>
      <w:lvlJc w:val="left"/>
      <w:pPr>
        <w:ind w:left="1073" w:hanging="167"/>
      </w:pPr>
      <w:rPr>
        <w:rFonts w:hint="default"/>
        <w:lang w:val="bg-BG" w:eastAsia="en-US" w:bidi="ar-SA"/>
      </w:rPr>
    </w:lvl>
    <w:lvl w:ilvl="5" w:tplc="38DE06E4">
      <w:numFmt w:val="bullet"/>
      <w:lvlText w:val="•"/>
      <w:lvlJc w:val="left"/>
      <w:pPr>
        <w:ind w:left="1341" w:hanging="167"/>
      </w:pPr>
      <w:rPr>
        <w:rFonts w:hint="default"/>
        <w:lang w:val="bg-BG" w:eastAsia="en-US" w:bidi="ar-SA"/>
      </w:rPr>
    </w:lvl>
    <w:lvl w:ilvl="6" w:tplc="ADC0480E">
      <w:numFmt w:val="bullet"/>
      <w:lvlText w:val="•"/>
      <w:lvlJc w:val="left"/>
      <w:pPr>
        <w:ind w:left="1609" w:hanging="167"/>
      </w:pPr>
      <w:rPr>
        <w:rFonts w:hint="default"/>
        <w:lang w:val="bg-BG" w:eastAsia="en-US" w:bidi="ar-SA"/>
      </w:rPr>
    </w:lvl>
    <w:lvl w:ilvl="7" w:tplc="C194D072">
      <w:numFmt w:val="bullet"/>
      <w:lvlText w:val="•"/>
      <w:lvlJc w:val="left"/>
      <w:pPr>
        <w:ind w:left="1878" w:hanging="167"/>
      </w:pPr>
      <w:rPr>
        <w:rFonts w:hint="default"/>
        <w:lang w:val="bg-BG" w:eastAsia="en-US" w:bidi="ar-SA"/>
      </w:rPr>
    </w:lvl>
    <w:lvl w:ilvl="8" w:tplc="59BAC3AE">
      <w:numFmt w:val="bullet"/>
      <w:lvlText w:val="•"/>
      <w:lvlJc w:val="left"/>
      <w:pPr>
        <w:ind w:left="2146" w:hanging="167"/>
      </w:pPr>
      <w:rPr>
        <w:rFonts w:hint="default"/>
        <w:lang w:val="bg-BG" w:eastAsia="en-US" w:bidi="ar-SA"/>
      </w:rPr>
    </w:lvl>
  </w:abstractNum>
  <w:abstractNum w:abstractNumId="68" w15:restartNumberingAfterBreak="0">
    <w:nsid w:val="73DE5F6A"/>
    <w:multiLevelType w:val="hybridMultilevel"/>
    <w:tmpl w:val="5382313E"/>
    <w:lvl w:ilvl="0" w:tplc="62086110">
      <w:start w:val="1"/>
      <w:numFmt w:val="decimal"/>
      <w:lvlText w:val="%1."/>
      <w:lvlJc w:val="left"/>
      <w:pPr>
        <w:ind w:left="242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2194B4EA">
      <w:numFmt w:val="bullet"/>
      <w:lvlText w:val="•"/>
      <w:lvlJc w:val="left"/>
      <w:pPr>
        <w:ind w:left="569" w:hanging="181"/>
      </w:pPr>
      <w:rPr>
        <w:rFonts w:hint="default"/>
        <w:lang w:val="bg-BG" w:eastAsia="en-US" w:bidi="ar-SA"/>
      </w:rPr>
    </w:lvl>
    <w:lvl w:ilvl="2" w:tplc="E3DAB4A4">
      <w:numFmt w:val="bullet"/>
      <w:lvlText w:val="•"/>
      <w:lvlJc w:val="left"/>
      <w:pPr>
        <w:ind w:left="898" w:hanging="181"/>
      </w:pPr>
      <w:rPr>
        <w:rFonts w:hint="default"/>
        <w:lang w:val="bg-BG" w:eastAsia="en-US" w:bidi="ar-SA"/>
      </w:rPr>
    </w:lvl>
    <w:lvl w:ilvl="3" w:tplc="714E294A">
      <w:numFmt w:val="bullet"/>
      <w:lvlText w:val="•"/>
      <w:lvlJc w:val="left"/>
      <w:pPr>
        <w:ind w:left="1227" w:hanging="181"/>
      </w:pPr>
      <w:rPr>
        <w:rFonts w:hint="default"/>
        <w:lang w:val="bg-BG" w:eastAsia="en-US" w:bidi="ar-SA"/>
      </w:rPr>
    </w:lvl>
    <w:lvl w:ilvl="4" w:tplc="40403DC6">
      <w:numFmt w:val="bullet"/>
      <w:lvlText w:val="•"/>
      <w:lvlJc w:val="left"/>
      <w:pPr>
        <w:ind w:left="1556" w:hanging="181"/>
      </w:pPr>
      <w:rPr>
        <w:rFonts w:hint="default"/>
        <w:lang w:val="bg-BG" w:eastAsia="en-US" w:bidi="ar-SA"/>
      </w:rPr>
    </w:lvl>
    <w:lvl w:ilvl="5" w:tplc="39865D9A">
      <w:numFmt w:val="bullet"/>
      <w:lvlText w:val="•"/>
      <w:lvlJc w:val="left"/>
      <w:pPr>
        <w:ind w:left="1886" w:hanging="181"/>
      </w:pPr>
      <w:rPr>
        <w:rFonts w:hint="default"/>
        <w:lang w:val="bg-BG" w:eastAsia="en-US" w:bidi="ar-SA"/>
      </w:rPr>
    </w:lvl>
    <w:lvl w:ilvl="6" w:tplc="41642CD4">
      <w:numFmt w:val="bullet"/>
      <w:lvlText w:val="•"/>
      <w:lvlJc w:val="left"/>
      <w:pPr>
        <w:ind w:left="2215" w:hanging="181"/>
      </w:pPr>
      <w:rPr>
        <w:rFonts w:hint="default"/>
        <w:lang w:val="bg-BG" w:eastAsia="en-US" w:bidi="ar-SA"/>
      </w:rPr>
    </w:lvl>
    <w:lvl w:ilvl="7" w:tplc="4FEA576A">
      <w:numFmt w:val="bullet"/>
      <w:lvlText w:val="•"/>
      <w:lvlJc w:val="left"/>
      <w:pPr>
        <w:ind w:left="2544" w:hanging="181"/>
      </w:pPr>
      <w:rPr>
        <w:rFonts w:hint="default"/>
        <w:lang w:val="bg-BG" w:eastAsia="en-US" w:bidi="ar-SA"/>
      </w:rPr>
    </w:lvl>
    <w:lvl w:ilvl="8" w:tplc="F4E6AE40">
      <w:numFmt w:val="bullet"/>
      <w:lvlText w:val="•"/>
      <w:lvlJc w:val="left"/>
      <w:pPr>
        <w:ind w:left="2873" w:hanging="181"/>
      </w:pPr>
      <w:rPr>
        <w:rFonts w:hint="default"/>
        <w:lang w:val="bg-BG" w:eastAsia="en-US" w:bidi="ar-SA"/>
      </w:rPr>
    </w:lvl>
  </w:abstractNum>
  <w:abstractNum w:abstractNumId="69" w15:restartNumberingAfterBreak="0">
    <w:nsid w:val="772474C0"/>
    <w:multiLevelType w:val="hybridMultilevel"/>
    <w:tmpl w:val="67F0C518"/>
    <w:lvl w:ilvl="0" w:tplc="A998DE9A">
      <w:start w:val="1"/>
      <w:numFmt w:val="decimal"/>
      <w:lvlText w:val="%1."/>
      <w:lvlJc w:val="left"/>
      <w:pPr>
        <w:ind w:left="171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45D682FE">
      <w:numFmt w:val="bullet"/>
      <w:lvlText w:val="•"/>
      <w:lvlJc w:val="left"/>
      <w:pPr>
        <w:ind w:left="458" w:hanging="167"/>
      </w:pPr>
      <w:rPr>
        <w:rFonts w:hint="default"/>
        <w:lang w:val="bg-BG" w:eastAsia="en-US" w:bidi="ar-SA"/>
      </w:rPr>
    </w:lvl>
    <w:lvl w:ilvl="2" w:tplc="D77E9EEA">
      <w:numFmt w:val="bullet"/>
      <w:lvlText w:val="•"/>
      <w:lvlJc w:val="left"/>
      <w:pPr>
        <w:ind w:left="737" w:hanging="167"/>
      </w:pPr>
      <w:rPr>
        <w:rFonts w:hint="default"/>
        <w:lang w:val="bg-BG" w:eastAsia="en-US" w:bidi="ar-SA"/>
      </w:rPr>
    </w:lvl>
    <w:lvl w:ilvl="3" w:tplc="E562A166">
      <w:numFmt w:val="bullet"/>
      <w:lvlText w:val="•"/>
      <w:lvlJc w:val="left"/>
      <w:pPr>
        <w:ind w:left="1015" w:hanging="167"/>
      </w:pPr>
      <w:rPr>
        <w:rFonts w:hint="default"/>
        <w:lang w:val="bg-BG" w:eastAsia="en-US" w:bidi="ar-SA"/>
      </w:rPr>
    </w:lvl>
    <w:lvl w:ilvl="4" w:tplc="41165FB6">
      <w:numFmt w:val="bullet"/>
      <w:lvlText w:val="•"/>
      <w:lvlJc w:val="left"/>
      <w:pPr>
        <w:ind w:left="1294" w:hanging="167"/>
      </w:pPr>
      <w:rPr>
        <w:rFonts w:hint="default"/>
        <w:lang w:val="bg-BG" w:eastAsia="en-US" w:bidi="ar-SA"/>
      </w:rPr>
    </w:lvl>
    <w:lvl w:ilvl="5" w:tplc="5B7889FC">
      <w:numFmt w:val="bullet"/>
      <w:lvlText w:val="•"/>
      <w:lvlJc w:val="left"/>
      <w:pPr>
        <w:ind w:left="1573" w:hanging="167"/>
      </w:pPr>
      <w:rPr>
        <w:rFonts w:hint="default"/>
        <w:lang w:val="bg-BG" w:eastAsia="en-US" w:bidi="ar-SA"/>
      </w:rPr>
    </w:lvl>
    <w:lvl w:ilvl="6" w:tplc="F162FB96">
      <w:numFmt w:val="bullet"/>
      <w:lvlText w:val="•"/>
      <w:lvlJc w:val="left"/>
      <w:pPr>
        <w:ind w:left="1851" w:hanging="167"/>
      </w:pPr>
      <w:rPr>
        <w:rFonts w:hint="default"/>
        <w:lang w:val="bg-BG" w:eastAsia="en-US" w:bidi="ar-SA"/>
      </w:rPr>
    </w:lvl>
    <w:lvl w:ilvl="7" w:tplc="72E2B896">
      <w:numFmt w:val="bullet"/>
      <w:lvlText w:val="•"/>
      <w:lvlJc w:val="left"/>
      <w:pPr>
        <w:ind w:left="2130" w:hanging="167"/>
      </w:pPr>
      <w:rPr>
        <w:rFonts w:hint="default"/>
        <w:lang w:val="bg-BG" w:eastAsia="en-US" w:bidi="ar-SA"/>
      </w:rPr>
    </w:lvl>
    <w:lvl w:ilvl="8" w:tplc="041C006E">
      <w:numFmt w:val="bullet"/>
      <w:lvlText w:val="•"/>
      <w:lvlJc w:val="left"/>
      <w:pPr>
        <w:ind w:left="2408" w:hanging="167"/>
      </w:pPr>
      <w:rPr>
        <w:rFonts w:hint="default"/>
        <w:lang w:val="bg-BG" w:eastAsia="en-US" w:bidi="ar-SA"/>
      </w:rPr>
    </w:lvl>
  </w:abstractNum>
  <w:abstractNum w:abstractNumId="70" w15:restartNumberingAfterBreak="0">
    <w:nsid w:val="7B094B22"/>
    <w:multiLevelType w:val="hybridMultilevel"/>
    <w:tmpl w:val="47A844C6"/>
    <w:lvl w:ilvl="0" w:tplc="D610D5A6">
      <w:start w:val="1"/>
      <w:numFmt w:val="decimal"/>
      <w:lvlText w:val="%1."/>
      <w:lvlJc w:val="left"/>
      <w:pPr>
        <w:ind w:left="245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C99E6156">
      <w:numFmt w:val="bullet"/>
      <w:lvlText w:val="•"/>
      <w:lvlJc w:val="left"/>
      <w:pPr>
        <w:ind w:left="512" w:hanging="181"/>
      </w:pPr>
      <w:rPr>
        <w:rFonts w:hint="default"/>
        <w:lang w:val="bg-BG" w:eastAsia="en-US" w:bidi="ar-SA"/>
      </w:rPr>
    </w:lvl>
    <w:lvl w:ilvl="2" w:tplc="B5F03A74">
      <w:numFmt w:val="bullet"/>
      <w:lvlText w:val="•"/>
      <w:lvlJc w:val="left"/>
      <w:pPr>
        <w:ind w:left="784" w:hanging="181"/>
      </w:pPr>
      <w:rPr>
        <w:rFonts w:hint="default"/>
        <w:lang w:val="bg-BG" w:eastAsia="en-US" w:bidi="ar-SA"/>
      </w:rPr>
    </w:lvl>
    <w:lvl w:ilvl="3" w:tplc="E3725042">
      <w:numFmt w:val="bullet"/>
      <w:lvlText w:val="•"/>
      <w:lvlJc w:val="left"/>
      <w:pPr>
        <w:ind w:left="1057" w:hanging="181"/>
      </w:pPr>
      <w:rPr>
        <w:rFonts w:hint="default"/>
        <w:lang w:val="bg-BG" w:eastAsia="en-US" w:bidi="ar-SA"/>
      </w:rPr>
    </w:lvl>
    <w:lvl w:ilvl="4" w:tplc="55285B86">
      <w:numFmt w:val="bullet"/>
      <w:lvlText w:val="•"/>
      <w:lvlJc w:val="left"/>
      <w:pPr>
        <w:ind w:left="1329" w:hanging="181"/>
      </w:pPr>
      <w:rPr>
        <w:rFonts w:hint="default"/>
        <w:lang w:val="bg-BG" w:eastAsia="en-US" w:bidi="ar-SA"/>
      </w:rPr>
    </w:lvl>
    <w:lvl w:ilvl="5" w:tplc="78A61152">
      <w:numFmt w:val="bullet"/>
      <w:lvlText w:val="•"/>
      <w:lvlJc w:val="left"/>
      <w:pPr>
        <w:ind w:left="1601" w:hanging="181"/>
      </w:pPr>
      <w:rPr>
        <w:rFonts w:hint="default"/>
        <w:lang w:val="bg-BG" w:eastAsia="en-US" w:bidi="ar-SA"/>
      </w:rPr>
    </w:lvl>
    <w:lvl w:ilvl="6" w:tplc="BE8C97EC">
      <w:numFmt w:val="bullet"/>
      <w:lvlText w:val="•"/>
      <w:lvlJc w:val="left"/>
      <w:pPr>
        <w:ind w:left="1874" w:hanging="181"/>
      </w:pPr>
      <w:rPr>
        <w:rFonts w:hint="default"/>
        <w:lang w:val="bg-BG" w:eastAsia="en-US" w:bidi="ar-SA"/>
      </w:rPr>
    </w:lvl>
    <w:lvl w:ilvl="7" w:tplc="A32C3D4A">
      <w:numFmt w:val="bullet"/>
      <w:lvlText w:val="•"/>
      <w:lvlJc w:val="left"/>
      <w:pPr>
        <w:ind w:left="2146" w:hanging="181"/>
      </w:pPr>
      <w:rPr>
        <w:rFonts w:hint="default"/>
        <w:lang w:val="bg-BG" w:eastAsia="en-US" w:bidi="ar-SA"/>
      </w:rPr>
    </w:lvl>
    <w:lvl w:ilvl="8" w:tplc="A84CF1EC">
      <w:numFmt w:val="bullet"/>
      <w:lvlText w:val="•"/>
      <w:lvlJc w:val="left"/>
      <w:pPr>
        <w:ind w:left="2418" w:hanging="181"/>
      </w:pPr>
      <w:rPr>
        <w:rFonts w:hint="default"/>
        <w:lang w:val="bg-BG" w:eastAsia="en-US" w:bidi="ar-SA"/>
      </w:rPr>
    </w:lvl>
  </w:abstractNum>
  <w:abstractNum w:abstractNumId="71" w15:restartNumberingAfterBreak="0">
    <w:nsid w:val="7C6753D5"/>
    <w:multiLevelType w:val="hybridMultilevel"/>
    <w:tmpl w:val="BFBE89A4"/>
    <w:lvl w:ilvl="0" w:tplc="E6A6EFC8">
      <w:start w:val="1"/>
      <w:numFmt w:val="decimal"/>
      <w:lvlText w:val="%1."/>
      <w:lvlJc w:val="left"/>
      <w:pPr>
        <w:ind w:left="243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bg-BG" w:eastAsia="en-US" w:bidi="ar-SA"/>
      </w:rPr>
    </w:lvl>
    <w:lvl w:ilvl="1" w:tplc="4B660562">
      <w:numFmt w:val="bullet"/>
      <w:lvlText w:val="•"/>
      <w:lvlJc w:val="left"/>
      <w:pPr>
        <w:ind w:left="455" w:hanging="181"/>
      </w:pPr>
      <w:rPr>
        <w:rFonts w:hint="default"/>
        <w:lang w:val="bg-BG" w:eastAsia="en-US" w:bidi="ar-SA"/>
      </w:rPr>
    </w:lvl>
    <w:lvl w:ilvl="2" w:tplc="CC1A9612">
      <w:numFmt w:val="bullet"/>
      <w:lvlText w:val="•"/>
      <w:lvlJc w:val="left"/>
      <w:pPr>
        <w:ind w:left="671" w:hanging="181"/>
      </w:pPr>
      <w:rPr>
        <w:rFonts w:hint="default"/>
        <w:lang w:val="bg-BG" w:eastAsia="en-US" w:bidi="ar-SA"/>
      </w:rPr>
    </w:lvl>
    <w:lvl w:ilvl="3" w:tplc="957432A0">
      <w:numFmt w:val="bullet"/>
      <w:lvlText w:val="•"/>
      <w:lvlJc w:val="left"/>
      <w:pPr>
        <w:ind w:left="886" w:hanging="181"/>
      </w:pPr>
      <w:rPr>
        <w:rFonts w:hint="default"/>
        <w:lang w:val="bg-BG" w:eastAsia="en-US" w:bidi="ar-SA"/>
      </w:rPr>
    </w:lvl>
    <w:lvl w:ilvl="4" w:tplc="9154D65C">
      <w:numFmt w:val="bullet"/>
      <w:lvlText w:val="•"/>
      <w:lvlJc w:val="left"/>
      <w:pPr>
        <w:ind w:left="1102" w:hanging="181"/>
      </w:pPr>
      <w:rPr>
        <w:rFonts w:hint="default"/>
        <w:lang w:val="bg-BG" w:eastAsia="en-US" w:bidi="ar-SA"/>
      </w:rPr>
    </w:lvl>
    <w:lvl w:ilvl="5" w:tplc="4A08742C">
      <w:numFmt w:val="bullet"/>
      <w:lvlText w:val="•"/>
      <w:lvlJc w:val="left"/>
      <w:pPr>
        <w:ind w:left="1318" w:hanging="181"/>
      </w:pPr>
      <w:rPr>
        <w:rFonts w:hint="default"/>
        <w:lang w:val="bg-BG" w:eastAsia="en-US" w:bidi="ar-SA"/>
      </w:rPr>
    </w:lvl>
    <w:lvl w:ilvl="6" w:tplc="4B2E73D6">
      <w:numFmt w:val="bullet"/>
      <w:lvlText w:val="•"/>
      <w:lvlJc w:val="left"/>
      <w:pPr>
        <w:ind w:left="1533" w:hanging="181"/>
      </w:pPr>
      <w:rPr>
        <w:rFonts w:hint="default"/>
        <w:lang w:val="bg-BG" w:eastAsia="en-US" w:bidi="ar-SA"/>
      </w:rPr>
    </w:lvl>
    <w:lvl w:ilvl="7" w:tplc="7A6269D2">
      <w:numFmt w:val="bullet"/>
      <w:lvlText w:val="•"/>
      <w:lvlJc w:val="left"/>
      <w:pPr>
        <w:ind w:left="1749" w:hanging="181"/>
      </w:pPr>
      <w:rPr>
        <w:rFonts w:hint="default"/>
        <w:lang w:val="bg-BG" w:eastAsia="en-US" w:bidi="ar-SA"/>
      </w:rPr>
    </w:lvl>
    <w:lvl w:ilvl="8" w:tplc="FC6A38AA">
      <w:numFmt w:val="bullet"/>
      <w:lvlText w:val="•"/>
      <w:lvlJc w:val="left"/>
      <w:pPr>
        <w:ind w:left="1965" w:hanging="181"/>
      </w:pPr>
      <w:rPr>
        <w:rFonts w:hint="default"/>
        <w:lang w:val="bg-BG" w:eastAsia="en-US" w:bidi="ar-SA"/>
      </w:rPr>
    </w:lvl>
  </w:abstractNum>
  <w:abstractNum w:abstractNumId="72" w15:restartNumberingAfterBreak="0">
    <w:nsid w:val="7D5212D4"/>
    <w:multiLevelType w:val="hybridMultilevel"/>
    <w:tmpl w:val="F1E6A54E"/>
    <w:lvl w:ilvl="0" w:tplc="1E22748A">
      <w:start w:val="1"/>
      <w:numFmt w:val="decimal"/>
      <w:lvlText w:val="%1."/>
      <w:lvlJc w:val="left"/>
      <w:pPr>
        <w:ind w:left="221" w:hanging="219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bg-BG" w:eastAsia="en-US" w:bidi="ar-SA"/>
      </w:rPr>
    </w:lvl>
    <w:lvl w:ilvl="1" w:tplc="5FA80740">
      <w:numFmt w:val="bullet"/>
      <w:lvlText w:val="•"/>
      <w:lvlJc w:val="left"/>
      <w:pPr>
        <w:ind w:left="452" w:hanging="219"/>
      </w:pPr>
      <w:rPr>
        <w:rFonts w:hint="default"/>
        <w:lang w:val="bg-BG" w:eastAsia="en-US" w:bidi="ar-SA"/>
      </w:rPr>
    </w:lvl>
    <w:lvl w:ilvl="2" w:tplc="6A047F4C">
      <w:numFmt w:val="bullet"/>
      <w:lvlText w:val="•"/>
      <w:lvlJc w:val="left"/>
      <w:pPr>
        <w:ind w:left="684" w:hanging="219"/>
      </w:pPr>
      <w:rPr>
        <w:rFonts w:hint="default"/>
        <w:lang w:val="bg-BG" w:eastAsia="en-US" w:bidi="ar-SA"/>
      </w:rPr>
    </w:lvl>
    <w:lvl w:ilvl="3" w:tplc="11BE0BE0">
      <w:numFmt w:val="bullet"/>
      <w:lvlText w:val="•"/>
      <w:lvlJc w:val="left"/>
      <w:pPr>
        <w:ind w:left="916" w:hanging="219"/>
      </w:pPr>
      <w:rPr>
        <w:rFonts w:hint="default"/>
        <w:lang w:val="bg-BG" w:eastAsia="en-US" w:bidi="ar-SA"/>
      </w:rPr>
    </w:lvl>
    <w:lvl w:ilvl="4" w:tplc="F118E1BC">
      <w:numFmt w:val="bullet"/>
      <w:lvlText w:val="•"/>
      <w:lvlJc w:val="left"/>
      <w:pPr>
        <w:ind w:left="1148" w:hanging="219"/>
      </w:pPr>
      <w:rPr>
        <w:rFonts w:hint="default"/>
        <w:lang w:val="bg-BG" w:eastAsia="en-US" w:bidi="ar-SA"/>
      </w:rPr>
    </w:lvl>
    <w:lvl w:ilvl="5" w:tplc="A92A4E32">
      <w:numFmt w:val="bullet"/>
      <w:lvlText w:val="•"/>
      <w:lvlJc w:val="left"/>
      <w:pPr>
        <w:ind w:left="1380" w:hanging="219"/>
      </w:pPr>
      <w:rPr>
        <w:rFonts w:hint="default"/>
        <w:lang w:val="bg-BG" w:eastAsia="en-US" w:bidi="ar-SA"/>
      </w:rPr>
    </w:lvl>
    <w:lvl w:ilvl="6" w:tplc="5CCC84F2">
      <w:numFmt w:val="bullet"/>
      <w:lvlText w:val="•"/>
      <w:lvlJc w:val="left"/>
      <w:pPr>
        <w:ind w:left="1612" w:hanging="219"/>
      </w:pPr>
      <w:rPr>
        <w:rFonts w:hint="default"/>
        <w:lang w:val="bg-BG" w:eastAsia="en-US" w:bidi="ar-SA"/>
      </w:rPr>
    </w:lvl>
    <w:lvl w:ilvl="7" w:tplc="E1A07958">
      <w:numFmt w:val="bullet"/>
      <w:lvlText w:val="•"/>
      <w:lvlJc w:val="left"/>
      <w:pPr>
        <w:ind w:left="1844" w:hanging="219"/>
      </w:pPr>
      <w:rPr>
        <w:rFonts w:hint="default"/>
        <w:lang w:val="bg-BG" w:eastAsia="en-US" w:bidi="ar-SA"/>
      </w:rPr>
    </w:lvl>
    <w:lvl w:ilvl="8" w:tplc="AC2A4EE6">
      <w:numFmt w:val="bullet"/>
      <w:lvlText w:val="•"/>
      <w:lvlJc w:val="left"/>
      <w:pPr>
        <w:ind w:left="2076" w:hanging="219"/>
      </w:pPr>
      <w:rPr>
        <w:rFonts w:hint="default"/>
        <w:lang w:val="bg-BG" w:eastAsia="en-US" w:bidi="ar-SA"/>
      </w:rPr>
    </w:lvl>
  </w:abstractNum>
  <w:abstractNum w:abstractNumId="73" w15:restartNumberingAfterBreak="0">
    <w:nsid w:val="7E7523A5"/>
    <w:multiLevelType w:val="hybridMultilevel"/>
    <w:tmpl w:val="31EA4DE8"/>
    <w:lvl w:ilvl="0" w:tplc="52109B32">
      <w:start w:val="1"/>
      <w:numFmt w:val="decimal"/>
      <w:lvlText w:val="%1."/>
      <w:lvlJc w:val="left"/>
      <w:pPr>
        <w:ind w:left="168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bg-BG" w:eastAsia="en-US" w:bidi="ar-SA"/>
      </w:rPr>
    </w:lvl>
    <w:lvl w:ilvl="1" w:tplc="691006B6">
      <w:numFmt w:val="bullet"/>
      <w:lvlText w:val="•"/>
      <w:lvlJc w:val="left"/>
      <w:pPr>
        <w:ind w:left="383" w:hanging="167"/>
      </w:pPr>
      <w:rPr>
        <w:rFonts w:hint="default"/>
        <w:lang w:val="bg-BG" w:eastAsia="en-US" w:bidi="ar-SA"/>
      </w:rPr>
    </w:lvl>
    <w:lvl w:ilvl="2" w:tplc="C30C570C">
      <w:numFmt w:val="bullet"/>
      <w:lvlText w:val="•"/>
      <w:lvlJc w:val="left"/>
      <w:pPr>
        <w:ind w:left="607" w:hanging="167"/>
      </w:pPr>
      <w:rPr>
        <w:rFonts w:hint="default"/>
        <w:lang w:val="bg-BG" w:eastAsia="en-US" w:bidi="ar-SA"/>
      </w:rPr>
    </w:lvl>
    <w:lvl w:ilvl="3" w:tplc="03146578">
      <w:numFmt w:val="bullet"/>
      <w:lvlText w:val="•"/>
      <w:lvlJc w:val="left"/>
      <w:pPr>
        <w:ind w:left="830" w:hanging="167"/>
      </w:pPr>
      <w:rPr>
        <w:rFonts w:hint="default"/>
        <w:lang w:val="bg-BG" w:eastAsia="en-US" w:bidi="ar-SA"/>
      </w:rPr>
    </w:lvl>
    <w:lvl w:ilvl="4" w:tplc="0B225D32">
      <w:numFmt w:val="bullet"/>
      <w:lvlText w:val="•"/>
      <w:lvlJc w:val="left"/>
      <w:pPr>
        <w:ind w:left="1054" w:hanging="167"/>
      </w:pPr>
      <w:rPr>
        <w:rFonts w:hint="default"/>
        <w:lang w:val="bg-BG" w:eastAsia="en-US" w:bidi="ar-SA"/>
      </w:rPr>
    </w:lvl>
    <w:lvl w:ilvl="5" w:tplc="BAC6E9DE">
      <w:numFmt w:val="bullet"/>
      <w:lvlText w:val="•"/>
      <w:lvlJc w:val="left"/>
      <w:pPr>
        <w:ind w:left="1278" w:hanging="167"/>
      </w:pPr>
      <w:rPr>
        <w:rFonts w:hint="default"/>
        <w:lang w:val="bg-BG" w:eastAsia="en-US" w:bidi="ar-SA"/>
      </w:rPr>
    </w:lvl>
    <w:lvl w:ilvl="6" w:tplc="80ACB0F0">
      <w:numFmt w:val="bullet"/>
      <w:lvlText w:val="•"/>
      <w:lvlJc w:val="left"/>
      <w:pPr>
        <w:ind w:left="1501" w:hanging="167"/>
      </w:pPr>
      <w:rPr>
        <w:rFonts w:hint="default"/>
        <w:lang w:val="bg-BG" w:eastAsia="en-US" w:bidi="ar-SA"/>
      </w:rPr>
    </w:lvl>
    <w:lvl w:ilvl="7" w:tplc="98F8DFFE">
      <w:numFmt w:val="bullet"/>
      <w:lvlText w:val="•"/>
      <w:lvlJc w:val="left"/>
      <w:pPr>
        <w:ind w:left="1725" w:hanging="167"/>
      </w:pPr>
      <w:rPr>
        <w:rFonts w:hint="default"/>
        <w:lang w:val="bg-BG" w:eastAsia="en-US" w:bidi="ar-SA"/>
      </w:rPr>
    </w:lvl>
    <w:lvl w:ilvl="8" w:tplc="B4129E64">
      <w:numFmt w:val="bullet"/>
      <w:lvlText w:val="•"/>
      <w:lvlJc w:val="left"/>
      <w:pPr>
        <w:ind w:left="1949" w:hanging="167"/>
      </w:pPr>
      <w:rPr>
        <w:rFonts w:hint="default"/>
        <w:lang w:val="bg-BG" w:eastAsia="en-US" w:bidi="ar-SA"/>
      </w:rPr>
    </w:lvl>
  </w:abstractNum>
  <w:num w:numId="1" w16cid:durableId="725109091">
    <w:abstractNumId w:val="8"/>
  </w:num>
  <w:num w:numId="2" w16cid:durableId="1113549372">
    <w:abstractNumId w:val="6"/>
  </w:num>
  <w:num w:numId="3" w16cid:durableId="2032215813">
    <w:abstractNumId w:val="5"/>
  </w:num>
  <w:num w:numId="4" w16cid:durableId="1821195624">
    <w:abstractNumId w:val="4"/>
  </w:num>
  <w:num w:numId="5" w16cid:durableId="2044742106">
    <w:abstractNumId w:val="7"/>
  </w:num>
  <w:num w:numId="6" w16cid:durableId="1856652134">
    <w:abstractNumId w:val="3"/>
  </w:num>
  <w:num w:numId="7" w16cid:durableId="697198267">
    <w:abstractNumId w:val="2"/>
  </w:num>
  <w:num w:numId="8" w16cid:durableId="1562249115">
    <w:abstractNumId w:val="1"/>
  </w:num>
  <w:num w:numId="9" w16cid:durableId="914556809">
    <w:abstractNumId w:val="0"/>
  </w:num>
  <w:num w:numId="10" w16cid:durableId="28068278">
    <w:abstractNumId w:val="19"/>
  </w:num>
  <w:num w:numId="11" w16cid:durableId="1700546638">
    <w:abstractNumId w:val="14"/>
  </w:num>
  <w:num w:numId="12" w16cid:durableId="1333992388">
    <w:abstractNumId w:val="15"/>
  </w:num>
  <w:num w:numId="13" w16cid:durableId="192234649">
    <w:abstractNumId w:val="58"/>
  </w:num>
  <w:num w:numId="14" w16cid:durableId="846137489">
    <w:abstractNumId w:val="65"/>
  </w:num>
  <w:num w:numId="15" w16cid:durableId="719785964">
    <w:abstractNumId w:val="66"/>
  </w:num>
  <w:num w:numId="16" w16cid:durableId="130247140">
    <w:abstractNumId w:val="22"/>
  </w:num>
  <w:num w:numId="17" w16cid:durableId="1396397837">
    <w:abstractNumId w:val="30"/>
  </w:num>
  <w:num w:numId="18" w16cid:durableId="672101625">
    <w:abstractNumId w:val="56"/>
  </w:num>
  <w:num w:numId="19" w16cid:durableId="280888130">
    <w:abstractNumId w:val="46"/>
  </w:num>
  <w:num w:numId="20" w16cid:durableId="1353072638">
    <w:abstractNumId w:val="48"/>
  </w:num>
  <w:num w:numId="21" w16cid:durableId="1736783485">
    <w:abstractNumId w:val="23"/>
  </w:num>
  <w:num w:numId="22" w16cid:durableId="1376077592">
    <w:abstractNumId w:val="27"/>
  </w:num>
  <w:num w:numId="23" w16cid:durableId="1532915590">
    <w:abstractNumId w:val="18"/>
  </w:num>
  <w:num w:numId="24" w16cid:durableId="1058670781">
    <w:abstractNumId w:val="42"/>
  </w:num>
  <w:num w:numId="25" w16cid:durableId="781455226">
    <w:abstractNumId w:val="64"/>
  </w:num>
  <w:num w:numId="26" w16cid:durableId="47192126">
    <w:abstractNumId w:val="24"/>
  </w:num>
  <w:num w:numId="27" w16cid:durableId="1596479246">
    <w:abstractNumId w:val="55"/>
  </w:num>
  <w:num w:numId="28" w16cid:durableId="772021093">
    <w:abstractNumId w:val="60"/>
  </w:num>
  <w:num w:numId="29" w16cid:durableId="251552636">
    <w:abstractNumId w:val="57"/>
  </w:num>
  <w:num w:numId="30" w16cid:durableId="684869895">
    <w:abstractNumId w:val="43"/>
  </w:num>
  <w:num w:numId="31" w16cid:durableId="1605383945">
    <w:abstractNumId w:val="67"/>
  </w:num>
  <w:num w:numId="32" w16cid:durableId="109709523">
    <w:abstractNumId w:val="44"/>
  </w:num>
  <w:num w:numId="33" w16cid:durableId="1295914228">
    <w:abstractNumId w:val="26"/>
  </w:num>
  <w:num w:numId="34" w16cid:durableId="2026127225">
    <w:abstractNumId w:val="39"/>
  </w:num>
  <w:num w:numId="35" w16cid:durableId="1859268473">
    <w:abstractNumId w:val="72"/>
  </w:num>
  <w:num w:numId="36" w16cid:durableId="1479958242">
    <w:abstractNumId w:val="38"/>
  </w:num>
  <w:num w:numId="37" w16cid:durableId="453914863">
    <w:abstractNumId w:val="31"/>
  </w:num>
  <w:num w:numId="38" w16cid:durableId="257763187">
    <w:abstractNumId w:val="36"/>
  </w:num>
  <w:num w:numId="39" w16cid:durableId="1729185020">
    <w:abstractNumId w:val="47"/>
  </w:num>
  <w:num w:numId="40" w16cid:durableId="2076122703">
    <w:abstractNumId w:val="28"/>
  </w:num>
  <w:num w:numId="41" w16cid:durableId="314771274">
    <w:abstractNumId w:val="29"/>
  </w:num>
  <w:num w:numId="42" w16cid:durableId="306060065">
    <w:abstractNumId w:val="25"/>
  </w:num>
  <w:num w:numId="43" w16cid:durableId="652100686">
    <w:abstractNumId w:val="70"/>
  </w:num>
  <w:num w:numId="44" w16cid:durableId="1809586880">
    <w:abstractNumId w:val="11"/>
  </w:num>
  <w:num w:numId="45" w16cid:durableId="217740706">
    <w:abstractNumId w:val="12"/>
  </w:num>
  <w:num w:numId="46" w16cid:durableId="1694186030">
    <w:abstractNumId w:val="45"/>
  </w:num>
  <w:num w:numId="47" w16cid:durableId="1488400102">
    <w:abstractNumId w:val="63"/>
  </w:num>
  <w:num w:numId="48" w16cid:durableId="793713706">
    <w:abstractNumId w:val="49"/>
  </w:num>
  <w:num w:numId="49" w16cid:durableId="1333995666">
    <w:abstractNumId w:val="50"/>
  </w:num>
  <w:num w:numId="50" w16cid:durableId="881793966">
    <w:abstractNumId w:val="59"/>
  </w:num>
  <w:num w:numId="51" w16cid:durableId="1052074880">
    <w:abstractNumId w:val="71"/>
  </w:num>
  <w:num w:numId="52" w16cid:durableId="1294410398">
    <w:abstractNumId w:val="34"/>
  </w:num>
  <w:num w:numId="53" w16cid:durableId="211037344">
    <w:abstractNumId w:val="61"/>
  </w:num>
  <w:num w:numId="54" w16cid:durableId="231505100">
    <w:abstractNumId w:val="41"/>
  </w:num>
  <w:num w:numId="55" w16cid:durableId="940256873">
    <w:abstractNumId w:val="53"/>
  </w:num>
  <w:num w:numId="56" w16cid:durableId="214129125">
    <w:abstractNumId w:val="10"/>
  </w:num>
  <w:num w:numId="57" w16cid:durableId="320547780">
    <w:abstractNumId w:val="32"/>
  </w:num>
  <w:num w:numId="58" w16cid:durableId="812990724">
    <w:abstractNumId w:val="68"/>
  </w:num>
  <w:num w:numId="59" w16cid:durableId="1080835289">
    <w:abstractNumId w:val="52"/>
  </w:num>
  <w:num w:numId="60" w16cid:durableId="205065350">
    <w:abstractNumId w:val="16"/>
  </w:num>
  <w:num w:numId="61" w16cid:durableId="200285056">
    <w:abstractNumId w:val="37"/>
  </w:num>
  <w:num w:numId="62" w16cid:durableId="626815298">
    <w:abstractNumId w:val="21"/>
  </w:num>
  <w:num w:numId="63" w16cid:durableId="653265913">
    <w:abstractNumId w:val="54"/>
  </w:num>
  <w:num w:numId="64" w16cid:durableId="88429918">
    <w:abstractNumId w:val="51"/>
  </w:num>
  <w:num w:numId="65" w16cid:durableId="1141196901">
    <w:abstractNumId w:val="40"/>
  </w:num>
  <w:num w:numId="66" w16cid:durableId="1625035969">
    <w:abstractNumId w:val="69"/>
  </w:num>
  <w:num w:numId="67" w16cid:durableId="419257064">
    <w:abstractNumId w:val="33"/>
  </w:num>
  <w:num w:numId="68" w16cid:durableId="616528500">
    <w:abstractNumId w:val="13"/>
  </w:num>
  <w:num w:numId="69" w16cid:durableId="251552514">
    <w:abstractNumId w:val="73"/>
  </w:num>
  <w:num w:numId="70" w16cid:durableId="1872910798">
    <w:abstractNumId w:val="20"/>
  </w:num>
  <w:num w:numId="71" w16cid:durableId="100347118">
    <w:abstractNumId w:val="62"/>
  </w:num>
  <w:num w:numId="72" w16cid:durableId="146015023">
    <w:abstractNumId w:val="35"/>
  </w:num>
  <w:num w:numId="73" w16cid:durableId="1839690405">
    <w:abstractNumId w:val="9"/>
  </w:num>
  <w:num w:numId="74" w16cid:durableId="19142413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E7A"/>
    <w:rsid w:val="000905EF"/>
    <w:rsid w:val="000B75EB"/>
    <w:rsid w:val="000B7AE7"/>
    <w:rsid w:val="0010213E"/>
    <w:rsid w:val="00102FA9"/>
    <w:rsid w:val="00107E3E"/>
    <w:rsid w:val="00134A64"/>
    <w:rsid w:val="0015074B"/>
    <w:rsid w:val="0029639D"/>
    <w:rsid w:val="002A75BC"/>
    <w:rsid w:val="002B1107"/>
    <w:rsid w:val="002F124C"/>
    <w:rsid w:val="00317798"/>
    <w:rsid w:val="00326F90"/>
    <w:rsid w:val="00354F38"/>
    <w:rsid w:val="00393AFA"/>
    <w:rsid w:val="004002ED"/>
    <w:rsid w:val="004F5784"/>
    <w:rsid w:val="005014BA"/>
    <w:rsid w:val="005630F6"/>
    <w:rsid w:val="00572DF3"/>
    <w:rsid w:val="007255BB"/>
    <w:rsid w:val="0089147F"/>
    <w:rsid w:val="0089562E"/>
    <w:rsid w:val="008A0D57"/>
    <w:rsid w:val="00927337"/>
    <w:rsid w:val="009A3840"/>
    <w:rsid w:val="009A53EE"/>
    <w:rsid w:val="00AA1D8D"/>
    <w:rsid w:val="00B3633A"/>
    <w:rsid w:val="00B47730"/>
    <w:rsid w:val="00C50F9B"/>
    <w:rsid w:val="00CB0664"/>
    <w:rsid w:val="00CB3E95"/>
    <w:rsid w:val="00CB5941"/>
    <w:rsid w:val="00CE3467"/>
    <w:rsid w:val="00D13519"/>
    <w:rsid w:val="00D45855"/>
    <w:rsid w:val="00E17BAF"/>
    <w:rsid w:val="00E52E07"/>
    <w:rsid w:val="00EA60E6"/>
    <w:rsid w:val="00EB0A01"/>
    <w:rsid w:val="00EE1EDF"/>
    <w:rsid w:val="00EE3E7C"/>
    <w:rsid w:val="00F60816"/>
    <w:rsid w:val="00F74CEA"/>
    <w:rsid w:val="00FA3B0A"/>
    <w:rsid w:val="00FB6F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C1D0E"/>
  <w14:defaultImageDpi w14:val="300"/>
  <w15:docId w15:val="{A5A08F36-FD30-469F-BB34-8F24B8DE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360" w:lineRule="auto"/>
    </w:pPr>
    <w:rPr>
      <w:rFonts w:ascii="Verdana" w:eastAsia="Verdana" w:hAnsi="Verdana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134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21</Pages>
  <Words>4214</Words>
  <Characters>24025</Characters>
  <Application>Microsoft Office Word</Application>
  <DocSecurity>0</DocSecurity>
  <Lines>200</Lines>
  <Paragraphs>56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Мариана Митева</cp:lastModifiedBy>
  <cp:revision>15</cp:revision>
  <dcterms:created xsi:type="dcterms:W3CDTF">2013-12-23T23:15:00Z</dcterms:created>
  <dcterms:modified xsi:type="dcterms:W3CDTF">2026-10-03T21:31:00Z</dcterms:modified>
  <cp:category/>
</cp:coreProperties>
</file>